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0F538" w14:textId="3F1EC1C6" w:rsidR="00CA5FAA" w:rsidRDefault="00CE08A0">
      <w:pPr>
        <w:keepNext/>
        <w:pBdr>
          <w:bottom w:val="single" w:sz="12" w:space="3" w:color="8F63F4"/>
        </w:pBdr>
        <w:spacing w:before="140" w:after="80"/>
      </w:pPr>
      <w:r>
        <w:rPr>
          <w:b/>
          <w:color w:val="4E2E86"/>
          <w:sz w:val="24"/>
        </w:rPr>
        <w:t>1. CLIENT REGISTRY &amp; DEMOGRAPHICS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A5FAA" w14:paraId="0DCDB1AE" w14:textId="77777777">
        <w:trPr>
          <w:jc w:val="center"/>
        </w:trPr>
        <w:tc>
          <w:tcPr>
            <w:tcW w:w="5328" w:type="dxa"/>
            <w:tcBorders>
              <w:bottom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C1B86FB" w14:textId="50D31FF0" w:rsidR="00CA5FAA" w:rsidRDefault="00CE08A0">
            <w:pPr>
              <w:spacing w:after="40"/>
            </w:pPr>
            <w:r>
              <w:rPr>
                <w:b/>
              </w:rPr>
              <w:t>Full Legal Name:</w:t>
            </w:r>
          </w:p>
          <w:p w14:paraId="79260CBE" w14:textId="0D8CDDE3" w:rsidR="00CA5FAA" w:rsidRDefault="00D854B2">
            <w:pPr>
              <w:spacing w:before="20" w:after="4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67808" behindDoc="0" locked="0" layoutInCell="1" allowOverlap="1" wp14:anchorId="7028FB05" wp14:editId="7CE7A5E9">
                      <wp:simplePos x="0" y="0"/>
                      <wp:positionH relativeFrom="margin">
                        <wp:posOffset>318</wp:posOffset>
                      </wp:positionH>
                      <wp:positionV relativeFrom="paragraph">
                        <wp:posOffset>48895</wp:posOffset>
                      </wp:positionV>
                      <wp:extent cx="3076575" cy="166370"/>
                      <wp:effectExtent l="0" t="0" r="28575" b="24130"/>
                      <wp:wrapNone/>
                      <wp:docPr id="191509425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657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8E210C" w14:textId="77777777" w:rsidR="00D854B2" w:rsidRPr="007A2E54" w:rsidRDefault="00D854B2" w:rsidP="00D854B2">
                                  <w:pPr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28FB0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.05pt;margin-top:3.85pt;width:242.25pt;height:13.1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" strokecolor="#b77fed">
                      <v:textbox>
                        <w:txbxContent>
                          <w:p w14:paraId="468E210C" w14:textId="77777777" w:rsidR="00D854B2" w:rsidRPr="007A2E54" w:rsidRDefault="00D854B2" w:rsidP="00D854B2">
                            <w:pPr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5328" w:type="dxa"/>
            <w:tcBorders>
              <w:bottom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B443FEA" w14:textId="4415AA7E" w:rsidR="00CA5FAA" w:rsidRDefault="00CE08A0">
            <w:pPr>
              <w:spacing w:after="40"/>
            </w:pPr>
            <w:r>
              <w:rPr>
                <w:b/>
              </w:rPr>
              <w:t>Date of Birth:</w:t>
            </w:r>
          </w:p>
          <w:p w14:paraId="39608C6F" w14:textId="3C2A6C9A" w:rsidR="00CA5FAA" w:rsidRDefault="00D854B2">
            <w:pPr>
              <w:spacing w:before="20" w:after="4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69856" behindDoc="0" locked="0" layoutInCell="1" allowOverlap="1" wp14:anchorId="42951F85" wp14:editId="6DE70768">
                      <wp:simplePos x="0" y="0"/>
                      <wp:positionH relativeFrom="margin">
                        <wp:posOffset>-1905</wp:posOffset>
                      </wp:positionH>
                      <wp:positionV relativeFrom="paragraph">
                        <wp:posOffset>47625</wp:posOffset>
                      </wp:positionV>
                      <wp:extent cx="3076575" cy="166370"/>
                      <wp:effectExtent l="0" t="0" r="28575" b="24130"/>
                      <wp:wrapNone/>
                      <wp:docPr id="7478234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657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BA293B" w14:textId="77777777" w:rsidR="00D854B2" w:rsidRPr="007A2E54" w:rsidRDefault="00D854B2" w:rsidP="00D854B2">
                                  <w:pPr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951F85" id="_x0000_s1027" type="#_x0000_t202" style="position:absolute;margin-left:-.15pt;margin-top:3.75pt;width:242.25pt;height:13.1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" strokecolor="#b77fed">
                      <v:textbox>
                        <w:txbxContent>
                          <w:p w14:paraId="0EBA293B" w14:textId="77777777" w:rsidR="00D854B2" w:rsidRPr="007A2E54" w:rsidRDefault="00D854B2" w:rsidP="00D854B2">
                            <w:pPr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CA5FAA" w14:paraId="10A69163" w14:textId="77777777">
        <w:trPr>
          <w:jc w:val="center"/>
        </w:trPr>
        <w:tc>
          <w:tcPr>
            <w:tcW w:w="5328" w:type="dxa"/>
            <w:tcBorders>
              <w:bottom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5B407BA" w14:textId="77777777" w:rsidR="00CA5FAA" w:rsidRDefault="00CE08A0">
            <w:pPr>
              <w:spacing w:after="40"/>
            </w:pPr>
            <w:r>
              <w:rPr>
                <w:b/>
              </w:rPr>
              <w:t>Preferred Name / Pronouns:</w:t>
            </w:r>
          </w:p>
          <w:p w14:paraId="1FF20882" w14:textId="0ADA9189" w:rsidR="00CA5FAA" w:rsidRDefault="00D854B2">
            <w:pPr>
              <w:spacing w:before="20" w:after="4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2144" behindDoc="0" locked="0" layoutInCell="1" allowOverlap="1" wp14:anchorId="7E0DE6D1" wp14:editId="765CED03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46355</wp:posOffset>
                      </wp:positionV>
                      <wp:extent cx="3076575" cy="166370"/>
                      <wp:effectExtent l="0" t="0" r="28575" b="24130"/>
                      <wp:wrapNone/>
                      <wp:docPr id="79301008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657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C4948" w14:textId="77777777" w:rsidR="00D854B2" w:rsidRPr="007A2E54" w:rsidRDefault="00D854B2" w:rsidP="00D854B2">
                                  <w:pPr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0DE6D1" id="_x0000_s1028" type="#_x0000_t202" style="position:absolute;margin-left:0;margin-top:3.65pt;width:242.25pt;height:13.1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" strokecolor="#b77fed">
                      <v:textbox>
                        <w:txbxContent>
                          <w:p w14:paraId="7EEC4948" w14:textId="77777777" w:rsidR="00D854B2" w:rsidRPr="007A2E54" w:rsidRDefault="00D854B2" w:rsidP="00D854B2">
                            <w:pPr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5328" w:type="dxa"/>
            <w:tcBorders>
              <w:bottom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5902083" w14:textId="77777777" w:rsidR="00CA5FAA" w:rsidRDefault="00CE08A0">
            <w:pPr>
              <w:spacing w:after="40"/>
            </w:pPr>
            <w:r>
              <w:rPr>
                <w:b/>
              </w:rPr>
              <w:t>Primary Phone:</w:t>
            </w:r>
          </w:p>
          <w:p w14:paraId="5F8D0331" w14:textId="4CA0C4A8" w:rsidR="00CA5FAA" w:rsidRDefault="00D854B2">
            <w:pPr>
              <w:spacing w:before="20" w:after="4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71904" behindDoc="0" locked="0" layoutInCell="1" allowOverlap="1" wp14:anchorId="4EA54D4D" wp14:editId="36936EDF">
                      <wp:simplePos x="0" y="0"/>
                      <wp:positionH relativeFrom="margin">
                        <wp:posOffset>-1905</wp:posOffset>
                      </wp:positionH>
                      <wp:positionV relativeFrom="paragraph">
                        <wp:posOffset>46355</wp:posOffset>
                      </wp:positionV>
                      <wp:extent cx="3076575" cy="166370"/>
                      <wp:effectExtent l="0" t="0" r="28575" b="24130"/>
                      <wp:wrapNone/>
                      <wp:docPr id="8932341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657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3353BD" w14:textId="77777777" w:rsidR="00D854B2" w:rsidRPr="007A2E54" w:rsidRDefault="00D854B2" w:rsidP="00D854B2">
                                  <w:pPr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A54D4D" id="_x0000_s1029" type="#_x0000_t202" style="position:absolute;margin-left:-.15pt;margin-top:3.65pt;width:242.25pt;height:13.1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" strokecolor="#b77fed">
                      <v:textbox>
                        <w:txbxContent>
                          <w:p w14:paraId="403353BD" w14:textId="77777777" w:rsidR="00D854B2" w:rsidRPr="007A2E54" w:rsidRDefault="00D854B2" w:rsidP="00D854B2">
                            <w:pPr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CA5FAA" w14:paraId="3174DB8D" w14:textId="77777777">
        <w:trPr>
          <w:jc w:val="center"/>
        </w:trPr>
        <w:tc>
          <w:tcPr>
            <w:tcW w:w="5328" w:type="dxa"/>
            <w:tcBorders>
              <w:bottom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36182C7" w14:textId="77777777" w:rsidR="00CA5FAA" w:rsidRDefault="00CE08A0">
            <w:pPr>
              <w:spacing w:after="40"/>
            </w:pPr>
            <w:r>
              <w:rPr>
                <w:b/>
              </w:rPr>
              <w:t>Email Address:</w:t>
            </w:r>
          </w:p>
          <w:p w14:paraId="2D9BF106" w14:textId="44A1EABB" w:rsidR="00CA5FAA" w:rsidRDefault="00D854B2">
            <w:pPr>
              <w:spacing w:before="20" w:after="4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80096" behindDoc="0" locked="0" layoutInCell="1" allowOverlap="1" wp14:anchorId="12B6DFE7" wp14:editId="0CB85DD7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49530</wp:posOffset>
                      </wp:positionV>
                      <wp:extent cx="3076575" cy="166370"/>
                      <wp:effectExtent l="0" t="0" r="28575" b="24130"/>
                      <wp:wrapNone/>
                      <wp:docPr id="148513604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657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63168D" w14:textId="77777777" w:rsidR="00D854B2" w:rsidRPr="007A2E54" w:rsidRDefault="00D854B2" w:rsidP="00D854B2">
                                  <w:pPr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B6DFE7" id="_x0000_s1030" type="#_x0000_t202" style="position:absolute;margin-left:0;margin-top:3.9pt;width:242.25pt;height:13.1pt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" strokecolor="#b77fed">
                      <v:textbox>
                        <w:txbxContent>
                          <w:p w14:paraId="5963168D" w14:textId="77777777" w:rsidR="00D854B2" w:rsidRPr="007A2E54" w:rsidRDefault="00D854B2" w:rsidP="00D854B2">
                            <w:pPr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5328" w:type="dxa"/>
            <w:tcBorders>
              <w:bottom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1050EBF" w14:textId="77777777" w:rsidR="00CA5FAA" w:rsidRDefault="00CE08A0">
            <w:pPr>
              <w:spacing w:after="40"/>
            </w:pPr>
            <w:r>
              <w:rPr>
                <w:b/>
              </w:rPr>
              <w:t>Occupation / School:</w:t>
            </w:r>
          </w:p>
          <w:p w14:paraId="6FFDF38B" w14:textId="5626BAD1" w:rsidR="00CA5FAA" w:rsidRDefault="00D854B2">
            <w:pPr>
              <w:spacing w:before="20" w:after="4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73952" behindDoc="0" locked="0" layoutInCell="1" allowOverlap="1" wp14:anchorId="26D9C21D" wp14:editId="0AF89261">
                      <wp:simplePos x="0" y="0"/>
                      <wp:positionH relativeFrom="margin">
                        <wp:posOffset>-1905</wp:posOffset>
                      </wp:positionH>
                      <wp:positionV relativeFrom="paragraph">
                        <wp:posOffset>49530</wp:posOffset>
                      </wp:positionV>
                      <wp:extent cx="3076575" cy="166370"/>
                      <wp:effectExtent l="0" t="0" r="28575" b="24130"/>
                      <wp:wrapNone/>
                      <wp:docPr id="81881558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657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809649" w14:textId="77777777" w:rsidR="00D854B2" w:rsidRPr="007A2E54" w:rsidRDefault="00D854B2" w:rsidP="00D854B2">
                                  <w:pPr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D9C21D" id="_x0000_s1031" type="#_x0000_t202" style="position:absolute;margin-left:-.15pt;margin-top:3.9pt;width:242.25pt;height:13.1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" strokecolor="#b77fed">
                      <v:textbox>
                        <w:txbxContent>
                          <w:p w14:paraId="35809649" w14:textId="77777777" w:rsidR="00D854B2" w:rsidRPr="007A2E54" w:rsidRDefault="00D854B2" w:rsidP="00D854B2">
                            <w:pPr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CA5FAA" w14:paraId="186EE123" w14:textId="77777777">
        <w:trPr>
          <w:jc w:val="center"/>
        </w:trPr>
        <w:tc>
          <w:tcPr>
            <w:tcW w:w="5328" w:type="dxa"/>
            <w:tcBorders>
              <w:bottom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3031E38" w14:textId="24AE1DE0" w:rsidR="00CA5FAA" w:rsidRDefault="00CE08A0">
            <w:pPr>
              <w:spacing w:after="40"/>
            </w:pPr>
            <w:r>
              <w:rPr>
                <w:b/>
              </w:rPr>
              <w:t>Physical Address:</w:t>
            </w:r>
          </w:p>
          <w:p w14:paraId="3FAC172A" w14:textId="48D901A5" w:rsidR="00CA5FAA" w:rsidRDefault="00D854B2">
            <w:pPr>
              <w:spacing w:before="20" w:after="4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78048" behindDoc="0" locked="0" layoutInCell="1" allowOverlap="1" wp14:anchorId="4820E41E" wp14:editId="30DC302F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48895</wp:posOffset>
                      </wp:positionV>
                      <wp:extent cx="3076575" cy="166370"/>
                      <wp:effectExtent l="0" t="0" r="28575" b="24130"/>
                      <wp:wrapNone/>
                      <wp:docPr id="8960959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657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271FB6" w14:textId="77777777" w:rsidR="00D854B2" w:rsidRPr="007A2E54" w:rsidRDefault="00D854B2" w:rsidP="00D854B2">
                                  <w:pPr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20E41E" id="_x0000_s1032" type="#_x0000_t202" style="position:absolute;margin-left:0;margin-top:3.85pt;width:242.25pt;height:13.1pt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" strokecolor="#b77fed">
                      <v:textbox>
                        <w:txbxContent>
                          <w:p w14:paraId="7F271FB6" w14:textId="77777777" w:rsidR="00D854B2" w:rsidRPr="007A2E54" w:rsidRDefault="00D854B2" w:rsidP="00D854B2">
                            <w:pPr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5328" w:type="dxa"/>
            <w:tcBorders>
              <w:bottom w:val="nil"/>
            </w:tcBorders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CC312C2" w14:textId="77777777" w:rsidR="00CA5FAA" w:rsidRDefault="00CE08A0">
            <w:pPr>
              <w:spacing w:after="40"/>
            </w:pPr>
            <w:r>
              <w:rPr>
                <w:b/>
              </w:rPr>
              <w:t>Emergency Contact Name / Phone:</w:t>
            </w:r>
          </w:p>
          <w:p w14:paraId="3C7F5B52" w14:textId="4B025A47" w:rsidR="00CA5FAA" w:rsidRDefault="00D854B2">
            <w:pPr>
              <w:spacing w:before="20" w:after="4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76000" behindDoc="0" locked="0" layoutInCell="1" allowOverlap="1" wp14:anchorId="344E2D76" wp14:editId="3632CF46">
                      <wp:simplePos x="0" y="0"/>
                      <wp:positionH relativeFrom="margin">
                        <wp:posOffset>-1905</wp:posOffset>
                      </wp:positionH>
                      <wp:positionV relativeFrom="paragraph">
                        <wp:posOffset>48895</wp:posOffset>
                      </wp:positionV>
                      <wp:extent cx="3076575" cy="166370"/>
                      <wp:effectExtent l="0" t="0" r="28575" b="24130"/>
                      <wp:wrapNone/>
                      <wp:docPr id="35516880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7657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76A9E1" w14:textId="77777777" w:rsidR="00D854B2" w:rsidRPr="007A2E54" w:rsidRDefault="00D854B2" w:rsidP="00D854B2">
                                  <w:pPr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4E2D76" id="_x0000_s1033" type="#_x0000_t202" style="position:absolute;margin-left:-.15pt;margin-top:3.85pt;width:242.25pt;height:13.1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" strokecolor="#b77fed">
                      <v:textbox>
                        <w:txbxContent>
                          <w:p w14:paraId="0A76A9E1" w14:textId="77777777" w:rsidR="00D854B2" w:rsidRPr="007A2E54" w:rsidRDefault="00D854B2" w:rsidP="00D854B2">
                            <w:pPr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14:paraId="4F07A43C" w14:textId="77777777" w:rsidR="00CA5FAA" w:rsidRDefault="00CE08A0">
      <w:pPr>
        <w:keepNext/>
        <w:pBdr>
          <w:bottom w:val="single" w:sz="12" w:space="3" w:color="8F63F4"/>
        </w:pBdr>
        <w:spacing w:before="140" w:after="80"/>
      </w:pPr>
      <w:r>
        <w:rPr>
          <w:b/>
          <w:color w:val="4E2E86"/>
          <w:sz w:val="24"/>
        </w:rPr>
        <w:t>2. DIAGNOSTIC PROFILE &amp; CLINICAL BACKGROUND</w:t>
      </w:r>
    </w:p>
    <w:p w14:paraId="11AFAFDD" w14:textId="77777777" w:rsidR="00CA5FAA" w:rsidRDefault="00CE08A0">
      <w:pPr>
        <w:spacing w:after="100"/>
      </w:pPr>
      <w:r>
        <w:rPr>
          <w:b/>
          <w:i/>
          <w:color w:val="4E2E86"/>
        </w:rPr>
        <w:t xml:space="preserve">Note: </w:t>
      </w:r>
      <w:r>
        <w:rPr>
          <w:i/>
          <w:color w:val="66616D"/>
          <w:sz w:val="17"/>
        </w:rPr>
        <w:t>ADHD coaching is a collaborative, action-oriented modality and does not substitute for clinical therapy, psychiatric evaluation, or medication management.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CA5FAA" w14:paraId="2DFF5C8D" w14:textId="77777777">
        <w:trPr>
          <w:jc w:val="center"/>
        </w:trPr>
        <w:tc>
          <w:tcPr>
            <w:tcW w:w="10656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089862B" w14:textId="33CC1D82" w:rsidR="00CA5FAA" w:rsidRDefault="00CE08A0">
            <w:r>
              <w:rPr>
                <w:b/>
                <w:sz w:val="17"/>
              </w:rPr>
              <w:t xml:space="preserve">Have you received a formal ADHD diagnosis? </w:t>
            </w:r>
            <w:r w:rsidR="00BF6BBD">
              <w:rPr>
                <w:b/>
                <w:sz w:val="17"/>
              </w:rPr>
              <w:t>___</w:t>
            </w:r>
            <w:proofErr w:type="gramStart"/>
            <w:r>
              <w:rPr>
                <w:color w:val="4E2E86"/>
                <w:sz w:val="17"/>
              </w:rPr>
              <w:t>Yes</w:t>
            </w:r>
            <w:proofErr w:type="gramEnd"/>
            <w:r>
              <w:rPr>
                <w:color w:val="4E2E86"/>
                <w:sz w:val="17"/>
              </w:rPr>
              <w:t xml:space="preserve">     </w:t>
            </w:r>
            <w:r w:rsidR="00BF6BBD">
              <w:rPr>
                <w:color w:val="4E2E86"/>
                <w:sz w:val="17"/>
              </w:rPr>
              <w:t>___</w:t>
            </w:r>
            <w:r>
              <w:rPr>
                <w:color w:val="4E2E86"/>
                <w:sz w:val="17"/>
              </w:rPr>
              <w:t xml:space="preserve">No     </w:t>
            </w:r>
            <w:r w:rsidR="00BF6BBD">
              <w:rPr>
                <w:color w:val="4E2E86"/>
                <w:sz w:val="17"/>
              </w:rPr>
              <w:t>___</w:t>
            </w:r>
            <w:r>
              <w:rPr>
                <w:color w:val="4E2E86"/>
                <w:sz w:val="17"/>
              </w:rPr>
              <w:t>In Progress / Self-Identified</w:t>
            </w:r>
          </w:p>
        </w:tc>
      </w:tr>
      <w:tr w:rsidR="00CA5FAA" w14:paraId="07602C5E" w14:textId="77777777">
        <w:trPr>
          <w:jc w:val="center"/>
        </w:trPr>
        <w:tc>
          <w:tcPr>
            <w:tcW w:w="10656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5112B0A" w14:textId="1584AD2F" w:rsidR="00CA5FAA" w:rsidRDefault="00BF6BBD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61664" behindDoc="0" locked="0" layoutInCell="1" allowOverlap="1" wp14:anchorId="3CC604A5" wp14:editId="74F35711">
                      <wp:simplePos x="0" y="0"/>
                      <wp:positionH relativeFrom="column">
                        <wp:posOffset>2143443</wp:posOffset>
                      </wp:positionH>
                      <wp:positionV relativeFrom="paragraph">
                        <wp:posOffset>2540</wp:posOffset>
                      </wp:positionV>
                      <wp:extent cx="3962400" cy="166370"/>
                      <wp:effectExtent l="0" t="0" r="19050" b="24130"/>
                      <wp:wrapNone/>
                      <wp:docPr id="16416913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62400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9EFC69" w14:textId="77777777" w:rsidR="00BF6BBD" w:rsidRPr="007A2E54" w:rsidRDefault="00BF6BBD" w:rsidP="00BF6BBD">
                                  <w:pPr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C604A5" id="_x0000_s1034" type="#_x0000_t202" style="position:absolute;margin-left:168.8pt;margin-top:.2pt;width:312pt;height:13.1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" strokecolor="#b77fed">
                      <v:textbox>
                        <w:txbxContent>
                          <w:p w14:paraId="769EFC69" w14:textId="77777777" w:rsidR="00BF6BBD" w:rsidRPr="007A2E54" w:rsidRDefault="00BF6BBD" w:rsidP="00BF6BBD">
                            <w:pPr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08A0">
              <w:rPr>
                <w:b/>
                <w:sz w:val="17"/>
              </w:rPr>
              <w:t xml:space="preserve">Approximate Date of Diagnosis / By Whom:  </w:t>
            </w:r>
          </w:p>
        </w:tc>
      </w:tr>
      <w:tr w:rsidR="00CA5FAA" w14:paraId="6DEA6BB3" w14:textId="77777777">
        <w:trPr>
          <w:jc w:val="center"/>
        </w:trPr>
        <w:tc>
          <w:tcPr>
            <w:tcW w:w="10656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4C124B0" w14:textId="3894CDF5" w:rsidR="00CA5FAA" w:rsidRDefault="00CE08A0">
            <w:r>
              <w:rPr>
                <w:b/>
                <w:sz w:val="17"/>
              </w:rPr>
              <w:t xml:space="preserve">Primary ADHD Presentation Type: </w:t>
            </w:r>
            <w:r w:rsidR="00BF6BBD">
              <w:rPr>
                <w:b/>
                <w:sz w:val="17"/>
              </w:rPr>
              <w:t>___</w:t>
            </w:r>
            <w:r>
              <w:rPr>
                <w:color w:val="4E2E86"/>
                <w:sz w:val="17"/>
              </w:rPr>
              <w:t xml:space="preserve">Inattentive   </w:t>
            </w:r>
            <w:r w:rsidR="00BF6BBD">
              <w:rPr>
                <w:color w:val="4E2E86"/>
                <w:sz w:val="17"/>
              </w:rPr>
              <w:t>___</w:t>
            </w:r>
            <w:r>
              <w:rPr>
                <w:color w:val="4E2E86"/>
                <w:sz w:val="17"/>
              </w:rPr>
              <w:t xml:space="preserve">Hyperactive-Impulsive   </w:t>
            </w:r>
            <w:r w:rsidR="00BF6BBD">
              <w:rPr>
                <w:color w:val="4E2E86"/>
                <w:sz w:val="17"/>
              </w:rPr>
              <w:t>___</w:t>
            </w:r>
            <w:r>
              <w:rPr>
                <w:color w:val="4E2E86"/>
                <w:sz w:val="17"/>
              </w:rPr>
              <w:t xml:space="preserve">Combined   </w:t>
            </w:r>
            <w:r w:rsidR="00BF6BBD">
              <w:rPr>
                <w:color w:val="4E2E86"/>
                <w:sz w:val="17"/>
              </w:rPr>
              <w:t>___</w:t>
            </w:r>
            <w:r>
              <w:rPr>
                <w:color w:val="4E2E86"/>
                <w:sz w:val="17"/>
              </w:rPr>
              <w:t>Unsure</w:t>
            </w:r>
          </w:p>
        </w:tc>
      </w:tr>
      <w:tr w:rsidR="00CA5FAA" w14:paraId="0E9B8502" w14:textId="77777777">
        <w:trPr>
          <w:jc w:val="center"/>
        </w:trPr>
        <w:tc>
          <w:tcPr>
            <w:tcW w:w="10656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2924D98" w14:textId="79F45CE6" w:rsidR="00CA5FAA" w:rsidRDefault="00BF6BBD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57568" behindDoc="0" locked="0" layoutInCell="1" allowOverlap="1" wp14:anchorId="6D5F97C1" wp14:editId="1EC1A3A9">
                      <wp:simplePos x="0" y="0"/>
                      <wp:positionH relativeFrom="column">
                        <wp:posOffset>2424430</wp:posOffset>
                      </wp:positionH>
                      <wp:positionV relativeFrom="paragraph">
                        <wp:posOffset>191453</wp:posOffset>
                      </wp:positionV>
                      <wp:extent cx="3681095" cy="166370"/>
                      <wp:effectExtent l="0" t="0" r="14605" b="24130"/>
                      <wp:wrapNone/>
                      <wp:docPr id="149609423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8109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C334B1" w14:textId="6F43366F" w:rsidR="00BF6BBD" w:rsidRPr="007A2E54" w:rsidRDefault="00BF6BBD" w:rsidP="00BF6BBD">
                                  <w:pPr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5F97C1" id="_x0000_s1035" type="#_x0000_t202" style="position:absolute;margin-left:190.9pt;margin-top:15.1pt;width:289.85pt;height:13.1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" strokecolor="#b77fed">
                      <v:textbox>
                        <w:txbxContent>
                          <w:p w14:paraId="2EC334B1" w14:textId="6F43366F" w:rsidR="00BF6BBD" w:rsidRPr="007A2E54" w:rsidRDefault="00BF6BBD" w:rsidP="00BF6BBD">
                            <w:pPr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59616" behindDoc="0" locked="0" layoutInCell="1" allowOverlap="1" wp14:anchorId="7DF6E924" wp14:editId="0C89A0D5">
                      <wp:simplePos x="0" y="0"/>
                      <wp:positionH relativeFrom="column">
                        <wp:posOffset>1957705</wp:posOffset>
                      </wp:positionH>
                      <wp:positionV relativeFrom="paragraph">
                        <wp:posOffset>-13335</wp:posOffset>
                      </wp:positionV>
                      <wp:extent cx="4148138" cy="166370"/>
                      <wp:effectExtent l="0" t="0" r="24130" b="24130"/>
                      <wp:wrapNone/>
                      <wp:docPr id="124561888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48138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BC43A2" w14:textId="77777777" w:rsidR="00BF6BBD" w:rsidRPr="007A2E54" w:rsidRDefault="00BF6BBD" w:rsidP="00BF6BBD">
                                  <w:pPr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F6E924" id="_x0000_s1036" type="#_x0000_t202" style="position:absolute;margin-left:154.15pt;margin-top:-1.05pt;width:326.65pt;height:13.1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" strokecolor="#b77fed">
                      <v:textbox>
                        <w:txbxContent>
                          <w:p w14:paraId="38BC43A2" w14:textId="77777777" w:rsidR="00BF6BBD" w:rsidRPr="007A2E54" w:rsidRDefault="00BF6BBD" w:rsidP="00BF6BBD">
                            <w:pPr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08A0">
              <w:rPr>
                <w:b/>
                <w:sz w:val="17"/>
              </w:rPr>
              <w:t xml:space="preserve">Current Medications (ADHD or related):  </w:t>
            </w:r>
          </w:p>
        </w:tc>
      </w:tr>
      <w:tr w:rsidR="00CA5FAA" w14:paraId="6BD5AEB8" w14:textId="77777777">
        <w:trPr>
          <w:jc w:val="center"/>
        </w:trPr>
        <w:tc>
          <w:tcPr>
            <w:tcW w:w="10656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DC49154" w14:textId="438F8B27" w:rsidR="00CA5FAA" w:rsidRDefault="00CE08A0">
            <w:r>
              <w:rPr>
                <w:b/>
                <w:sz w:val="17"/>
              </w:rPr>
              <w:t xml:space="preserve">Co-occurring Conditions (e.g., Anxiety, Dyslexia): </w:t>
            </w:r>
          </w:p>
        </w:tc>
      </w:tr>
    </w:tbl>
    <w:p w14:paraId="2A7C98DD" w14:textId="2990F872" w:rsidR="00CA5FAA" w:rsidRDefault="00CE08A0">
      <w:pPr>
        <w:keepNext/>
        <w:pBdr>
          <w:bottom w:val="single" w:sz="12" w:space="3" w:color="8F63F4"/>
        </w:pBdr>
        <w:spacing w:before="140" w:after="80"/>
      </w:pPr>
      <w:r>
        <w:rPr>
          <w:b/>
          <w:color w:val="4E2E86"/>
          <w:sz w:val="24"/>
        </w:rPr>
        <w:t>3. EXECUTIVE FUNCTIONING &amp; DAILY EXECUTIVE CHALLENGES</w:t>
      </w:r>
    </w:p>
    <w:p w14:paraId="2A62E1B5" w14:textId="77777777" w:rsidR="00CA5FAA" w:rsidRDefault="00CE08A0">
      <w:pPr>
        <w:spacing w:after="80"/>
        <w:rPr>
          <w:sz w:val="17"/>
        </w:rPr>
      </w:pPr>
      <w:r>
        <w:rPr>
          <w:sz w:val="17"/>
        </w:rPr>
        <w:t>Please rate your current level of struggle across the following executive-function challenges:</w:t>
      </w:r>
    </w:p>
    <w:p w14:paraId="77FBBD26" w14:textId="5E138496" w:rsidR="008B1737" w:rsidRDefault="008B1737">
      <w:pPr>
        <w:spacing w:after="80"/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373"/>
        <w:gridCol w:w="747"/>
        <w:gridCol w:w="839"/>
        <w:gridCol w:w="871"/>
      </w:tblGrid>
      <w:tr w:rsidR="00CA5FAA" w14:paraId="32E45309" w14:textId="77777777" w:rsidTr="00A7310C">
        <w:trPr>
          <w:cantSplit/>
        </w:trPr>
        <w:tc>
          <w:tcPr>
            <w:tcW w:w="0" w:type="auto"/>
            <w:shd w:val="clear" w:color="auto" w:fill="4E2E8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BAF78C" w14:textId="1F9C963C" w:rsidR="00CA5FAA" w:rsidRDefault="00CE08A0" w:rsidP="00A7310C">
            <w:pPr>
              <w:jc w:val="center"/>
            </w:pPr>
            <w:r>
              <w:rPr>
                <w:b/>
                <w:color w:val="FFFFFF"/>
                <w:sz w:val="16"/>
              </w:rPr>
              <w:t>Executive Challenge Domain</w:t>
            </w:r>
          </w:p>
        </w:tc>
        <w:tc>
          <w:tcPr>
            <w:tcW w:w="747" w:type="dxa"/>
            <w:shd w:val="clear" w:color="auto" w:fill="4E2E8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034F3A" w14:textId="78978C54" w:rsidR="00CA5FAA" w:rsidRDefault="00CE08A0" w:rsidP="00A7310C">
            <w:pPr>
              <w:jc w:val="center"/>
            </w:pPr>
            <w:r>
              <w:rPr>
                <w:b/>
                <w:color w:val="FFFFFF"/>
                <w:sz w:val="16"/>
              </w:rPr>
              <w:t>Mild Struggle</w:t>
            </w:r>
          </w:p>
        </w:tc>
        <w:tc>
          <w:tcPr>
            <w:tcW w:w="839" w:type="dxa"/>
            <w:shd w:val="clear" w:color="auto" w:fill="4E2E8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B92B97" w14:textId="77777777" w:rsidR="00CA5FAA" w:rsidRDefault="00CE08A0" w:rsidP="00A7310C">
            <w:pPr>
              <w:jc w:val="center"/>
            </w:pPr>
            <w:r>
              <w:rPr>
                <w:b/>
                <w:color w:val="FFFFFF"/>
                <w:sz w:val="16"/>
              </w:rPr>
              <w:t>Moderate</w:t>
            </w:r>
          </w:p>
        </w:tc>
        <w:tc>
          <w:tcPr>
            <w:tcW w:w="871" w:type="dxa"/>
            <w:shd w:val="clear" w:color="auto" w:fill="4E2E86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24C008" w14:textId="77777777" w:rsidR="00CA5FAA" w:rsidRDefault="00CE08A0" w:rsidP="00A7310C">
            <w:pPr>
              <w:jc w:val="center"/>
            </w:pPr>
            <w:r>
              <w:rPr>
                <w:b/>
                <w:color w:val="FFFFFF"/>
                <w:sz w:val="16"/>
              </w:rPr>
              <w:t>Severe Struggle</w:t>
            </w:r>
          </w:p>
        </w:tc>
      </w:tr>
      <w:tr w:rsidR="00CA5FAA" w14:paraId="08AFADB0" w14:textId="77777777" w:rsidTr="00A7310C">
        <w:trPr>
          <w:cantSplit/>
        </w:trPr>
        <w:tc>
          <w:tcPr>
            <w:tcW w:w="0" w:type="auto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shd w:val="clear" w:color="auto" w:fill="F3EE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5374BD" w14:textId="28FC0905" w:rsidR="00CA5FAA" w:rsidRDefault="035552D5" w:rsidP="00A7310C">
            <w:r w:rsidRPr="035552D5">
              <w:rPr>
                <w:b/>
                <w:bCs/>
                <w:color w:val="4E2E86"/>
                <w:sz w:val="16"/>
                <w:szCs w:val="16"/>
              </w:rPr>
              <w:t>Time Management &amp; Estimation</w:t>
            </w:r>
            <w:r w:rsidRPr="035552D5">
              <w:rPr>
                <w:sz w:val="15"/>
                <w:szCs w:val="15"/>
              </w:rPr>
              <w:t xml:space="preserve"> (Arriving on time, pacing tasks)</w:t>
            </w:r>
          </w:p>
        </w:tc>
        <w:tc>
          <w:tcPr>
            <w:tcW w:w="747" w:type="dxa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shd w:val="clear" w:color="auto" w:fill="F3EE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1C84E6" w14:textId="711E046F" w:rsidR="00CA5FAA" w:rsidRDefault="00A40C2C" w:rsidP="00A7310C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39136" behindDoc="0" locked="0" layoutInCell="1" allowOverlap="1" wp14:anchorId="279D1B53" wp14:editId="512E0283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50800</wp:posOffset>
                      </wp:positionV>
                      <wp:extent cx="208915" cy="166370"/>
                      <wp:effectExtent l="0" t="0" r="19685" b="24130"/>
                      <wp:wrapNone/>
                      <wp:docPr id="201955046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91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04AAEB" w14:textId="77777777" w:rsidR="00A40C2C" w:rsidRPr="007A2E54" w:rsidRDefault="00A40C2C" w:rsidP="00A40C2C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9D1B53" id="_x0000_s1037" type="#_x0000_t202" style="position:absolute;left:0;text-align:left;margin-left:-.3pt;margin-top:4pt;width:16.45pt;height:13.1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" strokecolor="#b77fed">
                      <v:textbox>
                        <w:txbxContent>
                          <w:p w14:paraId="7F04AAEB" w14:textId="77777777" w:rsidR="00A40C2C" w:rsidRPr="007A2E54" w:rsidRDefault="00A40C2C" w:rsidP="00A40C2C">
                            <w:pPr>
                              <w:jc w:val="center"/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9" w:type="dxa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shd w:val="clear" w:color="auto" w:fill="F3EE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2DD878" w14:textId="36E2BF23" w:rsidR="00CA5FAA" w:rsidRDefault="00BF6BBD" w:rsidP="00A7310C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45280" behindDoc="0" locked="0" layoutInCell="1" allowOverlap="1" wp14:anchorId="33CB81B3" wp14:editId="213B7DA8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50800</wp:posOffset>
                      </wp:positionV>
                      <wp:extent cx="208915" cy="166370"/>
                      <wp:effectExtent l="0" t="0" r="19685" b="24130"/>
                      <wp:wrapNone/>
                      <wp:docPr id="134669814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91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BDD009" w14:textId="77777777" w:rsidR="00BF6BBD" w:rsidRPr="007A2E54" w:rsidRDefault="00BF6BBD" w:rsidP="00BF6BBD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CB81B3" id="_x0000_s1038" type="#_x0000_t202" style="position:absolute;left:0;text-align:left;margin-left:-.15pt;margin-top:4pt;width:16.45pt;height:13.1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" strokecolor="#b77fed">
                      <v:textbox>
                        <w:txbxContent>
                          <w:p w14:paraId="32BDD009" w14:textId="77777777" w:rsidR="00BF6BBD" w:rsidRPr="007A2E54" w:rsidRDefault="00BF6BBD" w:rsidP="00BF6BBD">
                            <w:pPr>
                              <w:jc w:val="center"/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71" w:type="dxa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shd w:val="clear" w:color="auto" w:fill="F3EE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053F9D1" w14:textId="3CE1D63C" w:rsidR="00CA5FAA" w:rsidRDefault="00BF6BBD" w:rsidP="00A7310C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51424" behindDoc="0" locked="0" layoutInCell="1" allowOverlap="1" wp14:anchorId="3EE49B1B" wp14:editId="631F3672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50800</wp:posOffset>
                      </wp:positionV>
                      <wp:extent cx="208915" cy="166370"/>
                      <wp:effectExtent l="0" t="0" r="19685" b="24130"/>
                      <wp:wrapNone/>
                      <wp:docPr id="66149858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91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4F078F" w14:textId="77777777" w:rsidR="00BF6BBD" w:rsidRPr="007A2E54" w:rsidRDefault="00BF6BBD" w:rsidP="00BF6BBD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49B1B" id="_x0000_s1039" type="#_x0000_t202" style="position:absolute;left:0;text-align:left;margin-left:-.1pt;margin-top:4pt;width:16.45pt;height:13.1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" strokecolor="#b77fed">
                      <v:textbox>
                        <w:txbxContent>
                          <w:p w14:paraId="524F078F" w14:textId="77777777" w:rsidR="00BF6BBD" w:rsidRPr="007A2E54" w:rsidRDefault="00BF6BBD" w:rsidP="00BF6BBD">
                            <w:pPr>
                              <w:jc w:val="center"/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A5FAA" w14:paraId="79534B73" w14:textId="77777777" w:rsidTr="00A7310C">
        <w:trPr>
          <w:cantSplit/>
        </w:trPr>
        <w:tc>
          <w:tcPr>
            <w:tcW w:w="0" w:type="auto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071983" w14:textId="42850390" w:rsidR="00CA5FAA" w:rsidRDefault="035552D5" w:rsidP="00A7310C">
            <w:r w:rsidRPr="035552D5">
              <w:rPr>
                <w:b/>
                <w:bCs/>
                <w:color w:val="4E2E86"/>
                <w:sz w:val="16"/>
                <w:szCs w:val="16"/>
              </w:rPr>
              <w:t>Task Initiation &amp; Activation</w:t>
            </w:r>
            <w:r w:rsidRPr="035552D5">
              <w:rPr>
                <w:sz w:val="15"/>
                <w:szCs w:val="15"/>
              </w:rPr>
              <w:t xml:space="preserve"> (Overcoming procrastination to start)</w:t>
            </w:r>
          </w:p>
        </w:tc>
        <w:tc>
          <w:tcPr>
            <w:tcW w:w="747" w:type="dxa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E8EB90" w14:textId="5AD55E45" w:rsidR="00CA5FAA" w:rsidRDefault="00A40C2C" w:rsidP="00A7310C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41184" behindDoc="0" locked="0" layoutInCell="1" allowOverlap="1" wp14:anchorId="468E637E" wp14:editId="5F8BBE3A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64135</wp:posOffset>
                      </wp:positionV>
                      <wp:extent cx="208915" cy="166370"/>
                      <wp:effectExtent l="0" t="0" r="19685" b="24130"/>
                      <wp:wrapNone/>
                      <wp:docPr id="75590138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91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4965DB" w14:textId="77777777" w:rsidR="00A40C2C" w:rsidRPr="007A2E54" w:rsidRDefault="00A40C2C" w:rsidP="00A40C2C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8E637E" id="_x0000_s1040" type="#_x0000_t202" style="position:absolute;left:0;text-align:left;margin-left:-.3pt;margin-top:5.05pt;width:16.45pt;height:13.1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" strokecolor="#b77fed">
                      <v:textbox>
                        <w:txbxContent>
                          <w:p w14:paraId="404965DB" w14:textId="77777777" w:rsidR="00A40C2C" w:rsidRPr="007A2E54" w:rsidRDefault="00A40C2C" w:rsidP="00A40C2C">
                            <w:pPr>
                              <w:jc w:val="center"/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9" w:type="dxa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51D0424" w14:textId="4D6B4A0B" w:rsidR="00CA5FAA" w:rsidRDefault="00BF6BBD" w:rsidP="00A7310C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47328" behindDoc="0" locked="0" layoutInCell="1" allowOverlap="1" wp14:anchorId="28046CC7" wp14:editId="4CCDCD88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48260</wp:posOffset>
                      </wp:positionV>
                      <wp:extent cx="208915" cy="166370"/>
                      <wp:effectExtent l="0" t="0" r="19685" b="24130"/>
                      <wp:wrapNone/>
                      <wp:docPr id="165418003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91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B943D0" w14:textId="77777777" w:rsidR="00BF6BBD" w:rsidRPr="007A2E54" w:rsidRDefault="00BF6BBD" w:rsidP="00BF6BBD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046CC7" id="_x0000_s1041" type="#_x0000_t202" style="position:absolute;left:0;text-align:left;margin-left:-.15pt;margin-top:3.8pt;width:16.45pt;height:13.1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" strokecolor="#b77fed">
                      <v:textbox>
                        <w:txbxContent>
                          <w:p w14:paraId="3BB943D0" w14:textId="77777777" w:rsidR="00BF6BBD" w:rsidRPr="007A2E54" w:rsidRDefault="00BF6BBD" w:rsidP="00BF6BBD">
                            <w:pPr>
                              <w:jc w:val="center"/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71" w:type="dxa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8A20AE" w14:textId="73C80205" w:rsidR="00CA5FAA" w:rsidRDefault="00BF6BBD" w:rsidP="00A7310C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53472" behindDoc="0" locked="0" layoutInCell="1" allowOverlap="1" wp14:anchorId="5B028016" wp14:editId="09F8B904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48260</wp:posOffset>
                      </wp:positionV>
                      <wp:extent cx="208915" cy="166370"/>
                      <wp:effectExtent l="0" t="0" r="19685" b="24130"/>
                      <wp:wrapNone/>
                      <wp:docPr id="199264055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91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3DD959" w14:textId="77777777" w:rsidR="00BF6BBD" w:rsidRPr="007A2E54" w:rsidRDefault="00BF6BBD" w:rsidP="00BF6BBD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028016" id="_x0000_s1042" type="#_x0000_t202" style="position:absolute;left:0;text-align:left;margin-left:-.1pt;margin-top:3.8pt;width:16.45pt;height:13.1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" strokecolor="#b77fed">
                      <v:textbox>
                        <w:txbxContent>
                          <w:p w14:paraId="243DD959" w14:textId="77777777" w:rsidR="00BF6BBD" w:rsidRPr="007A2E54" w:rsidRDefault="00BF6BBD" w:rsidP="00BF6BBD">
                            <w:pPr>
                              <w:jc w:val="center"/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A2E54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645B49FD" wp14:editId="41EC6794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12065</wp:posOffset>
                      </wp:positionV>
                      <wp:extent cx="208915" cy="166370"/>
                      <wp:effectExtent l="0" t="0" r="635" b="5080"/>
                      <wp:wrapNone/>
                      <wp:docPr id="166419745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91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99C0C7" w14:textId="6A0E43EE" w:rsidR="007A2E54" w:rsidRPr="007A2E54" w:rsidRDefault="007A2E54" w:rsidP="007A2E54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5B49FD" id="_x0000_s1043" type="#_x0000_t202" style="position:absolute;left:0;text-align:left;margin-left:20.25pt;margin-top:.95pt;width:16.45pt;height:13.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" stroked="f">
                      <v:textbox>
                        <w:txbxContent>
                          <w:p w14:paraId="5D99C0C7" w14:textId="6A0E43EE" w:rsidR="007A2E54" w:rsidRPr="007A2E54" w:rsidRDefault="007A2E54" w:rsidP="007A2E54">
                            <w:pPr>
                              <w:jc w:val="center"/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A5FAA" w14:paraId="61E749B1" w14:textId="77777777" w:rsidTr="00A7310C">
        <w:trPr>
          <w:cantSplit/>
        </w:trPr>
        <w:tc>
          <w:tcPr>
            <w:tcW w:w="0" w:type="auto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shd w:val="clear" w:color="auto" w:fill="F3EE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BE7330" w14:textId="1B81A911" w:rsidR="00CA5FAA" w:rsidRDefault="035552D5" w:rsidP="00A7310C">
            <w:r w:rsidRPr="035552D5">
              <w:rPr>
                <w:b/>
                <w:bCs/>
                <w:color w:val="4E2E86"/>
                <w:sz w:val="16"/>
                <w:szCs w:val="16"/>
              </w:rPr>
              <w:t>Sustained Attention &amp; Focus</w:t>
            </w:r>
            <w:r w:rsidRPr="035552D5">
              <w:rPr>
                <w:sz w:val="15"/>
                <w:szCs w:val="15"/>
              </w:rPr>
              <w:t xml:space="preserve"> (Staying focused and resisting distractions)</w:t>
            </w:r>
          </w:p>
        </w:tc>
        <w:tc>
          <w:tcPr>
            <w:tcW w:w="747" w:type="dxa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shd w:val="clear" w:color="auto" w:fill="F3EE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027F543" w14:textId="63ED154C" w:rsidR="00CA5FAA" w:rsidRDefault="00A40C2C" w:rsidP="00A7310C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43232" behindDoc="0" locked="0" layoutInCell="1" allowOverlap="1" wp14:anchorId="1956FD79" wp14:editId="3946BDE9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47625</wp:posOffset>
                      </wp:positionV>
                      <wp:extent cx="208915" cy="166370"/>
                      <wp:effectExtent l="0" t="0" r="19685" b="24130"/>
                      <wp:wrapNone/>
                      <wp:docPr id="18842173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91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712032" w14:textId="77777777" w:rsidR="00A40C2C" w:rsidRPr="007A2E54" w:rsidRDefault="00A40C2C" w:rsidP="00A40C2C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56FD79" id="_x0000_s1044" type="#_x0000_t202" style="position:absolute;left:0;text-align:left;margin-left:-.3pt;margin-top:3.75pt;width:16.45pt;height:13.1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" strokecolor="#b77fed">
                      <v:textbox>
                        <w:txbxContent>
                          <w:p w14:paraId="59712032" w14:textId="77777777" w:rsidR="00A40C2C" w:rsidRPr="007A2E54" w:rsidRDefault="00A40C2C" w:rsidP="00A40C2C">
                            <w:pPr>
                              <w:jc w:val="center"/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9" w:type="dxa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shd w:val="clear" w:color="auto" w:fill="F3EE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F29469" w14:textId="350D417F" w:rsidR="00CA5FAA" w:rsidRDefault="00BF6BBD" w:rsidP="00A7310C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49376" behindDoc="0" locked="0" layoutInCell="1" allowOverlap="1" wp14:anchorId="58967B27" wp14:editId="1FFF7517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50165</wp:posOffset>
                      </wp:positionV>
                      <wp:extent cx="208915" cy="166370"/>
                      <wp:effectExtent l="0" t="0" r="19685" b="24130"/>
                      <wp:wrapNone/>
                      <wp:docPr id="137257273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91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07D1ED" w14:textId="77777777" w:rsidR="00BF6BBD" w:rsidRPr="007A2E54" w:rsidRDefault="00BF6BBD" w:rsidP="00BF6BBD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967B27" id="_x0000_s1045" type="#_x0000_t202" style="position:absolute;left:0;text-align:left;margin-left:-.15pt;margin-top:3.95pt;width:16.45pt;height:13.1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" strokecolor="#b77fed">
                      <v:textbox>
                        <w:txbxContent>
                          <w:p w14:paraId="4607D1ED" w14:textId="77777777" w:rsidR="00BF6BBD" w:rsidRPr="007A2E54" w:rsidRDefault="00BF6BBD" w:rsidP="00BF6BBD">
                            <w:pPr>
                              <w:jc w:val="center"/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71" w:type="dxa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shd w:val="clear" w:color="auto" w:fill="F3EE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C9F31AF" w14:textId="3AD4F8FD" w:rsidR="00CA5FAA" w:rsidRDefault="00BF6BBD" w:rsidP="00A7310C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55520" behindDoc="0" locked="0" layoutInCell="1" allowOverlap="1" wp14:anchorId="1760DFCC" wp14:editId="7A765F6F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50165</wp:posOffset>
                      </wp:positionV>
                      <wp:extent cx="208915" cy="166370"/>
                      <wp:effectExtent l="0" t="0" r="19685" b="24130"/>
                      <wp:wrapNone/>
                      <wp:docPr id="11499860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91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840588" w14:textId="77777777" w:rsidR="00BF6BBD" w:rsidRPr="007A2E54" w:rsidRDefault="00BF6BBD" w:rsidP="00BF6BBD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60DFCC" id="_x0000_s1046" type="#_x0000_t202" style="position:absolute;left:0;text-align:left;margin-left:-.1pt;margin-top:3.95pt;width:16.45pt;height:13.1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" strokecolor="#b77fed">
                      <v:textbox>
                        <w:txbxContent>
                          <w:p w14:paraId="43840588" w14:textId="77777777" w:rsidR="00BF6BBD" w:rsidRPr="007A2E54" w:rsidRDefault="00BF6BBD" w:rsidP="00BF6BBD">
                            <w:pPr>
                              <w:jc w:val="center"/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A5FAA" w14:paraId="47A5BA1E" w14:textId="77777777" w:rsidTr="00A7310C">
        <w:trPr>
          <w:cantSplit/>
        </w:trPr>
        <w:tc>
          <w:tcPr>
            <w:tcW w:w="0" w:type="auto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4E963F2" w14:textId="0134967A" w:rsidR="00CA5FAA" w:rsidRDefault="035552D5" w:rsidP="00A7310C">
            <w:r w:rsidRPr="035552D5">
              <w:rPr>
                <w:b/>
                <w:bCs/>
                <w:color w:val="4E2E86"/>
                <w:sz w:val="16"/>
                <w:szCs w:val="16"/>
              </w:rPr>
              <w:t>Organization &amp; Spatial Systems</w:t>
            </w:r>
            <w:r w:rsidRPr="035552D5">
              <w:rPr>
                <w:sz w:val="15"/>
                <w:szCs w:val="15"/>
              </w:rPr>
              <w:t xml:space="preserve"> (Managing clutter and physical paperwork)</w:t>
            </w:r>
          </w:p>
        </w:tc>
        <w:tc>
          <w:tcPr>
            <w:tcW w:w="747" w:type="dxa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D7B3579" w14:textId="015BA030" w:rsidR="00CA5FAA" w:rsidRDefault="00A40C2C" w:rsidP="00A7310C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4560" behindDoc="0" locked="0" layoutInCell="1" allowOverlap="1" wp14:anchorId="331D0F2E" wp14:editId="7CDC24F6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49530</wp:posOffset>
                      </wp:positionV>
                      <wp:extent cx="208915" cy="166370"/>
                      <wp:effectExtent l="0" t="0" r="19685" b="24130"/>
                      <wp:wrapNone/>
                      <wp:docPr id="85242993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91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434FDE" w14:textId="77777777" w:rsidR="00A40C2C" w:rsidRPr="007A2E54" w:rsidRDefault="00A40C2C" w:rsidP="00A40C2C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1D0F2E" id="_x0000_s1047" type="#_x0000_t202" style="position:absolute;left:0;text-align:left;margin-left:-.3pt;margin-top:3.9pt;width:16.45pt;height:13.1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" strokecolor="#b77fed">
                      <v:textbox>
                        <w:txbxContent>
                          <w:p w14:paraId="10434FDE" w14:textId="77777777" w:rsidR="00A40C2C" w:rsidRPr="007A2E54" w:rsidRDefault="00A40C2C" w:rsidP="00A40C2C">
                            <w:pPr>
                              <w:jc w:val="center"/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9" w:type="dxa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DBDC598" w14:textId="542E9432" w:rsidR="00CA5FAA" w:rsidRDefault="00A40C2C" w:rsidP="00A7310C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22752" behindDoc="0" locked="0" layoutInCell="1" allowOverlap="1" wp14:anchorId="19F81377" wp14:editId="5D0F72C7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49530</wp:posOffset>
                      </wp:positionV>
                      <wp:extent cx="208915" cy="166370"/>
                      <wp:effectExtent l="0" t="0" r="19685" b="24130"/>
                      <wp:wrapNone/>
                      <wp:docPr id="77958717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91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51336C" w14:textId="77777777" w:rsidR="00A40C2C" w:rsidRPr="007A2E54" w:rsidRDefault="00A40C2C" w:rsidP="00A40C2C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F81377" id="_x0000_s1048" type="#_x0000_t202" style="position:absolute;left:0;text-align:left;margin-left:-.2pt;margin-top:3.9pt;width:16.45pt;height:13.1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" strokecolor="#b77fed">
                      <v:textbox>
                        <w:txbxContent>
                          <w:p w14:paraId="6651336C" w14:textId="77777777" w:rsidR="00A40C2C" w:rsidRPr="007A2E54" w:rsidRDefault="00A40C2C" w:rsidP="00A40C2C">
                            <w:pPr>
                              <w:jc w:val="center"/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71" w:type="dxa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F819B1" w14:textId="642D314D" w:rsidR="00CA5FAA" w:rsidRDefault="00A40C2C" w:rsidP="00A7310C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30944" behindDoc="0" locked="0" layoutInCell="1" allowOverlap="1" wp14:anchorId="34C94E69" wp14:editId="29D1DA27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49530</wp:posOffset>
                      </wp:positionV>
                      <wp:extent cx="208915" cy="166370"/>
                      <wp:effectExtent l="0" t="0" r="19685" b="24130"/>
                      <wp:wrapNone/>
                      <wp:docPr id="35795197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91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BCE86B" w14:textId="77777777" w:rsidR="00A40C2C" w:rsidRPr="007A2E54" w:rsidRDefault="00A40C2C" w:rsidP="00A40C2C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94E69" id="_x0000_s1049" type="#_x0000_t202" style="position:absolute;left:0;text-align:left;margin-left:-.15pt;margin-top:3.9pt;width:16.45pt;height:13.1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" strokecolor="#b77fed">
                      <v:textbox>
                        <w:txbxContent>
                          <w:p w14:paraId="42BCE86B" w14:textId="77777777" w:rsidR="00A40C2C" w:rsidRPr="007A2E54" w:rsidRDefault="00A40C2C" w:rsidP="00A40C2C">
                            <w:pPr>
                              <w:jc w:val="center"/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A5FAA" w14:paraId="312D48B5" w14:textId="77777777" w:rsidTr="00A7310C">
        <w:trPr>
          <w:cantSplit/>
        </w:trPr>
        <w:tc>
          <w:tcPr>
            <w:tcW w:w="0" w:type="auto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shd w:val="clear" w:color="auto" w:fill="F3EE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ED2CD1" w14:textId="1E097A70" w:rsidR="00CA5FAA" w:rsidRDefault="035552D5" w:rsidP="00A7310C">
            <w:r w:rsidRPr="035552D5">
              <w:rPr>
                <w:b/>
                <w:bCs/>
                <w:color w:val="4E2E86"/>
                <w:sz w:val="16"/>
                <w:szCs w:val="16"/>
              </w:rPr>
              <w:t>Working Memory &amp; Retention</w:t>
            </w:r>
            <w:r w:rsidRPr="035552D5">
              <w:rPr>
                <w:sz w:val="15"/>
                <w:szCs w:val="15"/>
              </w:rPr>
              <w:t xml:space="preserve"> (Misplacing items and forgetting appointments)</w:t>
            </w:r>
          </w:p>
        </w:tc>
        <w:tc>
          <w:tcPr>
            <w:tcW w:w="747" w:type="dxa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shd w:val="clear" w:color="auto" w:fill="F3EE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DA9296" w14:textId="28540377" w:rsidR="00CA5FAA" w:rsidRDefault="00A40C2C" w:rsidP="00A7310C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6608" behindDoc="0" locked="0" layoutInCell="1" allowOverlap="1" wp14:anchorId="3A15C1CD" wp14:editId="6FB89994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52070</wp:posOffset>
                      </wp:positionV>
                      <wp:extent cx="208915" cy="166370"/>
                      <wp:effectExtent l="0" t="0" r="19685" b="24130"/>
                      <wp:wrapNone/>
                      <wp:docPr id="3530841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91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2EE6AB" w14:textId="77777777" w:rsidR="00A40C2C" w:rsidRPr="007A2E54" w:rsidRDefault="00A40C2C" w:rsidP="00A40C2C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15C1CD" id="_x0000_s1050" type="#_x0000_t202" style="position:absolute;left:0;text-align:left;margin-left:-.3pt;margin-top:4.1pt;width:16.45pt;height:13.1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" strokecolor="#b77fed">
                      <v:textbox>
                        <w:txbxContent>
                          <w:p w14:paraId="3E2EE6AB" w14:textId="77777777" w:rsidR="00A40C2C" w:rsidRPr="007A2E54" w:rsidRDefault="00A40C2C" w:rsidP="00A40C2C">
                            <w:pPr>
                              <w:jc w:val="center"/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9" w:type="dxa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shd w:val="clear" w:color="auto" w:fill="F3EE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01D3DE" w14:textId="6D2B60D6" w:rsidR="00CA5FAA" w:rsidRDefault="00A40C2C" w:rsidP="00A7310C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24800" behindDoc="0" locked="0" layoutInCell="1" allowOverlap="1" wp14:anchorId="342EDE17" wp14:editId="050AE503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52070</wp:posOffset>
                      </wp:positionV>
                      <wp:extent cx="208915" cy="166370"/>
                      <wp:effectExtent l="0" t="0" r="19685" b="24130"/>
                      <wp:wrapNone/>
                      <wp:docPr id="10863875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91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336160" w14:textId="77777777" w:rsidR="00A40C2C" w:rsidRPr="007A2E54" w:rsidRDefault="00A40C2C" w:rsidP="00A40C2C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2EDE17" id="_x0000_s1051" type="#_x0000_t202" style="position:absolute;left:0;text-align:left;margin-left:-.2pt;margin-top:4.1pt;width:16.45pt;height:13.1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" strokecolor="#b77fed">
                      <v:textbox>
                        <w:txbxContent>
                          <w:p w14:paraId="2B336160" w14:textId="77777777" w:rsidR="00A40C2C" w:rsidRPr="007A2E54" w:rsidRDefault="00A40C2C" w:rsidP="00A40C2C">
                            <w:pPr>
                              <w:jc w:val="center"/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71" w:type="dxa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shd w:val="clear" w:color="auto" w:fill="F3EE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3B6897" w14:textId="69C07B3E" w:rsidR="00CA5FAA" w:rsidRDefault="00A40C2C" w:rsidP="00A7310C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32992" behindDoc="0" locked="0" layoutInCell="1" allowOverlap="1" wp14:anchorId="1844F66F" wp14:editId="28AEABEF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52070</wp:posOffset>
                      </wp:positionV>
                      <wp:extent cx="208915" cy="166370"/>
                      <wp:effectExtent l="0" t="0" r="19685" b="24130"/>
                      <wp:wrapNone/>
                      <wp:docPr id="80989563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91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4E6D35" w14:textId="77777777" w:rsidR="00A40C2C" w:rsidRPr="007A2E54" w:rsidRDefault="00A40C2C" w:rsidP="00A40C2C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44F66F" id="_x0000_s1052" type="#_x0000_t202" style="position:absolute;left:0;text-align:left;margin-left:-.15pt;margin-top:4.1pt;width:16.45pt;height:13.1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" strokecolor="#b77fed">
                      <v:textbox>
                        <w:txbxContent>
                          <w:p w14:paraId="664E6D35" w14:textId="77777777" w:rsidR="00A40C2C" w:rsidRPr="007A2E54" w:rsidRDefault="00A40C2C" w:rsidP="00A40C2C">
                            <w:pPr>
                              <w:jc w:val="center"/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00F0D" w14:paraId="54A128CD" w14:textId="77777777" w:rsidTr="00A7310C">
        <w:trPr>
          <w:cantSplit/>
        </w:trPr>
        <w:tc>
          <w:tcPr>
            <w:tcW w:w="0" w:type="auto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3A6ABD0" w14:textId="258FD881" w:rsidR="00D00F0D" w:rsidRPr="035552D5" w:rsidRDefault="00D00F0D" w:rsidP="00A7310C">
            <w:pPr>
              <w:rPr>
                <w:b/>
                <w:bCs/>
                <w:color w:val="4E2E86"/>
                <w:sz w:val="16"/>
                <w:szCs w:val="16"/>
              </w:rPr>
            </w:pPr>
            <w:r w:rsidRPr="035552D5">
              <w:rPr>
                <w:b/>
                <w:bCs/>
                <w:color w:val="4E2E86"/>
                <w:sz w:val="16"/>
                <w:szCs w:val="16"/>
              </w:rPr>
              <w:t>Prioritization &amp; Decision-Making</w:t>
            </w:r>
            <w:r w:rsidRPr="035552D5">
              <w:rPr>
                <w:sz w:val="15"/>
                <w:szCs w:val="15"/>
              </w:rPr>
              <w:t xml:space="preserve"> (Determining the next critical step)</w:t>
            </w:r>
          </w:p>
        </w:tc>
        <w:tc>
          <w:tcPr>
            <w:tcW w:w="747" w:type="dxa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C1A0C6D" w14:textId="080641B6" w:rsidR="00D00F0D" w:rsidRDefault="00A40C2C" w:rsidP="00A7310C">
            <w:pPr>
              <w:jc w:val="center"/>
              <w:rPr>
                <w:color w:val="4E2E86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8656" behindDoc="0" locked="0" layoutInCell="1" allowOverlap="1" wp14:anchorId="73138BE0" wp14:editId="4FEA0962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49530</wp:posOffset>
                      </wp:positionV>
                      <wp:extent cx="208915" cy="166370"/>
                      <wp:effectExtent l="0" t="0" r="19685" b="24130"/>
                      <wp:wrapNone/>
                      <wp:docPr id="9046308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91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E70DB9" w14:textId="77777777" w:rsidR="00A40C2C" w:rsidRPr="007A2E54" w:rsidRDefault="00A40C2C" w:rsidP="00A40C2C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138BE0" id="_x0000_s1053" type="#_x0000_t202" style="position:absolute;left:0;text-align:left;margin-left:-.3pt;margin-top:3.9pt;width:16.45pt;height:13.1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" strokecolor="#b77fed">
                      <v:textbox>
                        <w:txbxContent>
                          <w:p w14:paraId="31E70DB9" w14:textId="77777777" w:rsidR="00A40C2C" w:rsidRPr="007A2E54" w:rsidRDefault="00A40C2C" w:rsidP="00A40C2C">
                            <w:pPr>
                              <w:jc w:val="center"/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9" w:type="dxa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E5B7E78" w14:textId="71C2089D" w:rsidR="00D00F0D" w:rsidRDefault="00A40C2C" w:rsidP="00A7310C">
            <w:pPr>
              <w:jc w:val="center"/>
              <w:rPr>
                <w:color w:val="4E2E86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26848" behindDoc="0" locked="0" layoutInCell="1" allowOverlap="1" wp14:anchorId="3BD151F1" wp14:editId="68415B65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49530</wp:posOffset>
                      </wp:positionV>
                      <wp:extent cx="208915" cy="166370"/>
                      <wp:effectExtent l="0" t="0" r="19685" b="24130"/>
                      <wp:wrapNone/>
                      <wp:docPr id="11382430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91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7B2833" w14:textId="77777777" w:rsidR="00A40C2C" w:rsidRPr="007A2E54" w:rsidRDefault="00A40C2C" w:rsidP="00A40C2C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D151F1" id="_x0000_s1054" type="#_x0000_t202" style="position:absolute;left:0;text-align:left;margin-left:-.2pt;margin-top:3.9pt;width:16.45pt;height:13.1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" strokecolor="#b77fed">
                      <v:textbox>
                        <w:txbxContent>
                          <w:p w14:paraId="4A7B2833" w14:textId="77777777" w:rsidR="00A40C2C" w:rsidRPr="007A2E54" w:rsidRDefault="00A40C2C" w:rsidP="00A40C2C">
                            <w:pPr>
                              <w:jc w:val="center"/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71" w:type="dxa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70FCFBC" w14:textId="23CE40E9" w:rsidR="00D00F0D" w:rsidRDefault="00A40C2C" w:rsidP="00A7310C">
            <w:pPr>
              <w:jc w:val="center"/>
              <w:rPr>
                <w:color w:val="4E2E86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35040" behindDoc="0" locked="0" layoutInCell="1" allowOverlap="1" wp14:anchorId="3A9CF2F3" wp14:editId="322138FB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49530</wp:posOffset>
                      </wp:positionV>
                      <wp:extent cx="208915" cy="166370"/>
                      <wp:effectExtent l="0" t="0" r="19685" b="24130"/>
                      <wp:wrapNone/>
                      <wp:docPr id="49892650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91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3F989A" w14:textId="77777777" w:rsidR="00A40C2C" w:rsidRPr="007A2E54" w:rsidRDefault="00A40C2C" w:rsidP="00A40C2C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9CF2F3" id="_x0000_s1055" type="#_x0000_t202" style="position:absolute;left:0;text-align:left;margin-left:-.15pt;margin-top:3.9pt;width:16.45pt;height:13.1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" strokecolor="#b77fed">
                      <v:textbox>
                        <w:txbxContent>
                          <w:p w14:paraId="753F989A" w14:textId="77777777" w:rsidR="00A40C2C" w:rsidRPr="007A2E54" w:rsidRDefault="00A40C2C" w:rsidP="00A40C2C">
                            <w:pPr>
                              <w:jc w:val="center"/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00F0D" w14:paraId="179B8CB9" w14:textId="77777777" w:rsidTr="00A7310C">
        <w:trPr>
          <w:cantSplit/>
        </w:trPr>
        <w:tc>
          <w:tcPr>
            <w:tcW w:w="0" w:type="auto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shd w:val="clear" w:color="auto" w:fill="F3EE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760EFE" w14:textId="0BAFC6FA" w:rsidR="00D00F0D" w:rsidRPr="035552D5" w:rsidRDefault="00D00F0D" w:rsidP="00A7310C">
            <w:pPr>
              <w:rPr>
                <w:b/>
                <w:bCs/>
                <w:color w:val="4E2E86"/>
                <w:sz w:val="16"/>
                <w:szCs w:val="16"/>
              </w:rPr>
            </w:pPr>
            <w:r w:rsidRPr="035552D5">
              <w:rPr>
                <w:b/>
                <w:bCs/>
                <w:color w:val="4E2E86"/>
                <w:sz w:val="16"/>
                <w:szCs w:val="16"/>
              </w:rPr>
              <w:t>Emotional Regulation &amp; Overwhelm</w:t>
            </w:r>
            <w:r w:rsidRPr="035552D5">
              <w:rPr>
                <w:sz w:val="15"/>
                <w:szCs w:val="15"/>
              </w:rPr>
              <w:t xml:space="preserve"> (Managing frustration and burnout loops)</w:t>
            </w:r>
          </w:p>
        </w:tc>
        <w:tc>
          <w:tcPr>
            <w:tcW w:w="747" w:type="dxa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shd w:val="clear" w:color="auto" w:fill="F3EE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2A0F1A" w14:textId="6943C1A4" w:rsidR="00D00F0D" w:rsidRDefault="00A40C2C" w:rsidP="00A7310C">
            <w:pPr>
              <w:jc w:val="center"/>
              <w:rPr>
                <w:color w:val="4E2E86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20704" behindDoc="0" locked="0" layoutInCell="1" allowOverlap="1" wp14:anchorId="6768B0DA" wp14:editId="36559A33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48895</wp:posOffset>
                      </wp:positionV>
                      <wp:extent cx="208915" cy="166370"/>
                      <wp:effectExtent l="0" t="0" r="19685" b="24130"/>
                      <wp:wrapNone/>
                      <wp:docPr id="93545193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91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BC34D5" w14:textId="77777777" w:rsidR="00A40C2C" w:rsidRPr="007A2E54" w:rsidRDefault="00A40C2C" w:rsidP="00A40C2C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68B0DA" id="_x0000_s1056" type="#_x0000_t202" style="position:absolute;left:0;text-align:left;margin-left:-.3pt;margin-top:3.85pt;width:16.45pt;height:13.1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" strokecolor="#b77fed">
                      <v:textbox>
                        <w:txbxContent>
                          <w:p w14:paraId="62BC34D5" w14:textId="77777777" w:rsidR="00A40C2C" w:rsidRPr="007A2E54" w:rsidRDefault="00A40C2C" w:rsidP="00A40C2C">
                            <w:pPr>
                              <w:jc w:val="center"/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9" w:type="dxa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shd w:val="clear" w:color="auto" w:fill="F3EE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921058" w14:textId="5D6918AF" w:rsidR="00D00F0D" w:rsidRDefault="00A40C2C" w:rsidP="00A7310C">
            <w:pPr>
              <w:jc w:val="center"/>
              <w:rPr>
                <w:color w:val="4E2E86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28896" behindDoc="0" locked="0" layoutInCell="1" allowOverlap="1" wp14:anchorId="23E4E68A" wp14:editId="1F6D045E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48895</wp:posOffset>
                      </wp:positionV>
                      <wp:extent cx="208915" cy="166370"/>
                      <wp:effectExtent l="0" t="0" r="19685" b="24130"/>
                      <wp:wrapNone/>
                      <wp:docPr id="171844417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91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60F377" w14:textId="77777777" w:rsidR="00A40C2C" w:rsidRPr="007A2E54" w:rsidRDefault="00A40C2C" w:rsidP="00A40C2C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4E68A" id="_x0000_s1057" type="#_x0000_t202" style="position:absolute;left:0;text-align:left;margin-left:-.2pt;margin-top:3.85pt;width:16.45pt;height:13.1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" strokecolor="#b77fed">
                      <v:textbox>
                        <w:txbxContent>
                          <w:p w14:paraId="7760F377" w14:textId="77777777" w:rsidR="00A40C2C" w:rsidRPr="007A2E54" w:rsidRDefault="00A40C2C" w:rsidP="00A40C2C">
                            <w:pPr>
                              <w:jc w:val="center"/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71" w:type="dxa"/>
            <w:tcBorders>
              <w:top w:val="single" w:sz="3" w:space="0" w:color="E2D6FF"/>
              <w:left w:val="single" w:sz="3" w:space="0" w:color="E2D6FF"/>
              <w:bottom w:val="single" w:sz="3" w:space="0" w:color="E2D6FF"/>
              <w:right w:val="single" w:sz="3" w:space="0" w:color="E2D6FF"/>
            </w:tcBorders>
            <w:shd w:val="clear" w:color="auto" w:fill="F3EE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389C6C7" w14:textId="02385FAF" w:rsidR="00D00F0D" w:rsidRDefault="00A40C2C" w:rsidP="00A7310C">
            <w:pPr>
              <w:jc w:val="center"/>
              <w:rPr>
                <w:color w:val="4E2E86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37088" behindDoc="0" locked="0" layoutInCell="1" allowOverlap="1" wp14:anchorId="47BB6E7A" wp14:editId="7C8A171C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48895</wp:posOffset>
                      </wp:positionV>
                      <wp:extent cx="208915" cy="166370"/>
                      <wp:effectExtent l="0" t="0" r="19685" b="24130"/>
                      <wp:wrapNone/>
                      <wp:docPr id="31617793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8915" cy="1663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B77F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9383E9" w14:textId="77777777" w:rsidR="00A40C2C" w:rsidRPr="007A2E54" w:rsidRDefault="00A40C2C" w:rsidP="00A40C2C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B6E7A" id="_x0000_s1058" type="#_x0000_t202" style="position:absolute;left:0;text-align:left;margin-left:-.15pt;margin-top:3.85pt;width:16.45pt;height:13.1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" strokecolor="#b77fed">
                      <v:textbox>
                        <w:txbxContent>
                          <w:p w14:paraId="3C9383E9" w14:textId="77777777" w:rsidR="00A40C2C" w:rsidRPr="007A2E54" w:rsidRDefault="00A40C2C" w:rsidP="00A40C2C">
                            <w:pPr>
                              <w:jc w:val="center"/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36941330" w14:textId="77777777" w:rsidR="00A7310C" w:rsidRDefault="00A7310C"/>
    <w:p w14:paraId="672A6659" w14:textId="69B0E576" w:rsidR="00CA5FAA" w:rsidRDefault="00A7310C" w:rsidP="00A7310C">
      <w:pPr>
        <w:tabs>
          <w:tab w:val="center" w:pos="1315"/>
        </w:tabs>
        <w:sectPr w:rsidR="00CA5FAA" w:rsidSect="00E12AB8">
          <w:headerReference w:type="default" r:id="rId8"/>
          <w:footerReference w:type="default" r:id="rId9"/>
          <w:pgSz w:w="12240" w:h="15840"/>
          <w:pgMar w:top="605" w:right="792" w:bottom="691" w:left="792" w:header="0" w:footer="288" w:gutter="0"/>
          <w:cols w:space="720"/>
          <w:docGrid w:linePitch="360"/>
        </w:sectPr>
      </w:pPr>
      <w:r>
        <w:tab/>
      </w:r>
      <w:r>
        <w:br w:type="textWrapping" w:clear="all"/>
      </w:r>
    </w:p>
    <w:p w14:paraId="59CCF288" w14:textId="538261AE" w:rsidR="00D00F0D" w:rsidRDefault="00D00F0D" w:rsidP="035552D5">
      <w:pPr>
        <w:spacing w:after="80"/>
        <w:rPr>
          <w:b/>
          <w:bCs/>
          <w:color w:val="4E2E86"/>
          <w:sz w:val="20"/>
          <w:szCs w:val="20"/>
        </w:rPr>
      </w:pPr>
    </w:p>
    <w:p w14:paraId="097286CE" w14:textId="0879EEE1" w:rsidR="00CA5FAA" w:rsidRDefault="00CE08A0">
      <w:pPr>
        <w:keepNext/>
        <w:pBdr>
          <w:bottom w:val="single" w:sz="12" w:space="3" w:color="8F63F4"/>
        </w:pBdr>
        <w:spacing w:before="140" w:after="80"/>
      </w:pPr>
      <w:r>
        <w:rPr>
          <w:b/>
          <w:color w:val="4E2E86"/>
          <w:sz w:val="24"/>
        </w:rPr>
        <w:t>4. PRIMARY COACHING OBJECTIVES &amp; PILLARS</w:t>
      </w:r>
    </w:p>
    <w:p w14:paraId="41AD0042" w14:textId="5DD2E480" w:rsidR="00CA5FAA" w:rsidRDefault="00CE08A0">
      <w:pPr>
        <w:spacing w:before="60" w:after="40"/>
        <w:rPr>
          <w:b/>
        </w:rPr>
      </w:pPr>
      <w:r>
        <w:rPr>
          <w:b/>
        </w:rPr>
        <w:t>What are the top two urgent breakthroughs you expect to achieve through this coaching engagement?</w:t>
      </w:r>
    </w:p>
    <w:p w14:paraId="7EB9291C" w14:textId="3EDB7788" w:rsidR="004248E3" w:rsidRDefault="004248E3">
      <w:pPr>
        <w:spacing w:before="60" w:after="4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660D4671" wp14:editId="39FE9627">
                <wp:simplePos x="0" y="0"/>
                <wp:positionH relativeFrom="margin">
                  <wp:align>right</wp:align>
                </wp:positionH>
                <wp:positionV relativeFrom="paragraph">
                  <wp:posOffset>13018</wp:posOffset>
                </wp:positionV>
                <wp:extent cx="6719887" cy="166370"/>
                <wp:effectExtent l="0" t="0" r="24130" b="24130"/>
                <wp:wrapNone/>
                <wp:docPr id="21219370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9887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B77F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B44AE" w14:textId="77777777" w:rsidR="004248E3" w:rsidRPr="007A2E54" w:rsidRDefault="004248E3" w:rsidP="004248E3">
                            <w:pPr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D4671" id="_x0000_s1059" type="#_x0000_t202" style="position:absolute;margin-left:477.9pt;margin-top:1.05pt;width:529.1pt;height:13.1pt;z-index:2517637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" strokecolor="#b77fed">
                <v:textbox>
                  <w:txbxContent>
                    <w:p w14:paraId="4D6B44AE" w14:textId="77777777" w:rsidR="004248E3" w:rsidRPr="007A2E54" w:rsidRDefault="004248E3" w:rsidP="004248E3">
                      <w:pPr>
                        <w:rPr>
                          <w:i/>
                          <w:iCs/>
                          <w:sz w:val="10"/>
                          <w:szCs w:val="1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9848EA" w14:textId="77777777" w:rsidR="004248E3" w:rsidRDefault="004248E3">
      <w:pPr>
        <w:spacing w:before="60" w:after="40"/>
        <w:rPr>
          <w:b/>
        </w:rPr>
      </w:pPr>
    </w:p>
    <w:p w14:paraId="69C05402" w14:textId="76D320A5" w:rsidR="00CA5FAA" w:rsidRDefault="00CE08A0">
      <w:pPr>
        <w:spacing w:before="60" w:after="40"/>
        <w:rPr>
          <w:b/>
        </w:rPr>
      </w:pPr>
      <w:r>
        <w:rPr>
          <w:b/>
        </w:rPr>
        <w:t>What tracking, structure, or accountability frameworks have historically worked best, or worked least well, for you?</w:t>
      </w:r>
    </w:p>
    <w:p w14:paraId="12D85EE4" w14:textId="1988521A" w:rsidR="00BE00A4" w:rsidRDefault="00BE00A4">
      <w:pPr>
        <w:spacing w:before="60" w:after="4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1DC26253" wp14:editId="4542CA71">
                <wp:simplePos x="0" y="0"/>
                <wp:positionH relativeFrom="margin">
                  <wp:posOffset>0</wp:posOffset>
                </wp:positionH>
                <wp:positionV relativeFrom="paragraph">
                  <wp:posOffset>45085</wp:posOffset>
                </wp:positionV>
                <wp:extent cx="6719887" cy="166370"/>
                <wp:effectExtent l="0" t="0" r="24130" b="24130"/>
                <wp:wrapNone/>
                <wp:docPr id="2909073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9887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B77F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CFED6" w14:textId="77777777" w:rsidR="00BE00A4" w:rsidRPr="007A2E54" w:rsidRDefault="00BE00A4" w:rsidP="00BE00A4">
                            <w:pPr>
                              <w:rPr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26253" id="_x0000_s1060" type="#_x0000_t202" style="position:absolute;margin-left:0;margin-top:3.55pt;width:529.1pt;height:13.1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" strokecolor="#b77fed">
                <v:textbox>
                  <w:txbxContent>
                    <w:p w14:paraId="11BCFED6" w14:textId="77777777" w:rsidR="00BE00A4" w:rsidRPr="007A2E54" w:rsidRDefault="00BE00A4" w:rsidP="00BE00A4">
                      <w:pPr>
                        <w:rPr>
                          <w:i/>
                          <w:iCs/>
                          <w:sz w:val="10"/>
                          <w:szCs w:val="1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8BD69B" w14:textId="77777777" w:rsidR="00BE00A4" w:rsidRDefault="00BE00A4">
      <w:pPr>
        <w:keepNext/>
        <w:pBdr>
          <w:bottom w:val="single" w:sz="12" w:space="3" w:color="8F63F4"/>
        </w:pBdr>
        <w:spacing w:before="140" w:after="80"/>
        <w:rPr>
          <w:b/>
          <w:color w:val="4E2E86"/>
          <w:sz w:val="24"/>
        </w:rPr>
      </w:pPr>
    </w:p>
    <w:p w14:paraId="608D3676" w14:textId="64A0167E" w:rsidR="00CA5FAA" w:rsidRDefault="00CE08A0">
      <w:pPr>
        <w:keepNext/>
        <w:pBdr>
          <w:bottom w:val="single" w:sz="12" w:space="3" w:color="8F63F4"/>
        </w:pBdr>
        <w:spacing w:before="140" w:after="80"/>
      </w:pPr>
      <w:r>
        <w:rPr>
          <w:b/>
          <w:color w:val="4E2E86"/>
          <w:sz w:val="24"/>
        </w:rPr>
        <w:t>5. INFORMED CONSENT &amp; SERVICE TERMS</w:t>
      </w:r>
    </w:p>
    <w:p w14:paraId="2E1C81AD" w14:textId="77777777" w:rsidR="00CA5FAA" w:rsidRDefault="00CE08A0">
      <w:pPr>
        <w:spacing w:after="80"/>
        <w:ind w:left="72" w:hanging="72"/>
      </w:pPr>
      <w:r>
        <w:rPr>
          <w:b/>
          <w:color w:val="4E2E86"/>
          <w:sz w:val="17"/>
        </w:rPr>
        <w:t xml:space="preserve">1. Coaching Mandate: </w:t>
      </w:r>
      <w:r>
        <w:rPr>
          <w:sz w:val="17"/>
        </w:rPr>
        <w:t>I understand that ADHD coaching focuses on strategy, skill-building, behavioral patterns, and forward-looking execution. It is distinct from psychotherapy, medical stabilization, or clinical mental health treatment.</w:t>
      </w:r>
    </w:p>
    <w:p w14:paraId="6A85E68B" w14:textId="77777777" w:rsidR="00CA5FAA" w:rsidRDefault="00CE08A0">
      <w:pPr>
        <w:spacing w:after="80"/>
        <w:ind w:left="72" w:hanging="72"/>
      </w:pPr>
      <w:r>
        <w:rPr>
          <w:b/>
          <w:color w:val="4E2E86"/>
          <w:sz w:val="17"/>
        </w:rPr>
        <w:t xml:space="preserve">2. Cancellation Policy: </w:t>
      </w:r>
      <w:r>
        <w:rPr>
          <w:sz w:val="17"/>
        </w:rPr>
        <w:t xml:space="preserve">A minimum of 24 </w:t>
      </w:r>
      <w:proofErr w:type="gramStart"/>
      <w:r>
        <w:rPr>
          <w:sz w:val="17"/>
        </w:rPr>
        <w:t>hours</w:t>
      </w:r>
      <w:proofErr w:type="gramEnd"/>
      <w:r>
        <w:rPr>
          <w:sz w:val="17"/>
        </w:rPr>
        <w:t xml:space="preserve"> advance notice is required to reschedule or cancel any session. Late cancellations or </w:t>
      </w:r>
      <w:proofErr w:type="gramStart"/>
      <w:r>
        <w:rPr>
          <w:sz w:val="17"/>
        </w:rPr>
        <w:t>unexcused missed</w:t>
      </w:r>
      <w:proofErr w:type="gramEnd"/>
      <w:r>
        <w:rPr>
          <w:sz w:val="17"/>
        </w:rPr>
        <w:t xml:space="preserve"> appointments incur the full session rate.</w:t>
      </w:r>
    </w:p>
    <w:p w14:paraId="48731525" w14:textId="77777777" w:rsidR="00CA5FAA" w:rsidRDefault="00CE08A0">
      <w:pPr>
        <w:spacing w:after="80"/>
        <w:ind w:left="72" w:hanging="72"/>
      </w:pPr>
      <w:r>
        <w:rPr>
          <w:b/>
          <w:color w:val="4E2E86"/>
          <w:sz w:val="17"/>
        </w:rPr>
        <w:t xml:space="preserve">3. Confidentiality Framework: </w:t>
      </w:r>
      <w:r>
        <w:rPr>
          <w:sz w:val="17"/>
        </w:rPr>
        <w:t>Personal records, assessments, and information shared during sessions are confidential under agency governance, except where disclosure is required by law, including a threat of harm to self or others.</w:t>
      </w:r>
    </w:p>
    <w:p w14:paraId="5929DB7E" w14:textId="73BA05DE" w:rsidR="00E12AB8" w:rsidRDefault="00BE00A4">
      <w:pPr>
        <w:spacing w:before="100"/>
        <w:rPr>
          <w:b/>
          <w:color w:val="4E2E86"/>
          <w:sz w:val="17"/>
        </w:rPr>
      </w:pPr>
      <w:r>
        <w:rPr>
          <w:b/>
          <w:color w:val="4E2E86"/>
          <w:sz w:val="17"/>
        </w:rPr>
        <w:t>___</w:t>
      </w:r>
      <w:r w:rsidR="00CE08A0">
        <w:rPr>
          <w:b/>
          <w:color w:val="4E2E86"/>
          <w:sz w:val="17"/>
        </w:rPr>
        <w:t xml:space="preserve"> I have reviewed </w:t>
      </w:r>
      <w:r>
        <w:rPr>
          <w:b/>
          <w:color w:val="4E2E86"/>
          <w:sz w:val="17"/>
        </w:rPr>
        <w:t xml:space="preserve">&amp; </w:t>
      </w:r>
      <w:proofErr w:type="gramStart"/>
      <w:r w:rsidR="00CE08A0">
        <w:rPr>
          <w:b/>
          <w:color w:val="4E2E86"/>
          <w:sz w:val="17"/>
        </w:rPr>
        <w:t>understand</w:t>
      </w:r>
      <w:proofErr w:type="gramEnd"/>
      <w:r w:rsidR="00CE08A0">
        <w:rPr>
          <w:b/>
          <w:color w:val="4E2E86"/>
          <w:sz w:val="17"/>
        </w:rPr>
        <w:t xml:space="preserve"> the service terms above</w:t>
      </w:r>
      <w:r w:rsidR="00E12AB8">
        <w:rPr>
          <w:b/>
          <w:color w:val="4E2E86"/>
          <w:sz w:val="17"/>
        </w:rPr>
        <w:t xml:space="preserve">. </w:t>
      </w:r>
    </w:p>
    <w:p w14:paraId="70C04164" w14:textId="73F22C18" w:rsidR="00CA5FAA" w:rsidRDefault="00BE00A4">
      <w:pPr>
        <w:spacing w:before="100"/>
      </w:pPr>
      <w:r>
        <w:rPr>
          <w:b/>
          <w:color w:val="4E2E86"/>
          <w:sz w:val="17"/>
        </w:rPr>
        <w:t>___</w:t>
      </w:r>
      <w:r w:rsidR="00E12AB8">
        <w:rPr>
          <w:b/>
          <w:color w:val="4E2E86"/>
          <w:sz w:val="17"/>
        </w:rPr>
        <w:t xml:space="preserve"> My printed name will be accepted &amp; serves as my signature in acknowledging &amp; agreeing to the service terms listed.</w:t>
      </w:r>
    </w:p>
    <w:p w14:paraId="0A37501D" w14:textId="73189CA3" w:rsidR="00CA5FAA" w:rsidRDefault="0084364F">
      <w:pPr>
        <w:spacing w:before="14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2F5F844B" wp14:editId="00190083">
                <wp:simplePos x="0" y="0"/>
                <wp:positionH relativeFrom="column">
                  <wp:posOffset>4814888</wp:posOffset>
                </wp:positionH>
                <wp:positionV relativeFrom="paragraph">
                  <wp:posOffset>184467</wp:posOffset>
                </wp:positionV>
                <wp:extent cx="857250" cy="200025"/>
                <wp:effectExtent l="0" t="0" r="0" b="9525"/>
                <wp:wrapNone/>
                <wp:docPr id="5708926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361552" w14:textId="0AC5FFCE" w:rsidR="00881040" w:rsidRPr="00881040" w:rsidRDefault="00881040" w:rsidP="00881040">
                            <w:pPr>
                              <w:rPr>
                                <w:i/>
                                <w:i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i/>
                                <w:iCs/>
                                <w:sz w:val="12"/>
                                <w:szCs w:val="12"/>
                              </w:rPr>
                              <w:t>Enter Today’s 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F844B" id="_x0000_s1061" type="#_x0000_t202" style="position:absolute;margin-left:379.15pt;margin-top:14.5pt;width:67.5pt;height:15.7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" stroked="f">
                <v:textbox>
                  <w:txbxContent>
                    <w:p w14:paraId="08361552" w14:textId="0AC5FFCE" w:rsidR="00881040" w:rsidRPr="00881040" w:rsidRDefault="00881040" w:rsidP="00881040">
                      <w:pPr>
                        <w:rPr>
                          <w:i/>
                          <w:iCs/>
                          <w:sz w:val="12"/>
                          <w:szCs w:val="12"/>
                        </w:rPr>
                      </w:pPr>
                      <w:r>
                        <w:rPr>
                          <w:i/>
                          <w:iCs/>
                          <w:sz w:val="12"/>
                          <w:szCs w:val="12"/>
                        </w:rPr>
                        <w:t>Enter Today’s Date</w:t>
                      </w:r>
                    </w:p>
                  </w:txbxContent>
                </v:textbox>
              </v:shape>
            </w:pict>
          </mc:Fallback>
        </mc:AlternateContent>
      </w:r>
      <w:r w:rsidR="00674AD6">
        <w:rPr>
          <w:noProof/>
        </w:rPr>
        <mc:AlternateContent>
          <mc:Choice Requires="wps">
            <w:drawing>
              <wp:anchor distT="45720" distB="45720" distL="114300" distR="114300" simplePos="0" relativeHeight="251647488" behindDoc="0" locked="0" layoutInCell="1" allowOverlap="1" wp14:anchorId="2166015F" wp14:editId="4971427E">
                <wp:simplePos x="0" y="0"/>
                <wp:positionH relativeFrom="column">
                  <wp:posOffset>2311718</wp:posOffset>
                </wp:positionH>
                <wp:positionV relativeFrom="paragraph">
                  <wp:posOffset>73343</wp:posOffset>
                </wp:positionV>
                <wp:extent cx="1909445" cy="333375"/>
                <wp:effectExtent l="0" t="0" r="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944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88BD8" w14:textId="4B913F4A" w:rsidR="00881040" w:rsidRPr="0084364F" w:rsidRDefault="00881040">
                            <w:pPr>
                              <w:rPr>
                                <w:rFonts w:ascii="Dreaming Outloud Script Pro" w:hAnsi="Dreaming Outloud Script Pro" w:cs="Dreaming Outloud Script Pro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6015F" id="_x0000_s1062" type="#_x0000_t202" style="position:absolute;margin-left:182.05pt;margin-top:5.8pt;width:150.35pt;height:26.25pt;z-index:251647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" stroked="f">
                <v:textbox>
                  <w:txbxContent>
                    <w:p w14:paraId="11F88BD8" w14:textId="4B913F4A" w:rsidR="00881040" w:rsidRPr="0084364F" w:rsidRDefault="00881040">
                      <w:pPr>
                        <w:rPr>
                          <w:rFonts w:ascii="Dreaming Outloud Script Pro" w:hAnsi="Dreaming Outloud Script Pro" w:cs="Dreaming Outloud Script Pro"/>
                          <w:i/>
                          <w:i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CA5FAA" w:rsidRPr="008B1737" w14:paraId="78A789D4" w14:textId="77777777" w:rsidTr="035552D5">
        <w:trPr>
          <w:jc w:val="center"/>
        </w:trPr>
        <w:tc>
          <w:tcPr>
            <w:tcW w:w="3552" w:type="dxa"/>
            <w:tcMar>
              <w:top w:w="100" w:type="dxa"/>
              <w:left w:w="45" w:type="dxa"/>
              <w:bottom w:w="100" w:type="dxa"/>
              <w:right w:w="45" w:type="dxa"/>
            </w:tcMar>
          </w:tcPr>
          <w:p w14:paraId="3FE6B9A9" w14:textId="77777777" w:rsidR="00CA5FAA" w:rsidRPr="008B1737" w:rsidRDefault="00CE08A0">
            <w:pPr>
              <w:rPr>
                <w:b/>
                <w:bCs/>
              </w:rPr>
            </w:pPr>
            <w:r w:rsidRPr="008B1737">
              <w:rPr>
                <w:b/>
                <w:bCs/>
                <w:color w:val="A793D4"/>
                <w:sz w:val="17"/>
              </w:rPr>
              <w:t>Client / Representative Signature:</w:t>
            </w:r>
          </w:p>
        </w:tc>
        <w:tc>
          <w:tcPr>
            <w:tcW w:w="3552" w:type="dxa"/>
            <w:tcMar>
              <w:top w:w="100" w:type="dxa"/>
              <w:left w:w="45" w:type="dxa"/>
              <w:bottom w:w="100" w:type="dxa"/>
              <w:right w:w="45" w:type="dxa"/>
            </w:tcMar>
          </w:tcPr>
          <w:p w14:paraId="1E97BD2C" w14:textId="16B768DC" w:rsidR="00CA5FAA" w:rsidRPr="008B1737" w:rsidRDefault="035552D5">
            <w:pPr>
              <w:rPr>
                <w:b/>
                <w:bCs/>
              </w:rPr>
            </w:pPr>
            <w:r w:rsidRPr="008B1737">
              <w:rPr>
                <w:b/>
                <w:bCs/>
                <w:color w:val="A793D4"/>
                <w:sz w:val="17"/>
                <w:szCs w:val="17"/>
              </w:rPr>
              <w:t>________________________________________</w:t>
            </w:r>
          </w:p>
        </w:tc>
        <w:tc>
          <w:tcPr>
            <w:tcW w:w="3552" w:type="dxa"/>
            <w:tcMar>
              <w:top w:w="100" w:type="dxa"/>
              <w:left w:w="45" w:type="dxa"/>
              <w:bottom w:w="100" w:type="dxa"/>
              <w:right w:w="45" w:type="dxa"/>
            </w:tcMar>
          </w:tcPr>
          <w:p w14:paraId="744CEE40" w14:textId="6DBF50D6" w:rsidR="00CA5FAA" w:rsidRPr="008B1737" w:rsidRDefault="00CE08A0">
            <w:pPr>
              <w:rPr>
                <w:b/>
                <w:bCs/>
              </w:rPr>
            </w:pPr>
            <w:r w:rsidRPr="008B1737">
              <w:rPr>
                <w:b/>
                <w:bCs/>
                <w:color w:val="A793D4"/>
                <w:sz w:val="17"/>
              </w:rPr>
              <w:t>Date: ____________</w:t>
            </w:r>
          </w:p>
        </w:tc>
      </w:tr>
      <w:tr w:rsidR="00CA5FAA" w:rsidRPr="008B1737" w14:paraId="1D123F9E" w14:textId="77777777" w:rsidTr="035552D5">
        <w:trPr>
          <w:jc w:val="center"/>
        </w:trPr>
        <w:tc>
          <w:tcPr>
            <w:tcW w:w="3552" w:type="dxa"/>
            <w:tcMar>
              <w:top w:w="100" w:type="dxa"/>
              <w:left w:w="45" w:type="dxa"/>
              <w:bottom w:w="100" w:type="dxa"/>
              <w:right w:w="45" w:type="dxa"/>
            </w:tcMar>
          </w:tcPr>
          <w:p w14:paraId="263E8C14" w14:textId="77777777" w:rsidR="0084364F" w:rsidRDefault="0084364F">
            <w:pPr>
              <w:rPr>
                <w:b/>
                <w:bCs/>
                <w:color w:val="A793D4"/>
                <w:sz w:val="17"/>
              </w:rPr>
            </w:pPr>
          </w:p>
          <w:p w14:paraId="3C90E509" w14:textId="2F1DD343" w:rsidR="00CA5FAA" w:rsidRPr="008B1737" w:rsidRDefault="00CE08A0">
            <w:pPr>
              <w:rPr>
                <w:b/>
                <w:bCs/>
              </w:rPr>
            </w:pPr>
            <w:r w:rsidRPr="008B1737">
              <w:rPr>
                <w:b/>
                <w:bCs/>
                <w:color w:val="A793D4"/>
                <w:sz w:val="17"/>
              </w:rPr>
              <w:t>Assigned ADHD Coach Signature:</w:t>
            </w:r>
          </w:p>
        </w:tc>
        <w:tc>
          <w:tcPr>
            <w:tcW w:w="3552" w:type="dxa"/>
            <w:tcMar>
              <w:top w:w="100" w:type="dxa"/>
              <w:left w:w="45" w:type="dxa"/>
              <w:bottom w:w="100" w:type="dxa"/>
              <w:right w:w="45" w:type="dxa"/>
            </w:tcMar>
          </w:tcPr>
          <w:p w14:paraId="724FC0AD" w14:textId="153E79D8" w:rsidR="0084364F" w:rsidRDefault="0084364F">
            <w:pPr>
              <w:rPr>
                <w:b/>
                <w:bCs/>
                <w:color w:val="A793D4"/>
                <w:sz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0560" behindDoc="0" locked="0" layoutInCell="1" allowOverlap="1" wp14:anchorId="23E55B76" wp14:editId="02D9DA71">
                      <wp:simplePos x="0" y="0"/>
                      <wp:positionH relativeFrom="column">
                        <wp:posOffset>-952</wp:posOffset>
                      </wp:positionH>
                      <wp:positionV relativeFrom="paragraph">
                        <wp:posOffset>-67628</wp:posOffset>
                      </wp:positionV>
                      <wp:extent cx="1909445" cy="333375"/>
                      <wp:effectExtent l="0" t="0" r="0" b="9525"/>
                      <wp:wrapNone/>
                      <wp:docPr id="20344068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9445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207CA3" w14:textId="3CF14085" w:rsidR="00881040" w:rsidRPr="00674AD6" w:rsidRDefault="00881040" w:rsidP="00881040">
                                  <w:pPr>
                                    <w:rPr>
                                      <w:rFonts w:ascii="Rastanty Cortez" w:hAnsi="Rastanty Cortez" w:cs="Dreaming Outloud Script Pro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55B76" id="_x0000_s1063" type="#_x0000_t202" style="position:absolute;margin-left:-.05pt;margin-top:-5.35pt;width:150.35pt;height:26.25pt;z-index:251650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" stroked="f">
                      <v:textbox>
                        <w:txbxContent>
                          <w:p w14:paraId="04207CA3" w14:textId="3CF14085" w:rsidR="00881040" w:rsidRPr="00674AD6" w:rsidRDefault="00881040" w:rsidP="00881040">
                            <w:pPr>
                              <w:rPr>
                                <w:rFonts w:ascii="Rastanty Cortez" w:hAnsi="Rastanty Cortez" w:cs="Dreaming Outloud Script Pro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2547607" w14:textId="4890B3D5" w:rsidR="00CA5FAA" w:rsidRDefault="00CE08A0">
            <w:pPr>
              <w:rPr>
                <w:b/>
                <w:bCs/>
                <w:color w:val="A793D4"/>
                <w:sz w:val="17"/>
              </w:rPr>
            </w:pPr>
            <w:r w:rsidRPr="008B1737">
              <w:rPr>
                <w:b/>
                <w:bCs/>
                <w:color w:val="A793D4"/>
                <w:sz w:val="17"/>
              </w:rPr>
              <w:t>________________________________________</w:t>
            </w:r>
          </w:p>
          <w:p w14:paraId="32F0B53F" w14:textId="768905FE" w:rsidR="00D854B2" w:rsidRPr="008B1737" w:rsidRDefault="00D854B2" w:rsidP="00D854B2">
            <w:pPr>
              <w:pStyle w:val="NoSpacing"/>
            </w:pPr>
          </w:p>
        </w:tc>
        <w:tc>
          <w:tcPr>
            <w:tcW w:w="3552" w:type="dxa"/>
            <w:tcMar>
              <w:top w:w="100" w:type="dxa"/>
              <w:left w:w="45" w:type="dxa"/>
              <w:bottom w:w="100" w:type="dxa"/>
              <w:right w:w="45" w:type="dxa"/>
            </w:tcMar>
          </w:tcPr>
          <w:p w14:paraId="1FAD89AF" w14:textId="5F8D0AA4" w:rsidR="0084364F" w:rsidRDefault="0084364F">
            <w:pPr>
              <w:rPr>
                <w:b/>
                <w:bCs/>
                <w:color w:val="A793D4"/>
                <w:sz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2608" behindDoc="0" locked="0" layoutInCell="1" allowOverlap="1" wp14:anchorId="39FFADA0" wp14:editId="3B07ADAF">
                      <wp:simplePos x="0" y="0"/>
                      <wp:positionH relativeFrom="column">
                        <wp:posOffset>276543</wp:posOffset>
                      </wp:positionH>
                      <wp:positionV relativeFrom="paragraph">
                        <wp:posOffset>70803</wp:posOffset>
                      </wp:positionV>
                      <wp:extent cx="857250" cy="200025"/>
                      <wp:effectExtent l="0" t="0" r="0" b="9525"/>
                      <wp:wrapNone/>
                      <wp:docPr id="15088872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C48F6A" w14:textId="6BB14CBC" w:rsidR="00881040" w:rsidRPr="00881040" w:rsidRDefault="00881040" w:rsidP="00881040">
                                  <w:pPr>
                                    <w:rPr>
                                      <w:i/>
                                      <w:i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  <w:sz w:val="12"/>
                                      <w:szCs w:val="12"/>
                                    </w:rPr>
                                    <w:t>Enter Today’s Date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FFADA0" id="_x0000_s1064" type="#_x0000_t202" style="position:absolute;margin-left:21.8pt;margin-top:5.6pt;width:67.5pt;height:15.75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" stroked="f">
                      <v:textbox>
                        <w:txbxContent>
                          <w:p w14:paraId="41C48F6A" w14:textId="6BB14CBC" w:rsidR="00881040" w:rsidRPr="00881040" w:rsidRDefault="00881040" w:rsidP="00881040">
                            <w:pPr>
                              <w:rPr>
                                <w:i/>
                                <w:i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i/>
                                <w:iCs/>
                                <w:sz w:val="12"/>
                                <w:szCs w:val="12"/>
                              </w:rPr>
                              <w:t>Enter Today’s Date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7B7563F" w14:textId="789FA5EE" w:rsidR="00CA5FAA" w:rsidRPr="008B1737" w:rsidRDefault="00CE08A0">
            <w:pPr>
              <w:rPr>
                <w:b/>
                <w:bCs/>
              </w:rPr>
            </w:pPr>
            <w:r w:rsidRPr="008B1737">
              <w:rPr>
                <w:b/>
                <w:bCs/>
                <w:color w:val="A793D4"/>
                <w:sz w:val="17"/>
              </w:rPr>
              <w:t>Date: ____________</w:t>
            </w:r>
          </w:p>
        </w:tc>
      </w:tr>
    </w:tbl>
    <w:p w14:paraId="6E6FFE9D" w14:textId="2BF0A703" w:rsidR="00CE08A0" w:rsidRDefault="00CE08A0"/>
    <w:p w14:paraId="49C0FA01" w14:textId="04C75862" w:rsidR="001D3333" w:rsidRDefault="001D3333">
      <w:r w:rsidRPr="007A2E54">
        <w:rPr>
          <w:b/>
          <w:bCs/>
        </w:rPr>
        <w:t>Email signed Intake form to:</w:t>
      </w:r>
      <w:r w:rsidRPr="007A2E54">
        <w:rPr>
          <w:color w:val="B77FED"/>
          <w14:textFill>
            <w14:gradFill>
              <w14:gsLst>
                <w14:gs w14:pos="0">
                  <w14:srgbClr w14:val="B77FED">
                    <w14:shade w14:val="30000"/>
                    <w14:satMod w14:val="115000"/>
                  </w14:srgbClr>
                </w14:gs>
                <w14:gs w14:pos="50000">
                  <w14:srgbClr w14:val="B77FED">
                    <w14:shade w14:val="67500"/>
                    <w14:satMod w14:val="115000"/>
                  </w14:srgbClr>
                </w14:gs>
                <w14:gs w14:pos="100000">
                  <w14:srgbClr w14:val="B77FED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  <w:t xml:space="preserve"> </w:t>
      </w:r>
      <w:r w:rsidRPr="007A2E54">
        <w:rPr>
          <w:color w:val="7030A0"/>
        </w:rPr>
        <w:t>leadingwithlovecareservics</w:t>
      </w:r>
      <w:r w:rsidR="007A2E54" w:rsidRPr="007A2E54">
        <w:rPr>
          <w:color w:val="7030A0"/>
        </w:rPr>
        <w:t>@gmail.com</w:t>
      </w:r>
    </w:p>
    <w:sectPr w:rsidR="001D3333" w:rsidSect="00E12AB8">
      <w:footerReference w:type="default" r:id="rId10"/>
      <w:pgSz w:w="12240" w:h="15840"/>
      <w:pgMar w:top="648" w:right="792" w:bottom="691" w:left="792" w:header="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AF291" w14:textId="77777777" w:rsidR="00A42CA7" w:rsidRDefault="00A42CA7">
      <w:pPr>
        <w:spacing w:after="0"/>
      </w:pPr>
      <w:r>
        <w:separator/>
      </w:r>
    </w:p>
  </w:endnote>
  <w:endnote w:type="continuationSeparator" w:id="0">
    <w:p w14:paraId="5394D5CC" w14:textId="77777777" w:rsidR="00A42CA7" w:rsidRDefault="00A42CA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Rastanty Cortez">
    <w:charset w:val="00"/>
    <w:family w:val="auto"/>
    <w:pitch w:val="variable"/>
    <w:sig w:usb0="80000027" w:usb1="10000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5202"/>
      <w:gridCol w:w="4878"/>
    </w:tblGrid>
    <w:tr w:rsidR="00CA5FAA" w14:paraId="36E40C07" w14:textId="77777777" w:rsidTr="00E12AB8">
      <w:trPr>
        <w:jc w:val="center"/>
      </w:trPr>
      <w:tc>
        <w:tcPr>
          <w:tcW w:w="5202" w:type="dxa"/>
        </w:tcPr>
        <w:p w14:paraId="49D6FDD2" w14:textId="7B784FE6" w:rsidR="00CA5FAA" w:rsidRPr="00E12AB8" w:rsidRDefault="00CE08A0">
          <w:pPr>
            <w:rPr>
              <w:sz w:val="14"/>
              <w:szCs w:val="14"/>
            </w:rPr>
          </w:pPr>
          <w:r w:rsidRPr="00E12AB8">
            <w:rPr>
              <w:color w:val="66616D"/>
              <w:sz w:val="14"/>
              <w:szCs w:val="14"/>
            </w:rPr>
            <w:t>Leading with Love Care Services</w:t>
          </w:r>
          <w:r w:rsidR="00E12AB8" w:rsidRPr="00E12AB8">
            <w:rPr>
              <w:color w:val="66616D"/>
              <w:sz w:val="14"/>
              <w:szCs w:val="14"/>
            </w:rPr>
            <w:t xml:space="preserve"> </w:t>
          </w:r>
          <w:r w:rsidRPr="00E12AB8">
            <w:rPr>
              <w:color w:val="66616D"/>
              <w:sz w:val="14"/>
              <w:szCs w:val="14"/>
            </w:rPr>
            <w:t>|</w:t>
          </w:r>
          <w:r w:rsidR="00E12AB8" w:rsidRPr="00E12AB8">
            <w:rPr>
              <w:color w:val="66616D"/>
              <w:sz w:val="14"/>
              <w:szCs w:val="14"/>
            </w:rPr>
            <w:t xml:space="preserve"> </w:t>
          </w:r>
          <w:r w:rsidRPr="00E12AB8">
            <w:rPr>
              <w:color w:val="66616D"/>
              <w:sz w:val="14"/>
              <w:szCs w:val="14"/>
            </w:rPr>
            <w:t>ADHD Coaching Division</w:t>
          </w:r>
          <w:r w:rsidR="00E12AB8" w:rsidRPr="00E12AB8">
            <w:rPr>
              <w:color w:val="66616D"/>
              <w:sz w:val="14"/>
              <w:szCs w:val="14"/>
            </w:rPr>
            <w:t xml:space="preserve"> </w:t>
          </w:r>
          <w:r w:rsidRPr="00E12AB8">
            <w:rPr>
              <w:color w:val="66616D"/>
              <w:sz w:val="14"/>
              <w:szCs w:val="14"/>
            </w:rPr>
            <w:t>|</w:t>
          </w:r>
          <w:r w:rsidR="00E12AB8" w:rsidRPr="00E12AB8">
            <w:rPr>
              <w:color w:val="66616D"/>
              <w:sz w:val="14"/>
              <w:szCs w:val="14"/>
            </w:rPr>
            <w:t xml:space="preserve"> </w:t>
          </w:r>
          <w:r w:rsidRPr="00E12AB8">
            <w:rPr>
              <w:color w:val="66616D"/>
              <w:sz w:val="14"/>
              <w:szCs w:val="14"/>
            </w:rPr>
            <w:t>Confidential Intake</w:t>
          </w:r>
        </w:p>
      </w:tc>
      <w:tc>
        <w:tcPr>
          <w:tcW w:w="4878" w:type="dxa"/>
        </w:tcPr>
        <w:p w14:paraId="7CC3E329" w14:textId="77777777" w:rsidR="00CA5FAA" w:rsidRDefault="00CE08A0">
          <w:pPr>
            <w:jc w:val="right"/>
          </w:pPr>
          <w:r>
            <w:rPr>
              <w:color w:val="66616D"/>
              <w:sz w:val="15"/>
            </w:rPr>
            <w:t>Page 1 of 2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9BBE3" w14:textId="77777777" w:rsidR="00CA5FAA" w:rsidRDefault="00CA5FAA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40"/>
      <w:gridCol w:w="5040"/>
    </w:tblGrid>
    <w:tr w:rsidR="00CA5FAA" w14:paraId="70ADDD07" w14:textId="77777777">
      <w:trPr>
        <w:jc w:val="center"/>
      </w:trPr>
      <w:tc>
        <w:tcPr>
          <w:tcW w:w="5040" w:type="dxa"/>
        </w:tcPr>
        <w:p w14:paraId="3906582D" w14:textId="51004836" w:rsidR="00CA5FAA" w:rsidRPr="00E12AB8" w:rsidRDefault="00CE08A0">
          <w:pPr>
            <w:rPr>
              <w:sz w:val="14"/>
              <w:szCs w:val="14"/>
            </w:rPr>
          </w:pPr>
          <w:r w:rsidRPr="00E12AB8">
            <w:rPr>
              <w:color w:val="66616D"/>
              <w:sz w:val="14"/>
              <w:szCs w:val="14"/>
            </w:rPr>
            <w:t>Leading with Love Care Services | ADHD Coaching Division | Confidential Intake</w:t>
          </w:r>
        </w:p>
      </w:tc>
      <w:tc>
        <w:tcPr>
          <w:tcW w:w="5040" w:type="dxa"/>
        </w:tcPr>
        <w:p w14:paraId="6718FE53" w14:textId="77777777" w:rsidR="00CA5FAA" w:rsidRDefault="00CE08A0">
          <w:pPr>
            <w:jc w:val="right"/>
          </w:pPr>
          <w:r>
            <w:rPr>
              <w:color w:val="66616D"/>
              <w:sz w:val="15"/>
            </w:rPr>
            <w:t>Page 2 of 2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C4AB9" w14:textId="77777777" w:rsidR="00A42CA7" w:rsidRDefault="00A42CA7">
      <w:pPr>
        <w:spacing w:after="0"/>
      </w:pPr>
      <w:r>
        <w:separator/>
      </w:r>
    </w:p>
  </w:footnote>
  <w:footnote w:type="continuationSeparator" w:id="0">
    <w:p w14:paraId="13B054E4" w14:textId="77777777" w:rsidR="00A42CA7" w:rsidRDefault="00A42CA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B6C7B" w14:textId="77A93400" w:rsidR="00CA5FAA" w:rsidRDefault="00D00F0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EF55980" wp14:editId="145F664E">
          <wp:simplePos x="0" y="0"/>
          <wp:positionH relativeFrom="column">
            <wp:posOffset>2530793</wp:posOffset>
          </wp:positionH>
          <wp:positionV relativeFrom="paragraph">
            <wp:posOffset>89535</wp:posOffset>
          </wp:positionV>
          <wp:extent cx="800100" cy="55551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0100" cy="555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220"/>
      <w:gridCol w:w="5220"/>
    </w:tblGrid>
    <w:tr w:rsidR="00CA5FAA" w14:paraId="3686EEAA" w14:textId="77777777" w:rsidTr="00D00F0D">
      <w:trPr>
        <w:trHeight w:val="1060"/>
        <w:jc w:val="center"/>
      </w:trPr>
      <w:tc>
        <w:tcPr>
          <w:tcW w:w="5220" w:type="dxa"/>
          <w:tcBorders>
            <w:bottom w:val="single" w:sz="14" w:space="0" w:color="8F63F4"/>
          </w:tcBorders>
          <w:tcMar>
            <w:top w:w="20" w:type="dxa"/>
            <w:left w:w="20" w:type="dxa"/>
            <w:bottom w:w="20" w:type="dxa"/>
            <w:right w:w="50" w:type="dxa"/>
          </w:tcMar>
        </w:tcPr>
        <w:p w14:paraId="02EB378F" w14:textId="2B47AC49" w:rsidR="00CA5FAA" w:rsidRDefault="00CA5FAA">
          <w:pPr>
            <w:jc w:val="center"/>
          </w:pPr>
        </w:p>
      </w:tc>
      <w:tc>
        <w:tcPr>
          <w:tcW w:w="5220" w:type="dxa"/>
          <w:tcBorders>
            <w:bottom w:val="single" w:sz="14" w:space="0" w:color="8F63F4"/>
          </w:tcBorders>
          <w:tcMar>
            <w:top w:w="20" w:type="dxa"/>
            <w:left w:w="50" w:type="dxa"/>
            <w:bottom w:w="20" w:type="dxa"/>
            <w:right w:w="20" w:type="dxa"/>
          </w:tcMar>
        </w:tcPr>
        <w:p w14:paraId="23475461" w14:textId="77777777" w:rsidR="00CA5FAA" w:rsidRPr="00D00F0D" w:rsidRDefault="00CE08A0">
          <w:pPr>
            <w:spacing w:after="20"/>
            <w:rPr>
              <w:sz w:val="30"/>
              <w:szCs w:val="30"/>
            </w:rPr>
          </w:pPr>
          <w:r w:rsidRPr="00D00F0D">
            <w:rPr>
              <w:b/>
              <w:color w:val="4E2E86"/>
              <w:sz w:val="30"/>
              <w:szCs w:val="30"/>
            </w:rPr>
            <w:t>LEADING WITH LOVE CARE SERVICES</w:t>
          </w:r>
        </w:p>
        <w:p w14:paraId="2EF6D0D6" w14:textId="42D5BDAF" w:rsidR="00CA5FAA" w:rsidRPr="00D00F0D" w:rsidRDefault="00CE08A0">
          <w:pPr>
            <w:spacing w:after="0"/>
            <w:rPr>
              <w:sz w:val="17"/>
              <w:szCs w:val="17"/>
            </w:rPr>
          </w:pPr>
          <w:r w:rsidRPr="00D00F0D">
            <w:rPr>
              <w:color w:val="8F63F4"/>
              <w:sz w:val="17"/>
              <w:szCs w:val="17"/>
            </w:rPr>
            <w:t>ADHD Coaching &amp; Neurodiversity Support | Initial Client Intake Form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5843475">
    <w:abstractNumId w:val="8"/>
  </w:num>
  <w:num w:numId="2" w16cid:durableId="611059668">
    <w:abstractNumId w:val="6"/>
  </w:num>
  <w:num w:numId="3" w16cid:durableId="505678423">
    <w:abstractNumId w:val="5"/>
  </w:num>
  <w:num w:numId="4" w16cid:durableId="1125539284">
    <w:abstractNumId w:val="4"/>
  </w:num>
  <w:num w:numId="5" w16cid:durableId="1882865066">
    <w:abstractNumId w:val="7"/>
  </w:num>
  <w:num w:numId="6" w16cid:durableId="1057128219">
    <w:abstractNumId w:val="3"/>
  </w:num>
  <w:num w:numId="7" w16cid:durableId="1365986443">
    <w:abstractNumId w:val="2"/>
  </w:num>
  <w:num w:numId="8" w16cid:durableId="1670910303">
    <w:abstractNumId w:val="1"/>
  </w:num>
  <w:num w:numId="9" w16cid:durableId="1895462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3333"/>
    <w:rsid w:val="00234514"/>
    <w:rsid w:val="0029639D"/>
    <w:rsid w:val="00326F90"/>
    <w:rsid w:val="004248E3"/>
    <w:rsid w:val="00554896"/>
    <w:rsid w:val="00674AD6"/>
    <w:rsid w:val="007A2E54"/>
    <w:rsid w:val="008426C1"/>
    <w:rsid w:val="0084364F"/>
    <w:rsid w:val="00881040"/>
    <w:rsid w:val="008B1737"/>
    <w:rsid w:val="008E628A"/>
    <w:rsid w:val="009042A0"/>
    <w:rsid w:val="00A40C2C"/>
    <w:rsid w:val="00A42CA7"/>
    <w:rsid w:val="00A7310C"/>
    <w:rsid w:val="00AA1D8D"/>
    <w:rsid w:val="00B13477"/>
    <w:rsid w:val="00B47730"/>
    <w:rsid w:val="00BE00A4"/>
    <w:rsid w:val="00BF6BBD"/>
    <w:rsid w:val="00CA5FAA"/>
    <w:rsid w:val="00CB0664"/>
    <w:rsid w:val="00CE08A0"/>
    <w:rsid w:val="00D00F0D"/>
    <w:rsid w:val="00D854B2"/>
    <w:rsid w:val="00E12AB8"/>
    <w:rsid w:val="00FC693F"/>
    <w:rsid w:val="035552D5"/>
    <w:rsid w:val="5269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BA348132-D0BA-40A9-8870-6CF08B976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ptos" w:hAnsi="Aptos"/>
      <w:color w:val="2F2F35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381</Words>
  <Characters>2544</Characters>
  <Application>Microsoft Office Word</Application>
  <DocSecurity>0</DocSecurity>
  <Lines>97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Leading with Love ADHD Coaching Initial Client Intake Form</vt:lpstr>
    </vt:vector>
  </TitlesOfParts>
  <Manager/>
  <Company/>
  <LinksUpToDate>false</LinksUpToDate>
  <CharactersWithSpaces>2872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Leading with Love ADHD Coaching Initial Client Intake Form</dc:title>
  <dc:subject>ADHD Coaching and Neurodiversity Support Intake Form</dc:subject>
  <dc:creator>Quiona Bryant Love</dc:creator>
  <cp:keywords/>
  <dc:description>generated by python-docx</dc:description>
  <cp:lastModifiedBy>Quiona Bryant Love</cp:lastModifiedBy>
  <cp:revision>13</cp:revision>
  <dcterms:created xsi:type="dcterms:W3CDTF">2026-09-07T19:41:00Z</dcterms:created>
  <dcterms:modified xsi:type="dcterms:W3CDTF">2026-09-07T22:34:00Z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b638e0-f50f-48bd-992f-bcb55031a99f_Enabled">
    <vt:lpwstr>true</vt:lpwstr>
  </property>
  <property fmtid="{D5CDD505-2E9C-101B-9397-08002B2CF9AE}" pid="3" name="MSIP_Label_b0b638e0-f50f-48bd-992f-bcb55031a99f_SetDate">
    <vt:lpwstr>2026-09-07T18:51:25Z</vt:lpwstr>
  </property>
  <property fmtid="{D5CDD505-2E9C-101B-9397-08002B2CF9AE}" pid="4" name="MSIP_Label_b0b638e0-f50f-48bd-992f-bcb55031a99f_Method">
    <vt:lpwstr>Standard</vt:lpwstr>
  </property>
  <property fmtid="{D5CDD505-2E9C-101B-9397-08002B2CF9AE}" pid="5" name="MSIP_Label_b0b638e0-f50f-48bd-992f-bcb55031a99f_Name">
    <vt:lpwstr>Confidential Default</vt:lpwstr>
  </property>
  <property fmtid="{D5CDD505-2E9C-101B-9397-08002B2CF9AE}" pid="6" name="MSIP_Label_b0b638e0-f50f-48bd-992f-bcb55031a99f_SiteId">
    <vt:lpwstr>f45ccc07-e57e-4d15-bf6f-f6cbccd2d395</vt:lpwstr>
  </property>
  <property fmtid="{D5CDD505-2E9C-101B-9397-08002B2CF9AE}" pid="7" name="MSIP_Label_b0b638e0-f50f-48bd-992f-bcb55031a99f_ActionId">
    <vt:lpwstr>e9711221-7831-4424-962d-ebd6b853a90c</vt:lpwstr>
  </property>
  <property fmtid="{D5CDD505-2E9C-101B-9397-08002B2CF9AE}" pid="8" name="MSIP_Label_b0b638e0-f50f-48bd-992f-bcb55031a99f_ContentBits">
    <vt:lpwstr>0</vt:lpwstr>
  </property>
</Properties>
</file>