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767BD" w14:textId="77777777" w:rsidR="00086EB9" w:rsidRDefault="007A0B99">
      <w:pPr>
        <w:spacing w:after="20"/>
        <w:jc w:val="center"/>
      </w:pPr>
      <w:r>
        <w:rPr>
          <w:noProof/>
        </w:rPr>
        <w:drawing>
          <wp:inline distT="0" distB="0" distL="0" distR="0" wp14:anchorId="59F2CACD" wp14:editId="525AEF5E">
            <wp:extent cx="1234440" cy="8570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85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390FB" w14:textId="77777777" w:rsidR="00086EB9" w:rsidRDefault="007A0B99">
      <w:pPr>
        <w:spacing w:after="20"/>
        <w:jc w:val="center"/>
      </w:pPr>
      <w:r>
        <w:rPr>
          <w:rFonts w:ascii="Aptos Display" w:hAnsi="Aptos Display"/>
          <w:b/>
          <w:color w:val="4E2E86"/>
          <w:sz w:val="36"/>
        </w:rPr>
        <w:t>GOAL ACTION PLAN</w:t>
      </w:r>
    </w:p>
    <w:p w14:paraId="789DC66C" w14:textId="77777777" w:rsidR="00086EB9" w:rsidRDefault="007A0B99">
      <w:pPr>
        <w:spacing w:after="140"/>
        <w:jc w:val="center"/>
      </w:pPr>
      <w:r>
        <w:rPr>
          <w:i/>
          <w:color w:val="7C59D7"/>
        </w:rPr>
        <w:t>Turn a meaningful goal into clear, manageable action steps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2587"/>
        <w:gridCol w:w="2588"/>
        <w:gridCol w:w="2588"/>
        <w:gridCol w:w="2589"/>
      </w:tblGrid>
      <w:tr w:rsidR="00086EB9" w14:paraId="751026B6" w14:textId="77777777">
        <w:trPr>
          <w:jc w:val="center"/>
        </w:trPr>
        <w:tc>
          <w:tcPr>
            <w:tcW w:w="2592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D203E3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Client Name</w:t>
            </w:r>
          </w:p>
        </w:tc>
        <w:tc>
          <w:tcPr>
            <w:tcW w:w="2592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BEF9C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Coach</w:t>
            </w:r>
          </w:p>
        </w:tc>
        <w:tc>
          <w:tcPr>
            <w:tcW w:w="2592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40CD7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Plan Start Date</w:t>
            </w:r>
          </w:p>
        </w:tc>
        <w:tc>
          <w:tcPr>
            <w:tcW w:w="2592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D4D6D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Target Completion Date</w:t>
            </w:r>
          </w:p>
        </w:tc>
      </w:tr>
      <w:tr w:rsidR="00086EB9" w14:paraId="093FF20D" w14:textId="77777777">
        <w:trPr>
          <w:jc w:val="center"/>
        </w:trPr>
        <w:tc>
          <w:tcPr>
            <w:tcW w:w="25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A0556" w14:textId="43C0FD29" w:rsidR="00086EB9" w:rsidRDefault="007A0B99">
            <w:pPr>
              <w:spacing w:after="0"/>
            </w:pPr>
            <w:sdt>
              <w:sdtPr>
                <w:alias w:val="TEXT"/>
                <w:tag w:val="TEXT"/>
                <w:id w:val="49877862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9B7967" w14:textId="3338474A" w:rsidR="00086EB9" w:rsidRDefault="007A0B99">
            <w:pPr>
              <w:spacing w:after="0"/>
            </w:pPr>
            <w:sdt>
              <w:sdtPr>
                <w:alias w:val="TEXT"/>
                <w:tag w:val="TEXT"/>
                <w:id w:val="208911698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8D3100" w14:textId="3ABCB4E9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01804996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D728A" w14:textId="4A65F3D6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80743658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22BBC845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368" w:type="dxa"/>
            <w:gridSpan w:val="4"/>
            <w:shd w:val="clear" w:color="auto" w:fill="4E2E8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358EFF" w14:textId="77777777" w:rsidR="00086EB9" w:rsidRDefault="007A0B99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1. DEFINE THE GOAL</w:t>
            </w:r>
          </w:p>
        </w:tc>
      </w:tr>
    </w:tbl>
    <w:p w14:paraId="18FECDD2" w14:textId="77777777" w:rsidR="00086EB9" w:rsidRDefault="007A0B99">
      <w:pPr>
        <w:keepNext/>
        <w:spacing w:before="80" w:after="40"/>
      </w:pPr>
      <w:r>
        <w:rPr>
          <w:b/>
          <w:color w:val="4E2E86"/>
          <w:sz w:val="19"/>
        </w:rPr>
        <w:t>My goal is:</w:t>
      </w:r>
      <w:r>
        <w:rPr>
          <w:i/>
          <w:sz w:val="16"/>
        </w:rPr>
        <w:t xml:space="preserve">  Be specific and describe the result you want.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352"/>
      </w:tblGrid>
      <w:tr w:rsidR="00086EB9" w14:paraId="3872EB36" w14:textId="77777777">
        <w:trPr>
          <w:jc w:val="center"/>
        </w:trPr>
        <w:tc>
          <w:tcPr>
            <w:tcW w:w="10368" w:type="dxa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022AA119" w14:textId="1FC0DBB3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53977934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0DAC5080" w14:textId="77777777">
        <w:trPr>
          <w:jc w:val="center"/>
        </w:trPr>
        <w:tc>
          <w:tcPr>
            <w:tcW w:w="10368" w:type="dxa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2BB65A20" w14:textId="1EF22766" w:rsidR="00086EB9" w:rsidRDefault="007A0B99">
            <w:pPr>
              <w:spacing w:after="0"/>
            </w:pPr>
            <w:sdt>
              <w:sdtPr>
                <w:alias w:val="TEXT"/>
                <w:tag w:val="TEXT"/>
                <w:id w:val="98474203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</w:tbl>
    <w:p w14:paraId="2698EDEE" w14:textId="77777777" w:rsidR="00086EB9" w:rsidRDefault="007A0B99">
      <w:pPr>
        <w:keepNext/>
        <w:spacing w:before="80" w:after="40"/>
      </w:pPr>
      <w:r>
        <w:rPr>
          <w:b/>
          <w:color w:val="4E2E86"/>
          <w:sz w:val="19"/>
        </w:rPr>
        <w:t>Why this goal matters to me: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5177"/>
        <w:gridCol w:w="5175"/>
      </w:tblGrid>
      <w:tr w:rsidR="00086EB9" w14:paraId="373BC611" w14:textId="77777777">
        <w:trPr>
          <w:jc w:val="center"/>
        </w:trPr>
        <w:tc>
          <w:tcPr>
            <w:tcW w:w="10368" w:type="dxa"/>
            <w:gridSpan w:val="2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53EC9C7A" w14:textId="47ECFA96" w:rsidR="00086EB9" w:rsidRDefault="007A0B99">
            <w:pPr>
              <w:spacing w:after="0"/>
            </w:pPr>
            <w:sdt>
              <w:sdtPr>
                <w:alias w:val="TEXT"/>
                <w:tag w:val="TEXT"/>
                <w:id w:val="926233927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72E003DF" w14:textId="77777777">
        <w:trPr>
          <w:jc w:val="center"/>
        </w:trPr>
        <w:tc>
          <w:tcPr>
            <w:tcW w:w="10368" w:type="dxa"/>
            <w:gridSpan w:val="2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0B2A5A8A" w14:textId="298AB6BC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220018670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68D9B310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017481" w14:textId="29F34EBD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107178324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ADHD / Executive Functioning</w:t>
            </w:r>
          </w:p>
        </w:tc>
        <w:tc>
          <w:tcPr>
            <w:tcW w:w="5184" w:type="dxa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DF4152" w14:textId="0D180664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161756617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Life Skills</w:t>
            </w:r>
          </w:p>
        </w:tc>
      </w:tr>
      <w:tr w:rsidR="00086EB9" w14:paraId="7CAA120B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B76992" w14:textId="34652FC5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-1164856432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Career / Education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59CA13" w14:textId="10EBDD94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-222060126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Health / Wellness</w:t>
            </w:r>
          </w:p>
        </w:tc>
      </w:tr>
      <w:tr w:rsidR="00086EB9" w14:paraId="6E06A850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832A5B" w14:textId="2B8EF3A7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466946461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Relationships / Communication</w:t>
            </w:r>
          </w:p>
        </w:tc>
        <w:tc>
          <w:tcPr>
            <w:tcW w:w="5184" w:type="dxa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FCB05C" w14:textId="714AEC29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381835655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Anger Management</w:t>
            </w:r>
          </w:p>
        </w:tc>
      </w:tr>
      <w:tr w:rsidR="00086EB9" w14:paraId="425A5CC2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73FEAD" w14:textId="0CD14056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-105885150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Recovery Support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FDDED5" w14:textId="31FDC156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744230251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Financial / Independent Living</w:t>
            </w:r>
          </w:p>
        </w:tc>
      </w:tr>
      <w:tr w:rsidR="00086EB9" w14:paraId="48549C8F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A54DFA" w14:textId="321B2C3F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34706303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Other: ____________________</w:t>
            </w:r>
          </w:p>
        </w:tc>
        <w:tc>
          <w:tcPr>
            <w:tcW w:w="5184" w:type="dxa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AD3EF2" w14:textId="77777777" w:rsidR="00086EB9" w:rsidRDefault="00086EB9">
            <w:pPr>
              <w:spacing w:after="0"/>
            </w:pPr>
          </w:p>
        </w:tc>
      </w:tr>
      <w:tr w:rsidR="00086EB9" w14:paraId="34C5E6E8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368" w:type="dxa"/>
            <w:gridSpan w:val="2"/>
            <w:shd w:val="clear" w:color="auto" w:fill="4E2E8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070133" w14:textId="77777777" w:rsidR="00086EB9" w:rsidRDefault="007A0B99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2. MAKE THE GOAL SMART</w:t>
            </w:r>
          </w:p>
        </w:tc>
      </w:tr>
      <w:tr w:rsidR="00086EB9" w14:paraId="12149D8E" w14:textId="77777777">
        <w:trPr>
          <w:jc w:val="center"/>
        </w:trPr>
        <w:tc>
          <w:tcPr>
            <w:tcW w:w="5184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3822FB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SMART Element</w:t>
            </w:r>
          </w:p>
        </w:tc>
        <w:tc>
          <w:tcPr>
            <w:tcW w:w="5184" w:type="dxa"/>
            <w:shd w:val="clear" w:color="auto" w:fill="7C59D7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2FA2C2B6" w14:textId="77777777" w:rsidR="00086EB9" w:rsidRDefault="007A0B99">
            <w:pPr>
              <w:spacing w:after="0"/>
            </w:pPr>
            <w:r>
              <w:rPr>
                <w:b/>
                <w:color w:val="FFFFFF"/>
                <w:sz w:val="16"/>
              </w:rPr>
              <w:t>My Response</w:t>
            </w:r>
          </w:p>
        </w:tc>
      </w:tr>
      <w:tr w:rsidR="00086EB9" w14:paraId="4819AF1E" w14:textId="77777777">
        <w:trPr>
          <w:jc w:val="center"/>
        </w:trPr>
        <w:tc>
          <w:tcPr>
            <w:tcW w:w="5184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ED1778" w14:textId="77777777" w:rsidR="00086EB9" w:rsidRDefault="007A0B99">
            <w:pPr>
              <w:spacing w:after="0"/>
            </w:pPr>
            <w:r>
              <w:rPr>
                <w:b/>
                <w:color w:val="4E2E86"/>
                <w:sz w:val="17"/>
              </w:rPr>
              <w:t>Specific</w:t>
            </w:r>
          </w:p>
        </w:tc>
        <w:tc>
          <w:tcPr>
            <w:tcW w:w="5184" w:type="dxa"/>
            <w:shd w:val="clear" w:color="auto" w:fill="FFFFF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11AA29FE" w14:textId="598AC7D2" w:rsidR="00086EB9" w:rsidRDefault="007A0B99">
            <w:pPr>
              <w:spacing w:after="0"/>
            </w:pPr>
            <w:r>
              <w:rPr>
                <w:sz w:val="16"/>
              </w:rPr>
              <w:t>What exactly will I accomplish?</w:t>
            </w:r>
            <w:sdt>
              <w:sdtPr>
                <w:alias w:val="TEXT"/>
                <w:tag w:val="TEXT"/>
                <w:id w:val="20098668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791A2895" w14:textId="77777777">
        <w:trPr>
          <w:jc w:val="center"/>
        </w:trPr>
        <w:tc>
          <w:tcPr>
            <w:tcW w:w="5184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5FF46F" w14:textId="77777777" w:rsidR="00086EB9" w:rsidRDefault="007A0B99">
            <w:pPr>
              <w:spacing w:after="0"/>
            </w:pPr>
            <w:r>
              <w:rPr>
                <w:b/>
                <w:color w:val="4E2E86"/>
                <w:sz w:val="17"/>
              </w:rPr>
              <w:t>Measurable</w:t>
            </w:r>
          </w:p>
        </w:tc>
        <w:tc>
          <w:tcPr>
            <w:tcW w:w="5184" w:type="dxa"/>
            <w:shd w:val="clear" w:color="auto" w:fill="FAF8FE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2830F455" w14:textId="4C32B5E6" w:rsidR="00086EB9" w:rsidRDefault="007A0B99">
            <w:pPr>
              <w:spacing w:after="0"/>
            </w:pPr>
            <w:r>
              <w:rPr>
                <w:sz w:val="16"/>
              </w:rPr>
              <w:t>How will I track progress or know I succeeded?</w:t>
            </w:r>
            <w:sdt>
              <w:sdtPr>
                <w:alias w:val="TEXT"/>
                <w:tag w:val="TEXT"/>
                <w:id w:val="-57165544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19145034" w14:textId="77777777">
        <w:trPr>
          <w:jc w:val="center"/>
        </w:trPr>
        <w:tc>
          <w:tcPr>
            <w:tcW w:w="5184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93D5CF" w14:textId="77777777" w:rsidR="00086EB9" w:rsidRDefault="007A0B99">
            <w:pPr>
              <w:spacing w:after="0"/>
            </w:pPr>
            <w:r>
              <w:rPr>
                <w:b/>
                <w:color w:val="4E2E86"/>
                <w:sz w:val="17"/>
              </w:rPr>
              <w:t>Achievable</w:t>
            </w:r>
          </w:p>
        </w:tc>
        <w:tc>
          <w:tcPr>
            <w:tcW w:w="5184" w:type="dxa"/>
            <w:shd w:val="clear" w:color="auto" w:fill="FFFFF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717E65CD" w14:textId="503C38EE" w:rsidR="00086EB9" w:rsidRDefault="007A0B99">
            <w:pPr>
              <w:spacing w:after="0"/>
            </w:pPr>
            <w:r>
              <w:rPr>
                <w:sz w:val="16"/>
              </w:rPr>
              <w:t>What makes this realistic for me?</w:t>
            </w:r>
            <w:sdt>
              <w:sdtPr>
                <w:alias w:val="TEXT"/>
                <w:tag w:val="TEXT"/>
                <w:id w:val="15157072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08A558EF" w14:textId="77777777">
        <w:trPr>
          <w:jc w:val="center"/>
        </w:trPr>
        <w:tc>
          <w:tcPr>
            <w:tcW w:w="5184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558F91" w14:textId="77777777" w:rsidR="00086EB9" w:rsidRDefault="007A0B99">
            <w:pPr>
              <w:spacing w:after="0"/>
            </w:pPr>
            <w:r>
              <w:rPr>
                <w:b/>
                <w:color w:val="4E2E86"/>
                <w:sz w:val="17"/>
              </w:rPr>
              <w:t>Relevant</w:t>
            </w:r>
          </w:p>
        </w:tc>
        <w:tc>
          <w:tcPr>
            <w:tcW w:w="5184" w:type="dxa"/>
            <w:shd w:val="clear" w:color="auto" w:fill="FAF8FE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5C717BC0" w14:textId="6EADA816" w:rsidR="00086EB9" w:rsidRDefault="007A0B99">
            <w:pPr>
              <w:spacing w:after="0"/>
            </w:pPr>
            <w:r>
              <w:rPr>
                <w:sz w:val="16"/>
              </w:rPr>
              <w:t>How does this connect to what matters to me?</w:t>
            </w:r>
            <w:sdt>
              <w:sdtPr>
                <w:alias w:val="TEXT"/>
                <w:tag w:val="TEXT"/>
                <w:id w:val="-1666161822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4865F888" w14:textId="77777777">
        <w:trPr>
          <w:jc w:val="center"/>
        </w:trPr>
        <w:tc>
          <w:tcPr>
            <w:tcW w:w="5184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176AE" w14:textId="77777777" w:rsidR="00086EB9" w:rsidRDefault="007A0B99">
            <w:pPr>
              <w:spacing w:after="0"/>
            </w:pPr>
            <w:r>
              <w:rPr>
                <w:b/>
                <w:color w:val="4E2E86"/>
                <w:sz w:val="17"/>
              </w:rPr>
              <w:t>Time-Bound</w:t>
            </w:r>
          </w:p>
        </w:tc>
        <w:tc>
          <w:tcPr>
            <w:tcW w:w="5184" w:type="dxa"/>
            <w:shd w:val="clear" w:color="auto" w:fill="FFFFF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3242D158" w14:textId="4D6122A7" w:rsidR="00086EB9" w:rsidRDefault="007A0B99">
            <w:pPr>
              <w:spacing w:after="0"/>
            </w:pPr>
            <w:r>
              <w:rPr>
                <w:sz w:val="16"/>
              </w:rPr>
              <w:t>What is my deadline or review date?</w:t>
            </w:r>
            <w:sdt>
              <w:sdtPr>
                <w:alias w:val="TEXT"/>
                <w:tag w:val="TEXT"/>
                <w:id w:val="222113270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</w:tbl>
    <w:p w14:paraId="0AFC51E6" w14:textId="77777777" w:rsidR="00086EB9" w:rsidRDefault="007A0B99">
      <w:r>
        <w:br/>
      </w:r>
    </w:p>
    <w:tbl>
      <w:tblPr>
        <w:tblW w:w="0" w:type="auto"/>
        <w:jc w:val="center"/>
        <w:tblBorders>
          <w:top w:val="single" w:sz="0" w:space="0" w:color="4E2E86"/>
          <w:left w:val="single" w:sz="0" w:space="0" w:color="4E2E86"/>
          <w:bottom w:val="single" w:sz="0" w:space="0" w:color="4E2E86"/>
          <w:right w:val="single" w:sz="0" w:space="0" w:color="4E2E86"/>
          <w:insideH w:val="single" w:sz="0" w:space="0" w:color="4E2E86"/>
          <w:insideV w:val="single" w:sz="0" w:space="0" w:color="4E2E86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</w:tblGrid>
      <w:tr w:rsidR="00086EB9" w14:paraId="5574FA4E" w14:textId="77777777">
        <w:trPr>
          <w:jc w:val="center"/>
        </w:trPr>
        <w:tc>
          <w:tcPr>
            <w:tcW w:w="10368" w:type="dxa"/>
            <w:gridSpan w:val="6"/>
            <w:shd w:val="clear" w:color="auto" w:fill="4E2E8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DEABE4" w14:textId="77777777" w:rsidR="00086EB9" w:rsidRDefault="007A0B99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lastRenderedPageBreak/>
              <w:t>3. ACTION STEPS</w:t>
            </w:r>
          </w:p>
        </w:tc>
      </w:tr>
      <w:tr w:rsidR="00086EB9" w14:paraId="614101E1" w14:textId="77777777">
        <w:tblPrEx>
          <w:tblBorders>
            <w:top w:val="single" w:sz="6" w:space="0" w:color="CFC3EC"/>
            <w:left w:val="single" w:sz="6" w:space="0" w:color="CFC3EC"/>
            <w:bottom w:val="single" w:sz="6" w:space="0" w:color="CFC3EC"/>
            <w:right w:val="single" w:sz="6" w:space="0" w:color="CFC3EC"/>
            <w:insideH w:val="single" w:sz="6" w:space="0" w:color="CFC3EC"/>
            <w:insideV w:val="single" w:sz="6" w:space="0" w:color="CFC3EC"/>
          </w:tblBorders>
        </w:tblPrEx>
        <w:trPr>
          <w:jc w:val="center"/>
        </w:trPr>
        <w:tc>
          <w:tcPr>
            <w:tcW w:w="1728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B3702F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#</w:t>
            </w:r>
          </w:p>
        </w:tc>
        <w:tc>
          <w:tcPr>
            <w:tcW w:w="1728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E3797E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Action Step</w:t>
            </w:r>
          </w:p>
        </w:tc>
        <w:tc>
          <w:tcPr>
            <w:tcW w:w="1728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B89603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Due Date</w:t>
            </w:r>
          </w:p>
        </w:tc>
        <w:tc>
          <w:tcPr>
            <w:tcW w:w="1728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5FD69F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Support / Resource</w:t>
            </w:r>
          </w:p>
        </w:tc>
        <w:tc>
          <w:tcPr>
            <w:tcW w:w="1728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B949F6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w="1728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71EB0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Completed</w:t>
            </w:r>
          </w:p>
        </w:tc>
      </w:tr>
      <w:tr w:rsidR="00086EB9" w14:paraId="23BA6782" w14:textId="77777777">
        <w:tblPrEx>
          <w:tblBorders>
            <w:top w:val="single" w:sz="6" w:space="0" w:color="CFC3EC"/>
            <w:left w:val="single" w:sz="6" w:space="0" w:color="CFC3EC"/>
            <w:bottom w:val="single" w:sz="6" w:space="0" w:color="CFC3EC"/>
            <w:right w:val="single" w:sz="6" w:space="0" w:color="CFC3EC"/>
            <w:insideH w:val="single" w:sz="6" w:space="0" w:color="CFC3EC"/>
            <w:insideV w:val="single" w:sz="6" w:space="0" w:color="CFC3EC"/>
          </w:tblBorders>
        </w:tblPrEx>
        <w:trPr>
          <w:jc w:val="center"/>
        </w:trPr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15F1FA92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7C59D7"/>
                <w:sz w:val="16"/>
              </w:rPr>
              <w:t>1</w:t>
            </w:r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7F2660BE" w14:textId="6EE4A359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213238514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7E5A5194" w14:textId="5C719951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1726015675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69F8A502" w14:textId="5B3DDA94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91408632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02DF1C84" w14:textId="1D4D0247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-2000257992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44559ED0" w14:textId="43C8519A" w:rsidR="00086EB9" w:rsidRDefault="007A0B99">
            <w:pPr>
              <w:spacing w:after="0"/>
              <w:jc w:val="center"/>
            </w:pPr>
            <w:sdt>
              <w:sdtPr>
                <w:alias w:val="CHECK"/>
                <w:tag w:val="CHECK"/>
                <w:id w:val="-92757650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5C931545" w14:textId="77777777">
        <w:tblPrEx>
          <w:tblBorders>
            <w:top w:val="single" w:sz="6" w:space="0" w:color="CFC3EC"/>
            <w:left w:val="single" w:sz="6" w:space="0" w:color="CFC3EC"/>
            <w:bottom w:val="single" w:sz="6" w:space="0" w:color="CFC3EC"/>
            <w:right w:val="single" w:sz="6" w:space="0" w:color="CFC3EC"/>
            <w:insideH w:val="single" w:sz="6" w:space="0" w:color="CFC3EC"/>
            <w:insideV w:val="single" w:sz="6" w:space="0" w:color="CFC3EC"/>
          </w:tblBorders>
        </w:tblPrEx>
        <w:trPr>
          <w:jc w:val="center"/>
        </w:trPr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4121BDD1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7C59D7"/>
                <w:sz w:val="16"/>
              </w:rPr>
              <w:t>2</w:t>
            </w:r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467BE1BA" w14:textId="57EFAB7A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38533707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198F7E81" w14:textId="4312CA0C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919756492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30F4DDDA" w14:textId="4B77CB6F" w:rsidR="00086EB9" w:rsidRDefault="007A0B99">
            <w:pPr>
              <w:spacing w:after="0"/>
            </w:pPr>
            <w:sdt>
              <w:sdtPr>
                <w:alias w:val="TEXT"/>
                <w:tag w:val="TEXT"/>
                <w:id w:val="37489919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3CEFB682" w14:textId="652F78C5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1561131947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5339698D" w14:textId="54E5806F" w:rsidR="00086EB9" w:rsidRDefault="007A0B99">
            <w:pPr>
              <w:spacing w:after="0"/>
              <w:jc w:val="center"/>
            </w:pPr>
            <w:sdt>
              <w:sdtPr>
                <w:alias w:val="CHECK"/>
                <w:tag w:val="CHECK"/>
                <w:id w:val="102852047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381579CB" w14:textId="77777777">
        <w:tblPrEx>
          <w:tblBorders>
            <w:top w:val="single" w:sz="6" w:space="0" w:color="CFC3EC"/>
            <w:left w:val="single" w:sz="6" w:space="0" w:color="CFC3EC"/>
            <w:bottom w:val="single" w:sz="6" w:space="0" w:color="CFC3EC"/>
            <w:right w:val="single" w:sz="6" w:space="0" w:color="CFC3EC"/>
            <w:insideH w:val="single" w:sz="6" w:space="0" w:color="CFC3EC"/>
            <w:insideV w:val="single" w:sz="6" w:space="0" w:color="CFC3EC"/>
          </w:tblBorders>
        </w:tblPrEx>
        <w:trPr>
          <w:jc w:val="center"/>
        </w:trPr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11A3EA1C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7C59D7"/>
                <w:sz w:val="16"/>
              </w:rPr>
              <w:t>3</w:t>
            </w:r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5858F92E" w14:textId="28671636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37577036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685C3EB6" w14:textId="214ED792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167352701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35DEC6A0" w14:textId="7B5B14B8" w:rsidR="00086EB9" w:rsidRDefault="007A0B99">
            <w:pPr>
              <w:spacing w:after="0"/>
            </w:pPr>
            <w:sdt>
              <w:sdtPr>
                <w:alias w:val="TEXT"/>
                <w:tag w:val="TEXT"/>
                <w:id w:val="611242501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3E76C14A" w14:textId="45319E09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198026396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6CE21390" w14:textId="70E1FAE3" w:rsidR="00086EB9" w:rsidRDefault="007A0B99">
            <w:pPr>
              <w:spacing w:after="0"/>
              <w:jc w:val="center"/>
            </w:pPr>
            <w:sdt>
              <w:sdtPr>
                <w:alias w:val="CHECK"/>
                <w:tag w:val="CHECK"/>
                <w:id w:val="-2067632712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3C688201" w14:textId="77777777">
        <w:tblPrEx>
          <w:tblBorders>
            <w:top w:val="single" w:sz="6" w:space="0" w:color="CFC3EC"/>
            <w:left w:val="single" w:sz="6" w:space="0" w:color="CFC3EC"/>
            <w:bottom w:val="single" w:sz="6" w:space="0" w:color="CFC3EC"/>
            <w:right w:val="single" w:sz="6" w:space="0" w:color="CFC3EC"/>
            <w:insideH w:val="single" w:sz="6" w:space="0" w:color="CFC3EC"/>
            <w:insideV w:val="single" w:sz="6" w:space="0" w:color="CFC3EC"/>
          </w:tblBorders>
        </w:tblPrEx>
        <w:trPr>
          <w:jc w:val="center"/>
        </w:trPr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2AEE2B9A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7C59D7"/>
                <w:sz w:val="16"/>
              </w:rPr>
              <w:t>4</w:t>
            </w:r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0E0B7808" w14:textId="4966A76E" w:rsidR="00086EB9" w:rsidRDefault="007A0B99">
            <w:pPr>
              <w:spacing w:after="0"/>
            </w:pPr>
            <w:sdt>
              <w:sdtPr>
                <w:alias w:val="TEXT"/>
                <w:tag w:val="TEXT"/>
                <w:id w:val="2131666865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69089083" w14:textId="2B76DAEB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-162608351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089CE7FB" w14:textId="0493E5B6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1218348687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067C3B5D" w14:textId="3FE97E96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802582236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AF8FE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66FE1495" w14:textId="715C80AD" w:rsidR="00086EB9" w:rsidRDefault="007A0B99">
            <w:pPr>
              <w:spacing w:after="0"/>
              <w:jc w:val="center"/>
            </w:pPr>
            <w:sdt>
              <w:sdtPr>
                <w:alias w:val="CHECK"/>
                <w:tag w:val="CHECK"/>
                <w:id w:val="974565430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71A98688" w14:textId="77777777">
        <w:tblPrEx>
          <w:tblBorders>
            <w:top w:val="single" w:sz="6" w:space="0" w:color="CFC3EC"/>
            <w:left w:val="single" w:sz="6" w:space="0" w:color="CFC3EC"/>
            <w:bottom w:val="single" w:sz="6" w:space="0" w:color="CFC3EC"/>
            <w:right w:val="single" w:sz="6" w:space="0" w:color="CFC3EC"/>
            <w:insideH w:val="single" w:sz="6" w:space="0" w:color="CFC3EC"/>
            <w:insideV w:val="single" w:sz="6" w:space="0" w:color="CFC3EC"/>
          </w:tblBorders>
        </w:tblPrEx>
        <w:trPr>
          <w:jc w:val="center"/>
        </w:trPr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10502D18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7C59D7"/>
                <w:sz w:val="16"/>
              </w:rPr>
              <w:t>5</w:t>
            </w:r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6EDEA531" w14:textId="5227B7B9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865024952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6E7440D5" w14:textId="320E36A7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-1322037737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7CE82B47" w14:textId="0B251704" w:rsidR="00086EB9" w:rsidRDefault="007A0B99">
            <w:pPr>
              <w:spacing w:after="0"/>
            </w:pPr>
            <w:sdt>
              <w:sdtPr>
                <w:alias w:val="TEXT"/>
                <w:tag w:val="TEXT"/>
                <w:id w:val="228504191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71D14564" w14:textId="6C6F22D8" w:rsidR="00086EB9" w:rsidRDefault="007A0B99">
            <w:pPr>
              <w:spacing w:after="0"/>
              <w:jc w:val="center"/>
            </w:pPr>
            <w:sdt>
              <w:sdtPr>
                <w:alias w:val="TEXT"/>
                <w:tag w:val="TEXT"/>
                <w:id w:val="340289366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1728" w:type="dxa"/>
            <w:shd w:val="clear" w:color="auto" w:fill="FFFFFF"/>
            <w:tcMar>
              <w:top w:w="210" w:type="dxa"/>
              <w:left w:w="80" w:type="dxa"/>
              <w:bottom w:w="210" w:type="dxa"/>
              <w:right w:w="80" w:type="dxa"/>
            </w:tcMar>
            <w:vAlign w:val="center"/>
          </w:tcPr>
          <w:p w14:paraId="045FFE40" w14:textId="0C47B479" w:rsidR="00086EB9" w:rsidRDefault="007A0B99">
            <w:pPr>
              <w:spacing w:after="0"/>
              <w:jc w:val="center"/>
            </w:pPr>
            <w:sdt>
              <w:sdtPr>
                <w:alias w:val="CHECK"/>
                <w:tag w:val="CHECK"/>
                <w:id w:val="-1398734441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4B2E3FEF" w14:textId="77777777">
        <w:trPr>
          <w:jc w:val="center"/>
        </w:trPr>
        <w:tc>
          <w:tcPr>
            <w:tcW w:w="10368" w:type="dxa"/>
            <w:gridSpan w:val="6"/>
            <w:shd w:val="clear" w:color="auto" w:fill="4E2E8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9B12D5" w14:textId="77777777" w:rsidR="00086EB9" w:rsidRDefault="007A0B99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4. BARRIERS AND SOLUTIONS</w:t>
            </w:r>
          </w:p>
        </w:tc>
      </w:tr>
    </w:tbl>
    <w:p w14:paraId="48578366" w14:textId="77777777" w:rsidR="00086EB9" w:rsidRDefault="007A0B99">
      <w:pPr>
        <w:keepNext/>
        <w:spacing w:before="80" w:after="40"/>
      </w:pPr>
      <w:r>
        <w:rPr>
          <w:b/>
          <w:color w:val="4E2E86"/>
          <w:sz w:val="19"/>
        </w:rPr>
        <w:t>Possible barriers or situations that could slow my progress: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352"/>
      </w:tblGrid>
      <w:tr w:rsidR="00086EB9" w14:paraId="46509E54" w14:textId="77777777">
        <w:trPr>
          <w:jc w:val="center"/>
        </w:trPr>
        <w:tc>
          <w:tcPr>
            <w:tcW w:w="10368" w:type="dxa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6058B625" w14:textId="5F275728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14292953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57FB1AEF" w14:textId="77777777">
        <w:trPr>
          <w:jc w:val="center"/>
        </w:trPr>
        <w:tc>
          <w:tcPr>
            <w:tcW w:w="10368" w:type="dxa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1DD6E425" w14:textId="6807CAD6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571425470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</w:tbl>
    <w:p w14:paraId="57452534" w14:textId="77777777" w:rsidR="00086EB9" w:rsidRDefault="007A0B99">
      <w:pPr>
        <w:keepNext/>
        <w:spacing w:before="80" w:after="40"/>
      </w:pPr>
      <w:r>
        <w:rPr>
          <w:b/>
          <w:color w:val="4E2E86"/>
          <w:sz w:val="19"/>
        </w:rPr>
        <w:t>My plan for responding to those barriers: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352"/>
      </w:tblGrid>
      <w:tr w:rsidR="00086EB9" w14:paraId="3172B7E3" w14:textId="77777777">
        <w:trPr>
          <w:jc w:val="center"/>
        </w:trPr>
        <w:tc>
          <w:tcPr>
            <w:tcW w:w="10368" w:type="dxa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12B128B1" w14:textId="262A7E13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314567627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7C29038D" w14:textId="77777777">
        <w:trPr>
          <w:jc w:val="center"/>
        </w:trPr>
        <w:tc>
          <w:tcPr>
            <w:tcW w:w="10368" w:type="dxa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1905520A" w14:textId="1AE5B722" w:rsidR="00086EB9" w:rsidRDefault="007A0B99">
            <w:pPr>
              <w:spacing w:after="0"/>
            </w:pPr>
            <w:sdt>
              <w:sdtPr>
                <w:alias w:val="TEXT"/>
                <w:tag w:val="TEXT"/>
                <w:id w:val="2005309395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</w:tbl>
    <w:p w14:paraId="4C7A21B9" w14:textId="77777777" w:rsidR="00086EB9" w:rsidRDefault="007A0B99">
      <w:pPr>
        <w:keepNext/>
        <w:spacing w:before="80" w:after="40"/>
      </w:pPr>
      <w:r>
        <w:rPr>
          <w:b/>
          <w:color w:val="4E2E86"/>
          <w:sz w:val="19"/>
        </w:rPr>
        <w:t>People, tools, or resources that can support me: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2588"/>
        <w:gridCol w:w="2588"/>
        <w:gridCol w:w="2589"/>
        <w:gridCol w:w="2587"/>
      </w:tblGrid>
      <w:tr w:rsidR="00086EB9" w14:paraId="526EFE96" w14:textId="77777777">
        <w:trPr>
          <w:jc w:val="center"/>
        </w:trPr>
        <w:tc>
          <w:tcPr>
            <w:tcW w:w="10368" w:type="dxa"/>
            <w:gridSpan w:val="4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046C8676" w14:textId="54038746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74233554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609151E1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368" w:type="dxa"/>
            <w:gridSpan w:val="4"/>
            <w:shd w:val="clear" w:color="auto" w:fill="4E2E8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9904B" w14:textId="77777777" w:rsidR="00086EB9" w:rsidRDefault="007A0B99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5. ACCOUNTABILITY AND PROGRESS TRACKING</w:t>
            </w:r>
          </w:p>
        </w:tc>
      </w:tr>
      <w:tr w:rsidR="00086EB9" w14:paraId="2B52C5A6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gridSpan w:val="2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F0D43" w14:textId="4E1FAEA8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132871600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Daily check-in</w:t>
            </w:r>
          </w:p>
        </w:tc>
        <w:tc>
          <w:tcPr>
            <w:tcW w:w="5184" w:type="dxa"/>
            <w:gridSpan w:val="2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CAC16" w14:textId="780DED36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1851988025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Weekly review</w:t>
            </w:r>
          </w:p>
        </w:tc>
      </w:tr>
      <w:tr w:rsidR="00086EB9" w14:paraId="328BF793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53C4F" w14:textId="699EE032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-1968968021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Calendar reminders</w:t>
            </w:r>
          </w:p>
        </w:tc>
        <w:tc>
          <w:tcPr>
            <w:tcW w:w="5184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9775B9" w14:textId="265300A8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-1939750941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Checklist or planner</w:t>
            </w:r>
          </w:p>
        </w:tc>
      </w:tr>
      <w:tr w:rsidR="00086EB9" w14:paraId="732FF2C8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gridSpan w:val="2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A5932D" w14:textId="7671E7CC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-95286475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Habit tracker</w:t>
            </w:r>
          </w:p>
        </w:tc>
        <w:tc>
          <w:tcPr>
            <w:tcW w:w="5184" w:type="dxa"/>
            <w:gridSpan w:val="2"/>
            <w:shd w:val="clear" w:color="auto" w:fill="FAF8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0BF7D7" w14:textId="2D4335CE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931855867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Accountability partner</w:t>
            </w:r>
          </w:p>
        </w:tc>
      </w:tr>
      <w:tr w:rsidR="00086EB9" w14:paraId="333C6298" w14:textId="77777777">
        <w:tblPrEx>
          <w:tblBorders>
            <w:top w:val="single" w:sz="5" w:space="0" w:color="CFC3EC"/>
            <w:left w:val="single" w:sz="5" w:space="0" w:color="CFC3EC"/>
            <w:bottom w:val="single" w:sz="5" w:space="0" w:color="CFC3EC"/>
            <w:right w:val="single" w:sz="5" w:space="0" w:color="CFC3EC"/>
            <w:insideH w:val="single" w:sz="5" w:space="0" w:color="CFC3EC"/>
            <w:insideV w:val="single" w:sz="5" w:space="0" w:color="CFC3EC"/>
          </w:tblBorders>
        </w:tblPrEx>
        <w:trPr>
          <w:jc w:val="center"/>
        </w:trPr>
        <w:tc>
          <w:tcPr>
            <w:tcW w:w="5184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81D048" w14:textId="5ED7B729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-24549276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Coach follow-up</w:t>
            </w:r>
          </w:p>
        </w:tc>
        <w:tc>
          <w:tcPr>
            <w:tcW w:w="5184" w:type="dxa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2003BE" w14:textId="05C40CE5" w:rsidR="00086EB9" w:rsidRDefault="007A0B99">
            <w:pPr>
              <w:spacing w:after="0"/>
            </w:pPr>
            <w:sdt>
              <w:sdtPr>
                <w:alias w:val="CHECK"/>
                <w:tag w:val="CHECK"/>
                <w:id w:val="-118174540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  <w:r>
              <w:t xml:space="preserve">  Reward or celebration</w:t>
            </w:r>
          </w:p>
        </w:tc>
      </w:tr>
      <w:tr w:rsidR="00086EB9" w14:paraId="4C7EE8AD" w14:textId="77777777">
        <w:trPr>
          <w:jc w:val="center"/>
        </w:trPr>
        <w:tc>
          <w:tcPr>
            <w:tcW w:w="2592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9F4181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Review Date</w:t>
            </w:r>
          </w:p>
        </w:tc>
        <w:tc>
          <w:tcPr>
            <w:tcW w:w="2592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A0B500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Progress / Win</w:t>
            </w:r>
          </w:p>
        </w:tc>
        <w:tc>
          <w:tcPr>
            <w:tcW w:w="2592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4C913F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Adjustment Needed</w:t>
            </w:r>
          </w:p>
        </w:tc>
        <w:tc>
          <w:tcPr>
            <w:tcW w:w="2592" w:type="dxa"/>
            <w:shd w:val="clear" w:color="auto" w:fill="7C59D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D0C55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Next Step</w:t>
            </w:r>
          </w:p>
        </w:tc>
      </w:tr>
      <w:tr w:rsidR="00086EB9" w14:paraId="34AAC3F6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3BB11FD9" w14:textId="6F603068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526870070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FFFFF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151F89FF" w14:textId="4202B5D2" w:rsidR="00086EB9" w:rsidRDefault="007A0B99">
            <w:pPr>
              <w:spacing w:after="0"/>
            </w:pPr>
            <w:sdt>
              <w:sdtPr>
                <w:alias w:val="TEXT"/>
                <w:tag w:val="TEXT"/>
                <w:id w:val="73844700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FFFFF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75FDBE05" w14:textId="3BFCD1BB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24515311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FFFFF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226FC379" w14:textId="49EA8158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428268035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25DF2C64" w14:textId="77777777">
        <w:trPr>
          <w:jc w:val="center"/>
        </w:trPr>
        <w:tc>
          <w:tcPr>
            <w:tcW w:w="2592" w:type="dxa"/>
            <w:shd w:val="clear" w:color="auto" w:fill="FAF8FE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162C8764" w14:textId="73F6DC59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1179807297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AF8FE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4552C4B2" w14:textId="6E3254CB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1453091956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AF8FE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1350B171" w14:textId="396ED3A7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128664962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AF8FE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19B3E830" w14:textId="15C39BAA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956060252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24C16113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7DB6BF95" w14:textId="033732F1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149480163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FFFFF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66E0AD5D" w14:textId="00AB250D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240875286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FFFFF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5467BAE6" w14:textId="14CD92F5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560171060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shd w:val="clear" w:color="auto" w:fill="FFFFFF"/>
            <w:tcMar>
              <w:top w:w="190" w:type="dxa"/>
              <w:left w:w="90" w:type="dxa"/>
              <w:bottom w:w="190" w:type="dxa"/>
              <w:right w:w="90" w:type="dxa"/>
            </w:tcMar>
            <w:vAlign w:val="center"/>
          </w:tcPr>
          <w:p w14:paraId="2A79FBE6" w14:textId="5BDD8EE3" w:rsidR="00086EB9" w:rsidRDefault="007A0B99">
            <w:pPr>
              <w:spacing w:after="0"/>
            </w:pPr>
            <w:sdt>
              <w:sdtPr>
                <w:alias w:val="TEXT"/>
                <w:tag w:val="TEXT"/>
                <w:id w:val="99800844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42EF06E1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368" w:type="dxa"/>
            <w:gridSpan w:val="4"/>
            <w:shd w:val="clear" w:color="auto" w:fill="4E2E8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B5EA6C" w14:textId="77777777" w:rsidR="00086EB9" w:rsidRDefault="007A0B99">
            <w:pPr>
              <w:keepNext/>
              <w:spacing w:after="0"/>
            </w:pPr>
            <w:r>
              <w:rPr>
                <w:b/>
                <w:color w:val="FFFFFF"/>
                <w:sz w:val="21"/>
              </w:rPr>
              <w:t>6. COMMITMENT</w:t>
            </w:r>
          </w:p>
        </w:tc>
      </w:tr>
    </w:tbl>
    <w:p w14:paraId="66E7B0D0" w14:textId="77777777" w:rsidR="00086EB9" w:rsidRDefault="007A0B99">
      <w:pPr>
        <w:keepNext/>
        <w:spacing w:before="80" w:after="40"/>
      </w:pPr>
      <w:r>
        <w:rPr>
          <w:b/>
          <w:color w:val="4E2E86"/>
          <w:sz w:val="19"/>
        </w:rPr>
        <w:t>The first action I will take within the next 24 hours is: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352"/>
      </w:tblGrid>
      <w:tr w:rsidR="00086EB9" w14:paraId="3176BF9E" w14:textId="77777777">
        <w:trPr>
          <w:jc w:val="center"/>
        </w:trPr>
        <w:tc>
          <w:tcPr>
            <w:tcW w:w="10368" w:type="dxa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61771BEA" w14:textId="3FC88C89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30276991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</w:tbl>
    <w:p w14:paraId="33A1E18C" w14:textId="77777777" w:rsidR="00086EB9" w:rsidRDefault="007A0B99">
      <w:pPr>
        <w:keepNext/>
        <w:spacing w:before="80" w:after="40"/>
      </w:pPr>
      <w:r>
        <w:rPr>
          <w:b/>
          <w:color w:val="4E2E86"/>
          <w:sz w:val="19"/>
        </w:rPr>
        <w:t>When I make progress, I will celebrate by: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2588"/>
        <w:gridCol w:w="2588"/>
        <w:gridCol w:w="2588"/>
        <w:gridCol w:w="2588"/>
      </w:tblGrid>
      <w:tr w:rsidR="00086EB9" w14:paraId="667F8473" w14:textId="77777777">
        <w:trPr>
          <w:jc w:val="center"/>
        </w:trPr>
        <w:tc>
          <w:tcPr>
            <w:tcW w:w="10368" w:type="dxa"/>
            <w:gridSpan w:val="4"/>
            <w:tcMar>
              <w:top w:w="165" w:type="dxa"/>
              <w:left w:w="120" w:type="dxa"/>
              <w:bottom w:w="165" w:type="dxa"/>
              <w:right w:w="120" w:type="dxa"/>
            </w:tcMar>
            <w:vAlign w:val="center"/>
          </w:tcPr>
          <w:p w14:paraId="645686D5" w14:textId="34BAB96E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207057023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  <w:tr w:rsidR="00086EB9" w14:paraId="6DE6DC67" w14:textId="77777777">
        <w:trPr>
          <w:jc w:val="center"/>
        </w:trPr>
        <w:tc>
          <w:tcPr>
            <w:tcW w:w="2592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091F45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Client Signature</w:t>
            </w:r>
          </w:p>
        </w:tc>
        <w:tc>
          <w:tcPr>
            <w:tcW w:w="2592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017EB3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Date</w:t>
            </w:r>
          </w:p>
        </w:tc>
        <w:tc>
          <w:tcPr>
            <w:tcW w:w="2592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664A54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Coach Signature</w:t>
            </w:r>
          </w:p>
        </w:tc>
        <w:tc>
          <w:tcPr>
            <w:tcW w:w="2592" w:type="dxa"/>
            <w:shd w:val="clear" w:color="auto" w:fill="F1EC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3E6649" w14:textId="77777777" w:rsidR="00086EB9" w:rsidRDefault="007A0B99">
            <w:pPr>
              <w:spacing w:after="0"/>
              <w:jc w:val="center"/>
            </w:pPr>
            <w:r>
              <w:rPr>
                <w:b/>
                <w:color w:val="4E2E86"/>
                <w:sz w:val="16"/>
              </w:rPr>
              <w:t>Date</w:t>
            </w:r>
          </w:p>
        </w:tc>
      </w:tr>
      <w:tr w:rsidR="00086EB9" w14:paraId="530FEF20" w14:textId="77777777">
        <w:trPr>
          <w:jc w:val="center"/>
        </w:trPr>
        <w:tc>
          <w:tcPr>
            <w:tcW w:w="2592" w:type="dxa"/>
            <w:tcMar>
              <w:top w:w="210" w:type="dxa"/>
              <w:left w:w="100" w:type="dxa"/>
              <w:bottom w:w="210" w:type="dxa"/>
              <w:right w:w="100" w:type="dxa"/>
            </w:tcMar>
            <w:vAlign w:val="center"/>
          </w:tcPr>
          <w:p w14:paraId="4CA24C1C" w14:textId="13579D8D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189074654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tcMar>
              <w:top w:w="210" w:type="dxa"/>
              <w:left w:w="100" w:type="dxa"/>
              <w:bottom w:w="210" w:type="dxa"/>
              <w:right w:w="100" w:type="dxa"/>
            </w:tcMar>
            <w:vAlign w:val="center"/>
          </w:tcPr>
          <w:p w14:paraId="094EAF35" w14:textId="7DBF6C25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108081774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tcMar>
              <w:top w:w="210" w:type="dxa"/>
              <w:left w:w="100" w:type="dxa"/>
              <w:bottom w:w="210" w:type="dxa"/>
              <w:right w:w="100" w:type="dxa"/>
            </w:tcMar>
            <w:vAlign w:val="center"/>
          </w:tcPr>
          <w:p w14:paraId="2AA44059" w14:textId="51D12A9B" w:rsidR="00086EB9" w:rsidRDefault="007A0B99">
            <w:pPr>
              <w:spacing w:after="0"/>
            </w:pPr>
            <w:sdt>
              <w:sdtPr>
                <w:alias w:val="TEXT"/>
                <w:tag w:val="TEXT"/>
                <w:id w:val="1745230169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  <w:tc>
          <w:tcPr>
            <w:tcW w:w="2592" w:type="dxa"/>
            <w:tcMar>
              <w:top w:w="210" w:type="dxa"/>
              <w:left w:w="100" w:type="dxa"/>
              <w:bottom w:w="210" w:type="dxa"/>
              <w:right w:w="100" w:type="dxa"/>
            </w:tcMar>
            <w:vAlign w:val="center"/>
          </w:tcPr>
          <w:p w14:paraId="7A4563BB" w14:textId="4FBB347D" w:rsidR="00086EB9" w:rsidRDefault="007A0B99">
            <w:pPr>
              <w:spacing w:after="0"/>
            </w:pPr>
            <w:sdt>
              <w:sdtPr>
                <w:alias w:val="TEXT"/>
                <w:tag w:val="TEXT"/>
                <w:id w:val="-1502656718"/>
                <w:showingPlcHdr/>
                <w:text/>
              </w:sdtPr>
              <w:sdtEndPr/>
              <w:sdtContent>
                <w:r w:rsidR="004D3FE3">
                  <w:t xml:space="preserve">     </w:t>
                </w:r>
              </w:sdtContent>
            </w:sdt>
          </w:p>
        </w:tc>
      </w:tr>
    </w:tbl>
    <w:p w14:paraId="25557193" w14:textId="77777777" w:rsidR="00086EB9" w:rsidRDefault="007A0B99">
      <w:pPr>
        <w:spacing w:before="100"/>
        <w:jc w:val="center"/>
      </w:pPr>
      <w:r>
        <w:rPr>
          <w:i/>
          <w:sz w:val="16"/>
        </w:rPr>
        <w:t>Progress does not require perfection. Review the plan, adjust as needed, and keep moving forward one manageable step at a time.</w:t>
      </w:r>
    </w:p>
    <w:sectPr w:rsidR="00086EB9" w:rsidSect="00034616">
      <w:headerReference w:type="default" r:id="rId9"/>
      <w:footerReference w:type="default" r:id="rId10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B794F" w14:textId="77777777" w:rsidR="007A0B99" w:rsidRDefault="007A0B99">
      <w:pPr>
        <w:spacing w:after="0" w:line="240" w:lineRule="auto"/>
      </w:pPr>
      <w:r>
        <w:separator/>
      </w:r>
    </w:p>
  </w:endnote>
  <w:endnote w:type="continuationSeparator" w:id="0">
    <w:p w14:paraId="7AF3F890" w14:textId="77777777" w:rsidR="007A0B99" w:rsidRDefault="007A0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813D" w14:textId="77777777" w:rsidR="00086EB9" w:rsidRDefault="007A0B99">
    <w:pPr>
      <w:pStyle w:val="Footer"/>
      <w:jc w:val="center"/>
    </w:pPr>
    <w:r>
      <w:rPr>
        <w:sz w:val="16"/>
      </w:rPr>
      <w:t xml:space="preserve">Leading with Love Care </w:t>
    </w:r>
    <w:proofErr w:type="gramStart"/>
    <w:r>
      <w:rPr>
        <w:sz w:val="16"/>
      </w:rPr>
      <w:t>Services  |</w:t>
    </w:r>
    <w:proofErr w:type="gramEnd"/>
    <w:r>
      <w:rPr>
        <w:sz w:val="16"/>
      </w:rPr>
      <w:t xml:space="preserve">  Goal Action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DD32F" w14:textId="77777777" w:rsidR="007A0B99" w:rsidRDefault="007A0B99">
      <w:pPr>
        <w:spacing w:after="0" w:line="240" w:lineRule="auto"/>
      </w:pPr>
      <w:r>
        <w:separator/>
      </w:r>
    </w:p>
  </w:footnote>
  <w:footnote w:type="continuationSeparator" w:id="0">
    <w:p w14:paraId="38339357" w14:textId="77777777" w:rsidR="007A0B99" w:rsidRDefault="007A0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7D3F" w14:textId="77777777" w:rsidR="00086EB9" w:rsidRDefault="007A0B99">
    <w:pPr>
      <w:pStyle w:val="Header"/>
      <w:jc w:val="right"/>
    </w:pPr>
    <w:r>
      <w:rPr>
        <w:color w:val="7C59D7"/>
        <w:sz w:val="16"/>
      </w:rPr>
      <w:t xml:space="preserve">Leading with Love Care </w:t>
    </w:r>
    <w:proofErr w:type="gramStart"/>
    <w:r>
      <w:rPr>
        <w:color w:val="7C59D7"/>
        <w:sz w:val="16"/>
      </w:rPr>
      <w:t>Services  |</w:t>
    </w:r>
    <w:proofErr w:type="gramEnd"/>
    <w:r>
      <w:rPr>
        <w:color w:val="7C59D7"/>
        <w:sz w:val="16"/>
      </w:rPr>
      <w:t xml:space="preserve">  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4710833">
    <w:abstractNumId w:val="8"/>
  </w:num>
  <w:num w:numId="2" w16cid:durableId="575018469">
    <w:abstractNumId w:val="6"/>
  </w:num>
  <w:num w:numId="3" w16cid:durableId="368147761">
    <w:abstractNumId w:val="5"/>
  </w:num>
  <w:num w:numId="4" w16cid:durableId="935669384">
    <w:abstractNumId w:val="4"/>
  </w:num>
  <w:num w:numId="5" w16cid:durableId="643850998">
    <w:abstractNumId w:val="7"/>
  </w:num>
  <w:num w:numId="6" w16cid:durableId="295256266">
    <w:abstractNumId w:val="3"/>
  </w:num>
  <w:num w:numId="7" w16cid:durableId="326247354">
    <w:abstractNumId w:val="2"/>
  </w:num>
  <w:num w:numId="8" w16cid:durableId="1829782579">
    <w:abstractNumId w:val="1"/>
  </w:num>
  <w:num w:numId="9" w16cid:durableId="69554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EB9"/>
    <w:rsid w:val="0015074B"/>
    <w:rsid w:val="0029639D"/>
    <w:rsid w:val="00326F90"/>
    <w:rsid w:val="004D3FE3"/>
    <w:rsid w:val="007A0B99"/>
    <w:rsid w:val="0098121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0316DC"/>
  <w14:defaultImageDpi w14:val="300"/>
  <w15:docId w15:val="{0758E757-846E-408D-BFCB-A1EE1DDB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55515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313</Words>
  <Characters>1889</Characters>
  <Application>Microsoft Office Word</Application>
  <DocSecurity>0</DocSecurity>
  <Lines>134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 Action Plan</dc:title>
  <dc:subject/>
  <dc:creator>Quiona Bryant Love</dc:creator>
  <cp:keywords/>
  <dc:description>generated by python-docx</dc:description>
  <cp:lastModifiedBy>Quiona Bryant Love</cp:lastModifiedBy>
  <cp:revision>2</cp:revision>
  <dcterms:created xsi:type="dcterms:W3CDTF">2026-09-08T03:10:00Z</dcterms:created>
  <dcterms:modified xsi:type="dcterms:W3CDTF">2026-09-08T03:10:00Z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2026-09-08T02:59:56Z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80f26d00-6c2b-4610-a531-f12059cf217f</vt:lpwstr>
  </property>
  <property fmtid="{D5CDD505-2E9C-101B-9397-08002B2CF9AE}" pid="8" name="MSIP_Label_b0b638e0-f50f-48bd-992f-bcb55031a99f_ContentBits">
    <vt:lpwstr>0</vt:lpwstr>
  </property>
</Properties>
</file>