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1795C" w14:textId="77777777" w:rsidR="003C4205" w:rsidRDefault="007F2D66">
      <w:pPr>
        <w:pStyle w:val="Title"/>
        <w:jc w:val="center"/>
      </w:pPr>
      <w:r>
        <w:t>Agreement for Client Coaching Program</w:t>
      </w:r>
    </w:p>
    <w:p w14:paraId="1CE6C620" w14:textId="77777777" w:rsidR="003C4205" w:rsidRDefault="007F2D66">
      <w:pPr>
        <w:spacing w:after="140"/>
        <w:jc w:val="center"/>
      </w:pPr>
      <w:r>
        <w:rPr>
          <w:i/>
          <w:color w:val="5B6570"/>
        </w:rPr>
        <w:t>A collaborative commitment to personal and professional growth</w:t>
      </w:r>
    </w:p>
    <w:tbl>
      <w:tblPr>
        <w:tblW w:w="0" w:type="auto"/>
        <w:jc w:val="center"/>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ayout w:type="fixed"/>
        <w:tblLook w:val="04A0" w:firstRow="1" w:lastRow="0" w:firstColumn="1" w:lastColumn="0" w:noHBand="0" w:noVBand="1"/>
      </w:tblPr>
      <w:tblGrid>
        <w:gridCol w:w="5083"/>
        <w:gridCol w:w="5083"/>
      </w:tblGrid>
      <w:tr w:rsidR="003C4205" w14:paraId="2DA613FB" w14:textId="77777777">
        <w:trPr>
          <w:jc w:val="center"/>
        </w:trPr>
        <w:tc>
          <w:tcPr>
            <w:tcW w:w="5083" w:type="dxa"/>
            <w:shd w:val="clear" w:color="auto" w:fill="F7F4FF"/>
            <w:tcMar>
              <w:top w:w="120" w:type="dxa"/>
              <w:left w:w="150" w:type="dxa"/>
              <w:bottom w:w="120" w:type="dxa"/>
              <w:right w:w="150" w:type="dxa"/>
            </w:tcMar>
            <w:vAlign w:val="center"/>
          </w:tcPr>
          <w:p w14:paraId="71A376A3" w14:textId="77777777" w:rsidR="003C4205" w:rsidRDefault="007F2D66">
            <w:r>
              <w:rPr>
                <w:b/>
              </w:rPr>
              <w:t>Coach</w:t>
            </w:r>
          </w:p>
        </w:tc>
        <w:tc>
          <w:tcPr>
            <w:tcW w:w="5083" w:type="dxa"/>
            <w:tcBorders>
              <w:bottom w:val="single" w:sz="8" w:space="0" w:color="7C59D7"/>
            </w:tcBorders>
            <w:tcMar>
              <w:top w:w="120" w:type="dxa"/>
              <w:left w:w="150" w:type="dxa"/>
              <w:bottom w:w="120" w:type="dxa"/>
              <w:right w:w="150" w:type="dxa"/>
            </w:tcMar>
          </w:tcPr>
          <w:p w14:paraId="672A6659" w14:textId="77777777" w:rsidR="003C4205" w:rsidRDefault="003C4205"/>
        </w:tc>
      </w:tr>
      <w:tr w:rsidR="003C4205" w14:paraId="299B3C39" w14:textId="77777777" w:rsidTr="00312749">
        <w:trPr>
          <w:jc w:val="center"/>
        </w:trPr>
        <w:tc>
          <w:tcPr>
            <w:tcW w:w="5083" w:type="dxa"/>
            <w:shd w:val="clear" w:color="auto" w:fill="F7F4FF"/>
            <w:tcMar>
              <w:top w:w="120" w:type="dxa"/>
              <w:left w:w="150" w:type="dxa"/>
              <w:bottom w:w="120" w:type="dxa"/>
              <w:right w:w="150" w:type="dxa"/>
            </w:tcMar>
            <w:vAlign w:val="center"/>
          </w:tcPr>
          <w:p w14:paraId="4E262A1E" w14:textId="77777777" w:rsidR="003C4205" w:rsidRDefault="007F2D66">
            <w:r>
              <w:rPr>
                <w:b/>
              </w:rPr>
              <w:t>Client</w:t>
            </w:r>
          </w:p>
        </w:tc>
        <w:tc>
          <w:tcPr>
            <w:tcW w:w="5083" w:type="dxa"/>
            <w:tcMar>
              <w:top w:w="120" w:type="dxa"/>
              <w:left w:w="150" w:type="dxa"/>
              <w:bottom w:w="120" w:type="dxa"/>
              <w:right w:w="150" w:type="dxa"/>
            </w:tcMar>
          </w:tcPr>
          <w:p w14:paraId="0A37501D" w14:textId="77777777" w:rsidR="003C4205" w:rsidRDefault="003C4205"/>
        </w:tc>
      </w:tr>
      <w:tr w:rsidR="00312749" w14:paraId="77158A00" w14:textId="77777777">
        <w:trPr>
          <w:jc w:val="center"/>
        </w:trPr>
        <w:tc>
          <w:tcPr>
            <w:tcW w:w="5083" w:type="dxa"/>
            <w:shd w:val="clear" w:color="auto" w:fill="F7F4FF"/>
            <w:tcMar>
              <w:top w:w="120" w:type="dxa"/>
              <w:left w:w="150" w:type="dxa"/>
              <w:bottom w:w="120" w:type="dxa"/>
              <w:right w:w="150" w:type="dxa"/>
            </w:tcMar>
            <w:vAlign w:val="center"/>
          </w:tcPr>
          <w:p w14:paraId="08B3847D" w14:textId="65A182E5" w:rsidR="00312749" w:rsidRDefault="00312749">
            <w:pPr>
              <w:rPr>
                <w:b/>
              </w:rPr>
            </w:pPr>
            <w:r>
              <w:rPr>
                <w:b/>
              </w:rPr>
              <w:t>Coaching Program</w:t>
            </w:r>
          </w:p>
        </w:tc>
        <w:tc>
          <w:tcPr>
            <w:tcW w:w="5083" w:type="dxa"/>
            <w:tcBorders>
              <w:bottom w:val="single" w:sz="8" w:space="0" w:color="7C59D7"/>
            </w:tcBorders>
            <w:tcMar>
              <w:top w:w="120" w:type="dxa"/>
              <w:left w:w="150" w:type="dxa"/>
              <w:bottom w:w="120" w:type="dxa"/>
              <w:right w:w="150" w:type="dxa"/>
            </w:tcMar>
          </w:tcPr>
          <w:p w14:paraId="69EE53E6" w14:textId="77777777" w:rsidR="00312749" w:rsidRDefault="00312749"/>
        </w:tc>
      </w:tr>
    </w:tbl>
    <w:p w14:paraId="1A5ABEAE" w14:textId="77777777" w:rsidR="003C4205" w:rsidRDefault="007F2D66">
      <w:pPr>
        <w:keepLines/>
      </w:pPr>
      <w:r>
        <w:rPr>
          <w:sz w:val="19"/>
        </w:rPr>
        <w:t>Coaching services are to be provided by the Coach in accordance with this agreement. Client and Coach work collaboratively, not as business associates or in legal alliances, to enhance the Client’s personal and professional performance.</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35B92CDA" w14:textId="77777777">
        <w:trPr>
          <w:jc w:val="center"/>
        </w:trPr>
        <w:tc>
          <w:tcPr>
            <w:tcW w:w="10166" w:type="dxa"/>
            <w:shd w:val="clear" w:color="auto" w:fill="9966FF"/>
            <w:tcMar>
              <w:top w:w="75" w:type="dxa"/>
              <w:left w:w="150" w:type="dxa"/>
              <w:bottom w:w="75" w:type="dxa"/>
              <w:right w:w="150" w:type="dxa"/>
            </w:tcMar>
          </w:tcPr>
          <w:p w14:paraId="26AAD373" w14:textId="77777777" w:rsidR="003C4205" w:rsidRDefault="007F2D66">
            <w:pPr>
              <w:spacing w:after="0"/>
            </w:pPr>
            <w:r>
              <w:rPr>
                <w:rFonts w:ascii="Aptos Display" w:hAnsi="Aptos Display"/>
                <w:b/>
                <w:color w:val="FFFFFF"/>
                <w:sz w:val="22"/>
              </w:rPr>
              <w:t>1. Responsibilities</w:t>
            </w:r>
          </w:p>
        </w:tc>
      </w:tr>
    </w:tbl>
    <w:p w14:paraId="27CE64DB" w14:textId="77777777" w:rsidR="003C4205" w:rsidRDefault="007F2D66">
      <w:pPr>
        <w:keepLines/>
        <w:ind w:left="317" w:hanging="317"/>
      </w:pPr>
      <w:r>
        <w:rPr>
          <w:b/>
          <w:color w:val="9966FF"/>
          <w:sz w:val="19"/>
        </w:rPr>
        <w:t xml:space="preserve">1. </w:t>
      </w:r>
      <w:r>
        <w:rPr>
          <w:sz w:val="19"/>
        </w:rPr>
        <w:t>Coach agrees to follow the Ethics and Standards of Conduct set forth by the International Coaching Federation (ICF). The ICF Code of Ethics is available at coachingfederation.org/ethics/code-of-ethics.</w:t>
      </w:r>
    </w:p>
    <w:p w14:paraId="33CC767E" w14:textId="77777777" w:rsidR="003C4205" w:rsidRDefault="007F2D66">
      <w:pPr>
        <w:keepLines/>
        <w:ind w:left="317" w:hanging="317"/>
      </w:pPr>
      <w:r>
        <w:rPr>
          <w:b/>
          <w:color w:val="9966FF"/>
          <w:sz w:val="19"/>
        </w:rPr>
        <w:t xml:space="preserve">2. </w:t>
      </w:r>
      <w:r>
        <w:rPr>
          <w:sz w:val="19"/>
        </w:rPr>
        <w:t>Client’s emotional, mental, and physical well-being is the Client’s responsibility. The Client is responsible for all choices, decisions, behaviors, and actions. Coach is not liable or accountable for any action or inaction or for any direct or indirect results of services provided. Coaching is not therapy and is not designed to treat or prevent any mental disorder or medical problem.</w:t>
      </w:r>
    </w:p>
    <w:p w14:paraId="6FC747E9" w14:textId="77777777" w:rsidR="003C4205" w:rsidRDefault="007F2D66">
      <w:pPr>
        <w:keepLines/>
        <w:ind w:left="317" w:hanging="317"/>
      </w:pPr>
      <w:r>
        <w:rPr>
          <w:b/>
          <w:color w:val="9966FF"/>
          <w:sz w:val="19"/>
        </w:rPr>
        <w:t xml:space="preserve">3. </w:t>
      </w:r>
      <w:r>
        <w:rPr>
          <w:sz w:val="19"/>
        </w:rPr>
        <w:t>Client understands that coaching is not a substitute for legal, medical, mental health, or other qualified professional advice and will seek specialized help from certified independent practitioners as appropriate. If Client is under the care of a mental health professional, Coach must be informed.</w:t>
      </w:r>
    </w:p>
    <w:p w14:paraId="56DA05AE" w14:textId="77777777" w:rsidR="003C4205" w:rsidRDefault="007F2D66">
      <w:pPr>
        <w:keepLines/>
        <w:ind w:left="317" w:hanging="317"/>
      </w:pPr>
      <w:r>
        <w:rPr>
          <w:b/>
          <w:color w:val="9966FF"/>
          <w:sz w:val="19"/>
        </w:rPr>
        <w:t xml:space="preserve">4. </w:t>
      </w:r>
      <w:r>
        <w:rPr>
          <w:sz w:val="19"/>
        </w:rPr>
        <w:t>A successful Coach and Client relationship is built on honesty. In addition to offering full energy to the coaching program, Client agrees to communicate openly and truthfully and to share direct feedback.</w:t>
      </w:r>
    </w:p>
    <w:p w14:paraId="5DAB6C7B" w14:textId="77777777" w:rsidR="003C4205" w:rsidRDefault="007F2D66">
      <w:r>
        <w:br w:type="page"/>
      </w:r>
    </w:p>
    <w:p w14:paraId="09D239B6" w14:textId="77777777" w:rsidR="003C4205" w:rsidRDefault="007F2D66">
      <w:pPr>
        <w:pStyle w:val="Title"/>
        <w:jc w:val="center"/>
      </w:pPr>
      <w:r>
        <w:lastRenderedPageBreak/>
        <w:t>Program Services, Schedule &amp; Procedure</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7B07BB1B" w14:textId="77777777">
        <w:trPr>
          <w:jc w:val="center"/>
        </w:trPr>
        <w:tc>
          <w:tcPr>
            <w:tcW w:w="10166" w:type="dxa"/>
            <w:shd w:val="clear" w:color="auto" w:fill="9966FF"/>
            <w:tcMar>
              <w:top w:w="75" w:type="dxa"/>
              <w:left w:w="150" w:type="dxa"/>
              <w:bottom w:w="75" w:type="dxa"/>
              <w:right w:w="150" w:type="dxa"/>
            </w:tcMar>
          </w:tcPr>
          <w:p w14:paraId="68BA9370" w14:textId="77777777" w:rsidR="003C4205" w:rsidRDefault="007F2D66">
            <w:pPr>
              <w:spacing w:after="0"/>
            </w:pPr>
            <w:r>
              <w:rPr>
                <w:rFonts w:ascii="Aptos Display" w:hAnsi="Aptos Display"/>
                <w:b/>
                <w:color w:val="FFFFFF"/>
                <w:sz w:val="22"/>
              </w:rPr>
              <w:t>2. Services</w:t>
            </w:r>
          </w:p>
        </w:tc>
      </w:tr>
    </w:tbl>
    <w:p w14:paraId="60133F58" w14:textId="77777777" w:rsidR="003C4205" w:rsidRDefault="007F2D66">
      <w:pPr>
        <w:keepLines/>
      </w:pPr>
      <w:r>
        <w:rPr>
          <w:sz w:val="19"/>
        </w:rPr>
        <w:t>Both parties agree to participate in the Coaching Program described below. Sessions may be conducted by telephone, video call, or face-to-face, as mutually agreed.</w:t>
      </w:r>
    </w:p>
    <w:tbl>
      <w:tblPr>
        <w:tblW w:w="0" w:type="auto"/>
        <w:jc w:val="center"/>
        <w:tblLayout w:type="fixed"/>
        <w:tblLook w:val="04A0" w:firstRow="1" w:lastRow="0" w:firstColumn="1" w:lastColumn="0" w:noHBand="0" w:noVBand="1"/>
      </w:tblPr>
      <w:tblGrid>
        <w:gridCol w:w="5083"/>
        <w:gridCol w:w="5083"/>
      </w:tblGrid>
      <w:tr w:rsidR="008D5304" w14:paraId="1BF21182" w14:textId="77777777">
        <w:trPr>
          <w:jc w:val="center"/>
        </w:trPr>
        <w:tc>
          <w:tcPr>
            <w:tcW w:w="5083" w:type="dxa"/>
            <w:tcMar>
              <w:top w:w="100" w:type="dxa"/>
              <w:left w:w="80" w:type="dxa"/>
              <w:bottom w:w="45" w:type="dxa"/>
              <w:right w:w="80" w:type="dxa"/>
            </w:tcMar>
            <w:vAlign w:val="bottom"/>
          </w:tcPr>
          <w:p w14:paraId="7EBC1815" w14:textId="7463E96D" w:rsidR="008D5304" w:rsidRDefault="00312749">
            <w:pPr>
              <w:rPr>
                <w:b/>
                <w:sz w:val="18"/>
              </w:rPr>
            </w:pPr>
            <w:r>
              <w:rPr>
                <w:b/>
                <w:sz w:val="18"/>
              </w:rPr>
              <w:t>Coaching Program</w:t>
            </w:r>
          </w:p>
        </w:tc>
        <w:tc>
          <w:tcPr>
            <w:tcW w:w="5083" w:type="dxa"/>
            <w:tcBorders>
              <w:bottom w:val="single" w:sz="8" w:space="0" w:color="7C59D7"/>
            </w:tcBorders>
            <w:tcMar>
              <w:top w:w="100" w:type="dxa"/>
              <w:left w:w="80" w:type="dxa"/>
              <w:bottom w:w="45" w:type="dxa"/>
              <w:right w:w="80" w:type="dxa"/>
            </w:tcMar>
            <w:vAlign w:val="bottom"/>
          </w:tcPr>
          <w:p w14:paraId="10F4D73E" w14:textId="77777777" w:rsidR="008D5304" w:rsidRDefault="008D5304">
            <w:pPr>
              <w:rPr>
                <w:color w:val="5B6570"/>
                <w:sz w:val="18"/>
              </w:rPr>
            </w:pPr>
          </w:p>
        </w:tc>
      </w:tr>
      <w:tr w:rsidR="003C4205" w14:paraId="37CCFC0C" w14:textId="77777777">
        <w:trPr>
          <w:jc w:val="center"/>
        </w:trPr>
        <w:tc>
          <w:tcPr>
            <w:tcW w:w="5083" w:type="dxa"/>
            <w:tcMar>
              <w:top w:w="100" w:type="dxa"/>
              <w:left w:w="80" w:type="dxa"/>
              <w:bottom w:w="45" w:type="dxa"/>
              <w:right w:w="80" w:type="dxa"/>
            </w:tcMar>
            <w:vAlign w:val="bottom"/>
          </w:tcPr>
          <w:p w14:paraId="67FAA921" w14:textId="666BE01B" w:rsidR="003C4205" w:rsidRDefault="007F2D66">
            <w:r>
              <w:rPr>
                <w:b/>
                <w:sz w:val="18"/>
              </w:rPr>
              <w:t>Program Length</w:t>
            </w:r>
          </w:p>
        </w:tc>
        <w:tc>
          <w:tcPr>
            <w:tcW w:w="5083" w:type="dxa"/>
            <w:tcBorders>
              <w:bottom w:val="single" w:sz="8" w:space="0" w:color="7C59D7"/>
            </w:tcBorders>
            <w:tcMar>
              <w:top w:w="100" w:type="dxa"/>
              <w:left w:w="80" w:type="dxa"/>
              <w:bottom w:w="45" w:type="dxa"/>
              <w:right w:w="80" w:type="dxa"/>
            </w:tcMar>
            <w:vAlign w:val="bottom"/>
          </w:tcPr>
          <w:p w14:paraId="65CF0790" w14:textId="77777777" w:rsidR="003C4205" w:rsidRDefault="007F2D66">
            <w:r>
              <w:rPr>
                <w:color w:val="5B6570"/>
                <w:sz w:val="18"/>
              </w:rPr>
              <w:t>_____ months</w:t>
            </w:r>
          </w:p>
        </w:tc>
      </w:tr>
      <w:tr w:rsidR="003C4205" w14:paraId="1E4D0613" w14:textId="77777777">
        <w:trPr>
          <w:jc w:val="center"/>
        </w:trPr>
        <w:tc>
          <w:tcPr>
            <w:tcW w:w="5083" w:type="dxa"/>
            <w:tcMar>
              <w:top w:w="100" w:type="dxa"/>
              <w:left w:w="80" w:type="dxa"/>
              <w:bottom w:w="45" w:type="dxa"/>
              <w:right w:w="80" w:type="dxa"/>
            </w:tcMar>
            <w:vAlign w:val="bottom"/>
          </w:tcPr>
          <w:p w14:paraId="5BDFF97F" w14:textId="77777777" w:rsidR="003C4205" w:rsidRDefault="007F2D66">
            <w:r>
              <w:rPr>
                <w:b/>
                <w:sz w:val="18"/>
              </w:rPr>
              <w:t>Number of Sessions</w:t>
            </w:r>
          </w:p>
        </w:tc>
        <w:tc>
          <w:tcPr>
            <w:tcW w:w="5083" w:type="dxa"/>
            <w:tcBorders>
              <w:bottom w:val="single" w:sz="8" w:space="0" w:color="7C59D7"/>
            </w:tcBorders>
            <w:tcMar>
              <w:top w:w="100" w:type="dxa"/>
              <w:left w:w="80" w:type="dxa"/>
              <w:bottom w:w="45" w:type="dxa"/>
              <w:right w:w="80" w:type="dxa"/>
            </w:tcMar>
            <w:vAlign w:val="bottom"/>
          </w:tcPr>
          <w:p w14:paraId="11E5BC75" w14:textId="77777777" w:rsidR="003C4205" w:rsidRDefault="007F2D66">
            <w:r>
              <w:rPr>
                <w:color w:val="5B6570"/>
                <w:sz w:val="18"/>
              </w:rPr>
              <w:t>_____ sessions</w:t>
            </w:r>
          </w:p>
        </w:tc>
      </w:tr>
      <w:tr w:rsidR="003C4205" w14:paraId="3736D4AA" w14:textId="77777777">
        <w:trPr>
          <w:jc w:val="center"/>
        </w:trPr>
        <w:tc>
          <w:tcPr>
            <w:tcW w:w="5083" w:type="dxa"/>
            <w:tcMar>
              <w:top w:w="100" w:type="dxa"/>
              <w:left w:w="80" w:type="dxa"/>
              <w:bottom w:w="45" w:type="dxa"/>
              <w:right w:w="80" w:type="dxa"/>
            </w:tcMar>
            <w:vAlign w:val="bottom"/>
          </w:tcPr>
          <w:p w14:paraId="4AC07F18" w14:textId="77777777" w:rsidR="003C4205" w:rsidRDefault="007F2D66">
            <w:r>
              <w:rPr>
                <w:b/>
                <w:sz w:val="18"/>
              </w:rPr>
              <w:t>Maximum Response Time</w:t>
            </w:r>
          </w:p>
        </w:tc>
        <w:tc>
          <w:tcPr>
            <w:tcW w:w="5083" w:type="dxa"/>
            <w:tcBorders>
              <w:bottom w:val="single" w:sz="8" w:space="0" w:color="7C59D7"/>
            </w:tcBorders>
            <w:tcMar>
              <w:top w:w="100" w:type="dxa"/>
              <w:left w:w="80" w:type="dxa"/>
              <w:bottom w:w="45" w:type="dxa"/>
              <w:right w:w="80" w:type="dxa"/>
            </w:tcMar>
            <w:vAlign w:val="bottom"/>
          </w:tcPr>
          <w:p w14:paraId="5A4B822B" w14:textId="77777777" w:rsidR="003C4205" w:rsidRDefault="007F2D66">
            <w:r>
              <w:rPr>
                <w:color w:val="5B6570"/>
                <w:sz w:val="18"/>
              </w:rPr>
              <w:t>_____ hours</w:t>
            </w:r>
          </w:p>
        </w:tc>
      </w:tr>
      <w:tr w:rsidR="003C4205" w14:paraId="2292BADB" w14:textId="77777777">
        <w:trPr>
          <w:jc w:val="center"/>
        </w:trPr>
        <w:tc>
          <w:tcPr>
            <w:tcW w:w="5083" w:type="dxa"/>
            <w:tcMar>
              <w:top w:w="100" w:type="dxa"/>
              <w:left w:w="80" w:type="dxa"/>
              <w:bottom w:w="45" w:type="dxa"/>
              <w:right w:w="80" w:type="dxa"/>
            </w:tcMar>
            <w:vAlign w:val="bottom"/>
          </w:tcPr>
          <w:p w14:paraId="49964DFA" w14:textId="77777777" w:rsidR="003C4205" w:rsidRDefault="007F2D66">
            <w:r>
              <w:rPr>
                <w:b/>
                <w:sz w:val="18"/>
              </w:rPr>
              <w:t>Additional Services Rate</w:t>
            </w:r>
          </w:p>
        </w:tc>
        <w:tc>
          <w:tcPr>
            <w:tcW w:w="5083" w:type="dxa"/>
            <w:tcBorders>
              <w:bottom w:val="single" w:sz="8" w:space="0" w:color="7C59D7"/>
            </w:tcBorders>
            <w:tcMar>
              <w:top w:w="100" w:type="dxa"/>
              <w:left w:w="80" w:type="dxa"/>
              <w:bottom w:w="45" w:type="dxa"/>
              <w:right w:w="80" w:type="dxa"/>
            </w:tcMar>
            <w:vAlign w:val="bottom"/>
          </w:tcPr>
          <w:p w14:paraId="16A020CA" w14:textId="77777777" w:rsidR="003C4205" w:rsidRDefault="007F2D66">
            <w:r>
              <w:rPr>
                <w:color w:val="5B6570"/>
                <w:sz w:val="18"/>
              </w:rPr>
              <w:t>$________ per hour</w:t>
            </w:r>
          </w:p>
        </w:tc>
      </w:tr>
    </w:tbl>
    <w:p w14:paraId="212F900D" w14:textId="77777777" w:rsidR="003C4205" w:rsidRDefault="007F2D66">
      <w:pPr>
        <w:keepLines/>
      </w:pPr>
      <w:r>
        <w:rPr>
          <w:sz w:val="19"/>
        </w:rPr>
        <w:t>Between scheduled meetings, Coach will be available to Client by email, text message, and voicemail, subject to the maximum response time above. As needed, Coach may provide additional services on a prorated basis according to Client’s specific needs, including analyzing documents, reading, or writing reports.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04DB739C" w14:textId="77777777">
        <w:trPr>
          <w:jc w:val="center"/>
        </w:trPr>
        <w:tc>
          <w:tcPr>
            <w:tcW w:w="10166" w:type="dxa"/>
            <w:shd w:val="clear" w:color="auto" w:fill="9966FF"/>
            <w:tcMar>
              <w:top w:w="75" w:type="dxa"/>
              <w:left w:w="150" w:type="dxa"/>
              <w:bottom w:w="75" w:type="dxa"/>
              <w:right w:w="150" w:type="dxa"/>
            </w:tcMar>
          </w:tcPr>
          <w:p w14:paraId="349260F7" w14:textId="77777777" w:rsidR="003C4205" w:rsidRDefault="007F2D66">
            <w:pPr>
              <w:spacing w:after="0"/>
            </w:pPr>
            <w:r>
              <w:rPr>
                <w:rFonts w:ascii="Aptos Display" w:hAnsi="Aptos Display"/>
                <w:b/>
                <w:color w:val="FFFFFF"/>
                <w:sz w:val="22"/>
              </w:rPr>
              <w:t>3. Schedule &amp; Fees</w:t>
            </w:r>
          </w:p>
        </w:tc>
      </w:tr>
    </w:tbl>
    <w:tbl>
      <w:tblPr>
        <w:tblW w:w="0" w:type="auto"/>
        <w:jc w:val="center"/>
        <w:tblLayout w:type="fixed"/>
        <w:tblLook w:val="04A0" w:firstRow="1" w:lastRow="0" w:firstColumn="1" w:lastColumn="0" w:noHBand="0" w:noVBand="1"/>
      </w:tblPr>
      <w:tblGrid>
        <w:gridCol w:w="5083"/>
        <w:gridCol w:w="5083"/>
      </w:tblGrid>
      <w:tr w:rsidR="003C4205" w14:paraId="594EB901" w14:textId="77777777">
        <w:trPr>
          <w:jc w:val="center"/>
        </w:trPr>
        <w:tc>
          <w:tcPr>
            <w:tcW w:w="5083" w:type="dxa"/>
            <w:tcMar>
              <w:top w:w="100" w:type="dxa"/>
              <w:left w:w="80" w:type="dxa"/>
              <w:bottom w:w="45" w:type="dxa"/>
              <w:right w:w="80" w:type="dxa"/>
            </w:tcMar>
            <w:vAlign w:val="bottom"/>
          </w:tcPr>
          <w:p w14:paraId="319409AA" w14:textId="77777777" w:rsidR="003C4205" w:rsidRDefault="007F2D66">
            <w:r>
              <w:rPr>
                <w:b/>
                <w:sz w:val="18"/>
              </w:rPr>
              <w:t>Agreement Effective Date</w:t>
            </w:r>
          </w:p>
        </w:tc>
        <w:tc>
          <w:tcPr>
            <w:tcW w:w="5083" w:type="dxa"/>
            <w:tcBorders>
              <w:bottom w:val="single" w:sz="8" w:space="0" w:color="7C59D7"/>
            </w:tcBorders>
            <w:tcMar>
              <w:top w:w="100" w:type="dxa"/>
              <w:left w:w="80" w:type="dxa"/>
              <w:bottom w:w="45" w:type="dxa"/>
              <w:right w:w="80" w:type="dxa"/>
            </w:tcMar>
            <w:vAlign w:val="bottom"/>
          </w:tcPr>
          <w:p w14:paraId="07F72E87" w14:textId="77777777" w:rsidR="003C4205" w:rsidRDefault="007F2D66">
            <w:r>
              <w:rPr>
                <w:color w:val="5B6570"/>
                <w:sz w:val="18"/>
              </w:rPr>
              <w:t>____________________</w:t>
            </w:r>
          </w:p>
        </w:tc>
      </w:tr>
      <w:tr w:rsidR="003C4205" w14:paraId="581CE5A0" w14:textId="77777777">
        <w:trPr>
          <w:jc w:val="center"/>
        </w:trPr>
        <w:tc>
          <w:tcPr>
            <w:tcW w:w="5083" w:type="dxa"/>
            <w:tcMar>
              <w:top w:w="100" w:type="dxa"/>
              <w:left w:w="80" w:type="dxa"/>
              <w:bottom w:w="45" w:type="dxa"/>
              <w:right w:w="80" w:type="dxa"/>
            </w:tcMar>
            <w:vAlign w:val="bottom"/>
          </w:tcPr>
          <w:p w14:paraId="1643DC35" w14:textId="77777777" w:rsidR="003C4205" w:rsidRDefault="007F2D66">
            <w:r>
              <w:rPr>
                <w:b/>
                <w:sz w:val="18"/>
              </w:rPr>
              <w:t>Hourly Fee</w:t>
            </w:r>
          </w:p>
        </w:tc>
        <w:tc>
          <w:tcPr>
            <w:tcW w:w="5083" w:type="dxa"/>
            <w:tcBorders>
              <w:bottom w:val="single" w:sz="8" w:space="0" w:color="7C59D7"/>
            </w:tcBorders>
            <w:tcMar>
              <w:top w:w="100" w:type="dxa"/>
              <w:left w:w="80" w:type="dxa"/>
              <w:bottom w:w="45" w:type="dxa"/>
              <w:right w:w="80" w:type="dxa"/>
            </w:tcMar>
            <w:vAlign w:val="bottom"/>
          </w:tcPr>
          <w:p w14:paraId="4BEC92C5" w14:textId="77777777" w:rsidR="003C4205" w:rsidRDefault="007F2D66">
            <w:r>
              <w:rPr>
                <w:color w:val="5B6570"/>
                <w:sz w:val="18"/>
              </w:rPr>
              <w:t>$________ per hour</w:t>
            </w:r>
          </w:p>
        </w:tc>
      </w:tr>
      <w:tr w:rsidR="003C4205" w14:paraId="27C7264A" w14:textId="77777777">
        <w:trPr>
          <w:jc w:val="center"/>
        </w:trPr>
        <w:tc>
          <w:tcPr>
            <w:tcW w:w="5083" w:type="dxa"/>
            <w:tcMar>
              <w:top w:w="100" w:type="dxa"/>
              <w:left w:w="80" w:type="dxa"/>
              <w:bottom w:w="45" w:type="dxa"/>
              <w:right w:w="80" w:type="dxa"/>
            </w:tcMar>
            <w:vAlign w:val="bottom"/>
          </w:tcPr>
          <w:p w14:paraId="779D8B19" w14:textId="77777777" w:rsidR="003C4205" w:rsidRDefault="007F2D66">
            <w:r>
              <w:rPr>
                <w:b/>
                <w:sz w:val="18"/>
              </w:rPr>
              <w:t>Monthly Fee</w:t>
            </w:r>
          </w:p>
        </w:tc>
        <w:tc>
          <w:tcPr>
            <w:tcW w:w="5083" w:type="dxa"/>
            <w:tcBorders>
              <w:bottom w:val="single" w:sz="8" w:space="0" w:color="7C59D7"/>
            </w:tcBorders>
            <w:tcMar>
              <w:top w:w="100" w:type="dxa"/>
              <w:left w:w="80" w:type="dxa"/>
              <w:bottom w:w="45" w:type="dxa"/>
              <w:right w:w="80" w:type="dxa"/>
            </w:tcMar>
            <w:vAlign w:val="bottom"/>
          </w:tcPr>
          <w:p w14:paraId="12493CBA" w14:textId="77777777" w:rsidR="003C4205" w:rsidRDefault="007F2D66">
            <w:r>
              <w:rPr>
                <w:color w:val="5B6570"/>
                <w:sz w:val="18"/>
              </w:rPr>
              <w:t>$________ each month</w:t>
            </w:r>
          </w:p>
        </w:tc>
      </w:tr>
      <w:tr w:rsidR="003C4205" w14:paraId="73D6ED84" w14:textId="77777777">
        <w:trPr>
          <w:jc w:val="center"/>
        </w:trPr>
        <w:tc>
          <w:tcPr>
            <w:tcW w:w="5083" w:type="dxa"/>
            <w:tcMar>
              <w:top w:w="100" w:type="dxa"/>
              <w:left w:w="80" w:type="dxa"/>
              <w:bottom w:w="45" w:type="dxa"/>
              <w:right w:w="80" w:type="dxa"/>
            </w:tcMar>
            <w:vAlign w:val="bottom"/>
          </w:tcPr>
          <w:p w14:paraId="10B6965E" w14:textId="77777777" w:rsidR="003C4205" w:rsidRDefault="007F2D66">
            <w:r>
              <w:rPr>
                <w:b/>
                <w:sz w:val="18"/>
              </w:rPr>
              <w:t>Continuing Monthly Payment</w:t>
            </w:r>
          </w:p>
        </w:tc>
        <w:tc>
          <w:tcPr>
            <w:tcW w:w="5083" w:type="dxa"/>
            <w:tcBorders>
              <w:bottom w:val="single" w:sz="8" w:space="0" w:color="7C59D7"/>
            </w:tcBorders>
            <w:tcMar>
              <w:top w:w="100" w:type="dxa"/>
              <w:left w:w="80" w:type="dxa"/>
              <w:bottom w:w="45" w:type="dxa"/>
              <w:right w:w="80" w:type="dxa"/>
            </w:tcMar>
            <w:vAlign w:val="bottom"/>
          </w:tcPr>
          <w:p w14:paraId="05C09DA1" w14:textId="77777777" w:rsidR="003C4205" w:rsidRDefault="007F2D66">
            <w:r>
              <w:rPr>
                <w:color w:val="5B6570"/>
                <w:sz w:val="18"/>
              </w:rPr>
              <w:t>$________ every four weeks</w:t>
            </w:r>
          </w:p>
        </w:tc>
      </w:tr>
      <w:tr w:rsidR="003C4205" w14:paraId="00463672" w14:textId="77777777">
        <w:trPr>
          <w:jc w:val="center"/>
        </w:trPr>
        <w:tc>
          <w:tcPr>
            <w:tcW w:w="5083" w:type="dxa"/>
            <w:tcMar>
              <w:top w:w="100" w:type="dxa"/>
              <w:left w:w="80" w:type="dxa"/>
              <w:bottom w:w="45" w:type="dxa"/>
              <w:right w:w="80" w:type="dxa"/>
            </w:tcMar>
            <w:vAlign w:val="bottom"/>
          </w:tcPr>
          <w:p w14:paraId="6751D580" w14:textId="77777777" w:rsidR="003C4205" w:rsidRDefault="007F2D66">
            <w:r>
              <w:rPr>
                <w:b/>
                <w:sz w:val="18"/>
              </w:rPr>
              <w:t>Session Length</w:t>
            </w:r>
          </w:p>
        </w:tc>
        <w:tc>
          <w:tcPr>
            <w:tcW w:w="5083" w:type="dxa"/>
            <w:tcBorders>
              <w:bottom w:val="single" w:sz="8" w:space="0" w:color="7C59D7"/>
            </w:tcBorders>
            <w:tcMar>
              <w:top w:w="100" w:type="dxa"/>
              <w:left w:w="80" w:type="dxa"/>
              <w:bottom w:w="45" w:type="dxa"/>
              <w:right w:w="80" w:type="dxa"/>
            </w:tcMar>
            <w:vAlign w:val="bottom"/>
          </w:tcPr>
          <w:p w14:paraId="2909F566" w14:textId="77777777" w:rsidR="003C4205" w:rsidRDefault="007F2D66">
            <w:r>
              <w:rPr>
                <w:color w:val="5B6570"/>
                <w:sz w:val="18"/>
              </w:rPr>
              <w:t>________ minutes</w:t>
            </w:r>
          </w:p>
        </w:tc>
      </w:tr>
    </w:tbl>
    <w:p w14:paraId="6D9110EB" w14:textId="77777777" w:rsidR="003C4205" w:rsidRDefault="007F2D66">
      <w:pPr>
        <w:keepLines/>
      </w:pPr>
      <w:r>
        <w:rPr>
          <w:sz w:val="19"/>
        </w:rPr>
        <w:t>Hourly billing requires payment 24 hours before each session. For monthly billing, the first month’s payment is due before the initial coaching session. A second payment is due four weeks after the first meeting. Until the agreement ends, the remaining monthly payment is due after each subsequent four-week period.</w:t>
      </w:r>
    </w:p>
    <w:p w14:paraId="3A70A3A5" w14:textId="77777777" w:rsidR="003C4205" w:rsidRDefault="007F2D66">
      <w:pPr>
        <w:keepLines/>
      </w:pPr>
      <w:r>
        <w:rPr>
          <w:sz w:val="19"/>
        </w:rPr>
        <w:t>If Coach’s offerings or fees change before this agreement is signed and dated, the most current rates will apply.</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6C097366" w14:textId="77777777">
        <w:trPr>
          <w:jc w:val="center"/>
        </w:trPr>
        <w:tc>
          <w:tcPr>
            <w:tcW w:w="10166" w:type="dxa"/>
            <w:shd w:val="clear" w:color="auto" w:fill="9966FF"/>
            <w:tcMar>
              <w:top w:w="75" w:type="dxa"/>
              <w:left w:w="150" w:type="dxa"/>
              <w:bottom w:w="75" w:type="dxa"/>
              <w:right w:w="150" w:type="dxa"/>
            </w:tcMar>
          </w:tcPr>
          <w:p w14:paraId="0030B269" w14:textId="77777777" w:rsidR="003C4205" w:rsidRDefault="007F2D66">
            <w:pPr>
              <w:spacing w:after="0"/>
            </w:pPr>
            <w:r>
              <w:rPr>
                <w:rFonts w:ascii="Aptos Display" w:hAnsi="Aptos Display"/>
                <w:b/>
                <w:color w:val="FFFFFF"/>
                <w:sz w:val="22"/>
              </w:rPr>
              <w:t>4. Procedure</w:t>
            </w:r>
          </w:p>
        </w:tc>
      </w:tr>
    </w:tbl>
    <w:p w14:paraId="747D54F5" w14:textId="77777777" w:rsidR="003C4205" w:rsidRDefault="007F2D66">
      <w:pPr>
        <w:keepLines/>
      </w:pPr>
      <w:r>
        <w:rPr>
          <w:sz w:val="19"/>
        </w:rPr>
        <w:t>Coaching meetings will take place at a mutually agreed time and location or through a mutually agreed communication method. All scheduled calls and meetings will be initiated by Client, who will contact Coach at the number below. Client will be notified by email and/or text if Coach will use another number for the scheduled appointment.</w:t>
      </w:r>
    </w:p>
    <w:tbl>
      <w:tblPr>
        <w:tblW w:w="0" w:type="auto"/>
        <w:jc w:val="center"/>
        <w:tblLayout w:type="fixed"/>
        <w:tblLook w:val="04A0" w:firstRow="1" w:lastRow="0" w:firstColumn="1" w:lastColumn="0" w:noHBand="0" w:noVBand="1"/>
      </w:tblPr>
      <w:tblGrid>
        <w:gridCol w:w="5083"/>
        <w:gridCol w:w="5083"/>
      </w:tblGrid>
      <w:tr w:rsidR="003C4205" w14:paraId="579F3D70" w14:textId="77777777">
        <w:trPr>
          <w:jc w:val="center"/>
        </w:trPr>
        <w:tc>
          <w:tcPr>
            <w:tcW w:w="5083" w:type="dxa"/>
            <w:tcMar>
              <w:top w:w="100" w:type="dxa"/>
              <w:left w:w="80" w:type="dxa"/>
              <w:bottom w:w="45" w:type="dxa"/>
              <w:right w:w="80" w:type="dxa"/>
            </w:tcMar>
            <w:vAlign w:val="bottom"/>
          </w:tcPr>
          <w:p w14:paraId="3A7082DC" w14:textId="53F21A71" w:rsidR="003C4205" w:rsidRDefault="007F2D66">
            <w:r>
              <w:rPr>
                <w:b/>
                <w:sz w:val="18"/>
              </w:rPr>
              <w:t>Coach Contact Number</w:t>
            </w:r>
            <w:r w:rsidR="009A503D">
              <w:rPr>
                <w:b/>
                <w:sz w:val="18"/>
              </w:rPr>
              <w:t>/Email</w:t>
            </w:r>
          </w:p>
        </w:tc>
        <w:tc>
          <w:tcPr>
            <w:tcW w:w="5083" w:type="dxa"/>
            <w:tcBorders>
              <w:bottom w:val="single" w:sz="8" w:space="0" w:color="7C59D7"/>
            </w:tcBorders>
            <w:tcMar>
              <w:top w:w="100" w:type="dxa"/>
              <w:left w:w="80" w:type="dxa"/>
              <w:bottom w:w="45" w:type="dxa"/>
              <w:right w:w="80" w:type="dxa"/>
            </w:tcMar>
            <w:vAlign w:val="bottom"/>
          </w:tcPr>
          <w:p w14:paraId="58302BBE" w14:textId="359D3C7F" w:rsidR="003C4205" w:rsidRDefault="009A503D">
            <w:r>
              <w:rPr>
                <w:color w:val="5B6570"/>
                <w:sz w:val="18"/>
              </w:rPr>
              <w:t>501-</w:t>
            </w:r>
            <w:r w:rsidR="00F13904">
              <w:rPr>
                <w:color w:val="5B6570"/>
                <w:sz w:val="18"/>
              </w:rPr>
              <w:t>297-9608</w:t>
            </w:r>
            <w:r w:rsidR="000620AB">
              <w:rPr>
                <w:color w:val="5B6570"/>
                <w:sz w:val="18"/>
              </w:rPr>
              <w:t xml:space="preserve"> / leadingwithlovecareservices@gmail.com</w:t>
            </w:r>
          </w:p>
        </w:tc>
      </w:tr>
    </w:tbl>
    <w:p w14:paraId="02EB378F" w14:textId="77777777" w:rsidR="003C4205" w:rsidRDefault="007F2D66">
      <w:r>
        <w:br w:type="page"/>
      </w:r>
    </w:p>
    <w:p w14:paraId="0A29140A" w14:textId="77777777" w:rsidR="003C4205" w:rsidRDefault="007F2D66">
      <w:pPr>
        <w:pStyle w:val="Title"/>
        <w:jc w:val="center"/>
      </w:pPr>
      <w:r>
        <w:lastRenderedPageBreak/>
        <w:t>Confidentiality &amp; Client Policies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313E46EC" w14:textId="77777777">
        <w:trPr>
          <w:jc w:val="center"/>
        </w:trPr>
        <w:tc>
          <w:tcPr>
            <w:tcW w:w="10166" w:type="dxa"/>
            <w:shd w:val="clear" w:color="auto" w:fill="9966FF"/>
            <w:tcMar>
              <w:top w:w="75" w:type="dxa"/>
              <w:left w:w="150" w:type="dxa"/>
              <w:bottom w:w="75" w:type="dxa"/>
              <w:right w:w="150" w:type="dxa"/>
            </w:tcMar>
          </w:tcPr>
          <w:p w14:paraId="5065F506" w14:textId="77777777" w:rsidR="003C4205" w:rsidRDefault="007F2D66">
            <w:pPr>
              <w:spacing w:after="0"/>
            </w:pPr>
            <w:r>
              <w:rPr>
                <w:rFonts w:ascii="Aptos Display" w:hAnsi="Aptos Display"/>
                <w:b/>
                <w:color w:val="FFFFFF"/>
                <w:sz w:val="22"/>
              </w:rPr>
              <w:t>5. Confidentiality</w:t>
            </w:r>
          </w:p>
        </w:tc>
      </w:tr>
    </w:tbl>
    <w:p w14:paraId="0ECA2077" w14:textId="77777777" w:rsidR="003C4205" w:rsidRDefault="007F2D66">
      <w:pPr>
        <w:keepLines/>
      </w:pPr>
      <w:r>
        <w:rPr>
          <w:sz w:val="19"/>
        </w:rPr>
        <w:t>By virtue of the ICF Code of Ethics, the coaching relationship and information Client shares with Coach are deemed confidential, but are not necessarily considered legally confidential as in medicine or law. Information regarding Client will not be disclosed without written consent. Client’s name will not be disclosed as a reference without permission.</w:t>
      </w:r>
    </w:p>
    <w:p w14:paraId="2CAE3A32" w14:textId="77777777" w:rsidR="003C4205" w:rsidRDefault="007F2D66">
      <w:pPr>
        <w:keepLines/>
      </w:pPr>
      <w:r>
        <w:rPr>
          <w:sz w:val="19"/>
        </w:rPr>
        <w:t>Information is not considered confidential when it:</w:t>
      </w:r>
    </w:p>
    <w:p w14:paraId="63A14812" w14:textId="77777777" w:rsidR="003C4205" w:rsidRDefault="007F2D66">
      <w:pPr>
        <w:ind w:left="360" w:hanging="259"/>
      </w:pPr>
      <w:r>
        <w:rPr>
          <w:b/>
          <w:color w:val="9966FF"/>
          <w:sz w:val="19"/>
        </w:rPr>
        <w:t xml:space="preserve">(a) </w:t>
      </w:r>
      <w:r>
        <w:rPr>
          <w:sz w:val="19"/>
        </w:rPr>
        <w:t>was in Coach’s possession before Client shared it;</w:t>
      </w:r>
    </w:p>
    <w:p w14:paraId="2A992B4C" w14:textId="77777777" w:rsidR="003C4205" w:rsidRDefault="007F2D66">
      <w:pPr>
        <w:ind w:left="360" w:hanging="259"/>
      </w:pPr>
      <w:r>
        <w:rPr>
          <w:b/>
          <w:color w:val="9966FF"/>
          <w:sz w:val="19"/>
        </w:rPr>
        <w:t xml:space="preserve">(b) </w:t>
      </w:r>
      <w:r>
        <w:rPr>
          <w:sz w:val="19"/>
        </w:rPr>
        <w:t>has been widely publicized or is typical in Client’s industry;</w:t>
      </w:r>
    </w:p>
    <w:p w14:paraId="39761580" w14:textId="77777777" w:rsidR="003C4205" w:rsidRDefault="007F2D66">
      <w:pPr>
        <w:ind w:left="360" w:hanging="259"/>
      </w:pPr>
      <w:r>
        <w:rPr>
          <w:b/>
          <w:color w:val="9966FF"/>
          <w:sz w:val="19"/>
        </w:rPr>
        <w:t xml:space="preserve">(c) </w:t>
      </w:r>
      <w:r>
        <w:rPr>
          <w:sz w:val="19"/>
        </w:rPr>
        <w:t>is obtained by Coach from a third party without breach of an obligation to Client;</w:t>
      </w:r>
    </w:p>
    <w:p w14:paraId="301CC4C2" w14:textId="77777777" w:rsidR="003C4205" w:rsidRDefault="007F2D66">
      <w:pPr>
        <w:ind w:left="360" w:hanging="259"/>
      </w:pPr>
      <w:r>
        <w:rPr>
          <w:b/>
          <w:color w:val="9966FF"/>
          <w:sz w:val="19"/>
        </w:rPr>
        <w:t xml:space="preserve">(d) </w:t>
      </w:r>
      <w:r>
        <w:rPr>
          <w:sz w:val="19"/>
        </w:rPr>
        <w:t>is independently developed by Coach without referencing or using Client’s confidential information; or</w:t>
      </w:r>
    </w:p>
    <w:p w14:paraId="1B2FB56F" w14:textId="77777777" w:rsidR="003C4205" w:rsidRDefault="007F2D66">
      <w:pPr>
        <w:ind w:left="360" w:hanging="259"/>
      </w:pPr>
      <w:r>
        <w:rPr>
          <w:b/>
          <w:color w:val="9966FF"/>
          <w:sz w:val="19"/>
        </w:rPr>
        <w:t xml:space="preserve">(e) </w:t>
      </w:r>
      <w:r>
        <w:rPr>
          <w:sz w:val="19"/>
        </w:rPr>
        <w:t>is required by law to be disclosed by Coach.</w:t>
      </w:r>
    </w:p>
    <w:p w14:paraId="16E0B862" w14:textId="77777777" w:rsidR="003C4205" w:rsidRDefault="007F2D66">
      <w:pPr>
        <w:keepLines/>
      </w:pPr>
      <w:r>
        <w:rPr>
          <w:sz w:val="19"/>
        </w:rPr>
        <w:t>The Confidentiality Agreement Document provides more detailed information regarding this matter.</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23DFBEB5" w14:textId="77777777">
        <w:trPr>
          <w:jc w:val="center"/>
        </w:trPr>
        <w:tc>
          <w:tcPr>
            <w:tcW w:w="10166" w:type="dxa"/>
            <w:shd w:val="clear" w:color="auto" w:fill="9966FF"/>
            <w:tcMar>
              <w:top w:w="75" w:type="dxa"/>
              <w:left w:w="150" w:type="dxa"/>
              <w:bottom w:w="75" w:type="dxa"/>
              <w:right w:w="150" w:type="dxa"/>
            </w:tcMar>
          </w:tcPr>
          <w:p w14:paraId="2D9AAD3C" w14:textId="77777777" w:rsidR="003C4205" w:rsidRDefault="007F2D66">
            <w:pPr>
              <w:spacing w:after="0"/>
            </w:pPr>
            <w:r>
              <w:rPr>
                <w:rFonts w:ascii="Aptos Display" w:hAnsi="Aptos Display"/>
                <w:b/>
                <w:color w:val="FFFFFF"/>
                <w:sz w:val="22"/>
              </w:rPr>
              <w:t>6. Cancellation Policy</w:t>
            </w:r>
          </w:p>
        </w:tc>
      </w:tr>
    </w:tbl>
    <w:p w14:paraId="2099A7F9" w14:textId="77777777" w:rsidR="003C4205" w:rsidRDefault="007F2D66">
      <w:pPr>
        <w:keepLines/>
      </w:pPr>
      <w:r>
        <w:rPr>
          <w:sz w:val="19"/>
        </w:rPr>
        <w:t>If Client wishes to reschedule a coaching call, Client must provide at least 24 hours notice. No replacement session will be available if changes are not made with 24 hours prior notice.</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17F6512D" w14:textId="77777777">
        <w:trPr>
          <w:jc w:val="center"/>
        </w:trPr>
        <w:tc>
          <w:tcPr>
            <w:tcW w:w="10166" w:type="dxa"/>
            <w:shd w:val="clear" w:color="auto" w:fill="9966FF"/>
            <w:tcMar>
              <w:top w:w="75" w:type="dxa"/>
              <w:left w:w="150" w:type="dxa"/>
              <w:bottom w:w="75" w:type="dxa"/>
              <w:right w:w="150" w:type="dxa"/>
            </w:tcMar>
          </w:tcPr>
          <w:p w14:paraId="79F7EF78" w14:textId="77777777" w:rsidR="003C4205" w:rsidRDefault="007F2D66">
            <w:pPr>
              <w:spacing w:after="0"/>
            </w:pPr>
            <w:r>
              <w:rPr>
                <w:rFonts w:ascii="Aptos Display" w:hAnsi="Aptos Display"/>
                <w:b/>
                <w:color w:val="FFFFFF"/>
                <w:sz w:val="22"/>
              </w:rPr>
              <w:t>7. Refund Policy</w:t>
            </w:r>
          </w:p>
        </w:tc>
      </w:tr>
    </w:tbl>
    <w:p w14:paraId="5A229859" w14:textId="77777777" w:rsidR="003C4205" w:rsidRDefault="007F2D66">
      <w:pPr>
        <w:keepLines/>
      </w:pPr>
      <w:r>
        <w:rPr>
          <w:sz w:val="19"/>
        </w:rPr>
        <w:t>Coaching is a relationship that requires full commitment. Refunds are not generally offered for this service. Each request will be evaluated case by case and may depend on extenuating and unexpected circumstances in Client’s life.</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1D4FB3AA" w14:textId="77777777">
        <w:trPr>
          <w:jc w:val="center"/>
        </w:trPr>
        <w:tc>
          <w:tcPr>
            <w:tcW w:w="10166" w:type="dxa"/>
            <w:shd w:val="clear" w:color="auto" w:fill="9966FF"/>
            <w:tcMar>
              <w:top w:w="75" w:type="dxa"/>
              <w:left w:w="150" w:type="dxa"/>
              <w:bottom w:w="75" w:type="dxa"/>
              <w:right w:w="150" w:type="dxa"/>
            </w:tcMar>
          </w:tcPr>
          <w:p w14:paraId="58A8B4C6" w14:textId="77777777" w:rsidR="003C4205" w:rsidRDefault="007F2D66">
            <w:pPr>
              <w:spacing w:after="0"/>
            </w:pPr>
            <w:r>
              <w:rPr>
                <w:rFonts w:ascii="Aptos Display" w:hAnsi="Aptos Display"/>
                <w:b/>
                <w:color w:val="FFFFFF"/>
                <w:sz w:val="22"/>
              </w:rPr>
              <w:t>8. Limited Liability</w:t>
            </w:r>
          </w:p>
        </w:tc>
      </w:tr>
    </w:tbl>
    <w:p w14:paraId="7A999DE9" w14:textId="77777777" w:rsidR="003C4205" w:rsidRDefault="007F2D66">
      <w:pPr>
        <w:keepLines/>
      </w:pPr>
      <w:r>
        <w:rPr>
          <w:sz w:val="19"/>
        </w:rPr>
        <w:t>Coach makes no expressed or implied guarantees or warranties except as specifically provided in this agreement. Coach shall not be liable for consequential, special, or exemplary damages. Coach’s entire liability and Client’s exclusive remedy under this agreement are limited to the amount paid by Client to Coach for services rendered through the termination date, regardless of damages sustained by Client.</w:t>
      </w:r>
    </w:p>
    <w:p w14:paraId="6A05A809" w14:textId="77777777" w:rsidR="003C4205" w:rsidRDefault="007F2D66">
      <w:r>
        <w:br w:type="page"/>
      </w:r>
    </w:p>
    <w:p w14:paraId="55539E55" w14:textId="77777777" w:rsidR="003C4205" w:rsidRDefault="007F2D66">
      <w:pPr>
        <w:pStyle w:val="Title"/>
        <w:jc w:val="center"/>
      </w:pPr>
      <w:r>
        <w:lastRenderedPageBreak/>
        <w:t>Entire Agreement, Dispute Resolution &amp; Signatures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3587ABF4" w14:textId="77777777">
        <w:trPr>
          <w:jc w:val="center"/>
        </w:trPr>
        <w:tc>
          <w:tcPr>
            <w:tcW w:w="10166" w:type="dxa"/>
            <w:shd w:val="clear" w:color="auto" w:fill="9966FF"/>
            <w:tcMar>
              <w:top w:w="75" w:type="dxa"/>
              <w:left w:w="150" w:type="dxa"/>
              <w:bottom w:w="75" w:type="dxa"/>
              <w:right w:w="150" w:type="dxa"/>
            </w:tcMar>
          </w:tcPr>
          <w:p w14:paraId="53AD66FF" w14:textId="77777777" w:rsidR="003C4205" w:rsidRDefault="007F2D66">
            <w:pPr>
              <w:spacing w:after="0"/>
            </w:pPr>
            <w:r>
              <w:rPr>
                <w:rFonts w:ascii="Aptos Display" w:hAnsi="Aptos Display"/>
                <w:b/>
                <w:color w:val="FFFFFF"/>
                <w:sz w:val="22"/>
              </w:rPr>
              <w:t>9. Entire Agreement</w:t>
            </w:r>
          </w:p>
        </w:tc>
      </w:tr>
    </w:tbl>
    <w:p w14:paraId="48DEC9CD" w14:textId="77777777" w:rsidR="003C4205" w:rsidRDefault="007F2D66">
      <w:pPr>
        <w:keepLines/>
      </w:pPr>
      <w:r>
        <w:rPr>
          <w:sz w:val="19"/>
        </w:rPr>
        <w:t>This agreement, together with all other documents provided to Client by Coach during enrollment, constitutes the entire agreement between the parties. All prior written and oral representations are superseded by this agreement.</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156"/>
      </w:tblGrid>
      <w:tr w:rsidR="003C4205" w14:paraId="1F783963" w14:textId="77777777">
        <w:trPr>
          <w:jc w:val="center"/>
        </w:trPr>
        <w:tc>
          <w:tcPr>
            <w:tcW w:w="10166" w:type="dxa"/>
            <w:shd w:val="clear" w:color="auto" w:fill="9966FF"/>
            <w:tcMar>
              <w:top w:w="75" w:type="dxa"/>
              <w:left w:w="150" w:type="dxa"/>
              <w:bottom w:w="75" w:type="dxa"/>
              <w:right w:w="150" w:type="dxa"/>
            </w:tcMar>
          </w:tcPr>
          <w:p w14:paraId="382D417D" w14:textId="77777777" w:rsidR="003C4205" w:rsidRDefault="007F2D66">
            <w:pPr>
              <w:spacing w:after="0"/>
            </w:pPr>
            <w:r>
              <w:rPr>
                <w:rFonts w:ascii="Aptos Display" w:hAnsi="Aptos Display"/>
                <w:b/>
                <w:color w:val="FFFFFF"/>
                <w:sz w:val="22"/>
              </w:rPr>
              <w:t>10. Dispute Resolution</w:t>
            </w:r>
          </w:p>
        </w:tc>
      </w:tr>
    </w:tbl>
    <w:p w14:paraId="312F2107" w14:textId="77777777" w:rsidR="003C4205" w:rsidRDefault="007F2D66">
      <w:pPr>
        <w:keepLines/>
      </w:pPr>
      <w:r>
        <w:rPr>
          <w:sz w:val="19"/>
        </w:rPr>
        <w:t>If a dispute arises from this agreement, Coach and Client pledge to attempt mediation in good faith for up to 30 days after notice is given. If the dispute is not resolved, further proceedings will be settled legally in a court with appropriate jurisdiction.</w:t>
      </w:r>
    </w:p>
    <w:tbl>
      <w:tblPr>
        <w:tblW w:w="0" w:type="auto"/>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ook w:val="04A0" w:firstRow="1" w:lastRow="0" w:firstColumn="1" w:lastColumn="0" w:noHBand="0" w:noVBand="1"/>
      </w:tblPr>
      <w:tblGrid>
        <w:gridCol w:w="10146"/>
      </w:tblGrid>
      <w:tr w:rsidR="003C4205" w14:paraId="310E5EF9" w14:textId="77777777">
        <w:tc>
          <w:tcPr>
            <w:tcW w:w="10166" w:type="dxa"/>
            <w:shd w:val="clear" w:color="auto" w:fill="F7F4FF"/>
            <w:tcMar>
              <w:top w:w="150" w:type="dxa"/>
              <w:left w:w="180" w:type="dxa"/>
              <w:bottom w:w="150" w:type="dxa"/>
              <w:right w:w="180" w:type="dxa"/>
            </w:tcMar>
          </w:tcPr>
          <w:p w14:paraId="2CF5BA4E" w14:textId="0CED4E9F" w:rsidR="003C4205" w:rsidRPr="00704954" w:rsidRDefault="007F2D66">
            <w:pPr>
              <w:rPr>
                <w:sz w:val="19"/>
              </w:rPr>
            </w:pPr>
            <w:r>
              <w:rPr>
                <w:b/>
                <w:sz w:val="19"/>
              </w:rPr>
              <w:t xml:space="preserve">Submission instructions. </w:t>
            </w:r>
            <w:r>
              <w:rPr>
                <w:sz w:val="19"/>
              </w:rPr>
              <w:t xml:space="preserve">Sign below and email this Client Agreement to </w:t>
            </w:r>
            <w:r w:rsidR="006E3782">
              <w:rPr>
                <w:sz w:val="19"/>
              </w:rPr>
              <w:t xml:space="preserve">your </w:t>
            </w:r>
            <w:r>
              <w:rPr>
                <w:sz w:val="19"/>
              </w:rPr>
              <w:t>Coach before the first session</w:t>
            </w:r>
            <w:r w:rsidR="000D3BE9">
              <w:rPr>
                <w:sz w:val="19"/>
              </w:rPr>
              <w:t>. Email</w:t>
            </w:r>
            <w:r w:rsidR="00704954">
              <w:rPr>
                <w:sz w:val="19"/>
              </w:rPr>
              <w:t xml:space="preserve"> to </w:t>
            </w:r>
            <w:hyperlink r:id="rId8" w:history="1">
              <w:r w:rsidR="00704954" w:rsidRPr="00A86873">
                <w:rPr>
                  <w:rStyle w:val="Hyperlink"/>
                  <w:sz w:val="19"/>
                </w:rPr>
                <w:t>leadingwithlovecareservices@gmail.com</w:t>
              </w:r>
            </w:hyperlink>
            <w:r w:rsidR="006E3782">
              <w:rPr>
                <w:sz w:val="19"/>
              </w:rPr>
              <w:t>.</w:t>
            </w:r>
            <w:r w:rsidR="00704954">
              <w:rPr>
                <w:sz w:val="19"/>
              </w:rPr>
              <w:t xml:space="preserve"> Once the coach has signed the finalized version</w:t>
            </w:r>
            <w:r w:rsidR="006E3782">
              <w:rPr>
                <w:sz w:val="19"/>
              </w:rPr>
              <w:t xml:space="preserve">, a copy </w:t>
            </w:r>
            <w:r w:rsidR="00704954">
              <w:rPr>
                <w:sz w:val="19"/>
              </w:rPr>
              <w:t>will be sent to the</w:t>
            </w:r>
            <w:r w:rsidR="006E3782">
              <w:rPr>
                <w:sz w:val="19"/>
              </w:rPr>
              <w:t xml:space="preserve"> client</w:t>
            </w:r>
            <w:r w:rsidR="00704954">
              <w:rPr>
                <w:sz w:val="19"/>
              </w:rPr>
              <w:t xml:space="preserve"> email on file.</w:t>
            </w:r>
            <w:r>
              <w:rPr>
                <w:sz w:val="19"/>
              </w:rPr>
              <w:t xml:space="preserve"> Keep a copy </w:t>
            </w:r>
            <w:proofErr w:type="gramStart"/>
            <w:r>
              <w:rPr>
                <w:sz w:val="19"/>
              </w:rPr>
              <w:t>for</w:t>
            </w:r>
            <w:proofErr w:type="gramEnd"/>
            <w:r>
              <w:rPr>
                <w:sz w:val="19"/>
              </w:rPr>
              <w:t xml:space="preserve"> your records</w:t>
            </w:r>
            <w:r w:rsidR="006E3782">
              <w:rPr>
                <w:sz w:val="19"/>
              </w:rPr>
              <w:t>.</w:t>
            </w:r>
          </w:p>
        </w:tc>
      </w:tr>
    </w:tbl>
    <w:p w14:paraId="5A39BBE3" w14:textId="1B743359" w:rsidR="003C4205" w:rsidRDefault="000D3BE9">
      <w:pPr>
        <w:rPr>
          <w:i/>
          <w:iCs/>
          <w:sz w:val="16"/>
          <w:szCs w:val="16"/>
        </w:rPr>
      </w:pPr>
      <w:r w:rsidRPr="00F91986">
        <w:rPr>
          <w:i/>
          <w:iCs/>
          <w:sz w:val="16"/>
          <w:szCs w:val="16"/>
        </w:rPr>
        <w:t xml:space="preserve">By signing below, you understand and agree to the terms and conditions of the coaching program. You also acknowledge that </w:t>
      </w:r>
      <w:r w:rsidR="00F91986" w:rsidRPr="00F91986">
        <w:rPr>
          <w:i/>
          <w:iCs/>
          <w:sz w:val="16"/>
          <w:szCs w:val="16"/>
        </w:rPr>
        <w:t>the type</w:t>
      </w:r>
      <w:r w:rsidR="00F91986">
        <w:rPr>
          <w:i/>
          <w:iCs/>
          <w:sz w:val="16"/>
          <w:szCs w:val="16"/>
        </w:rPr>
        <w:t>d</w:t>
      </w:r>
      <w:r w:rsidR="00F91986" w:rsidRPr="00F91986">
        <w:rPr>
          <w:i/>
          <w:iCs/>
          <w:sz w:val="16"/>
          <w:szCs w:val="16"/>
        </w:rPr>
        <w:t xml:space="preserve"> signature will serve as a formal signature for this agreement. </w:t>
      </w:r>
    </w:p>
    <w:p w14:paraId="36EB3A96" w14:textId="77777777" w:rsidR="00F91986" w:rsidRPr="00F91986" w:rsidRDefault="00F91986">
      <w:pPr>
        <w:rPr>
          <w:sz w:val="16"/>
          <w:szCs w:val="16"/>
        </w:rPr>
      </w:pPr>
    </w:p>
    <w:tbl>
      <w:tblPr>
        <w:tblW w:w="0" w:type="auto"/>
        <w:jc w:val="center"/>
        <w:tblLayout w:type="fixed"/>
        <w:tblLook w:val="04A0" w:firstRow="1" w:lastRow="0" w:firstColumn="1" w:lastColumn="0" w:noHBand="0" w:noVBand="1"/>
      </w:tblPr>
      <w:tblGrid>
        <w:gridCol w:w="5083"/>
        <w:gridCol w:w="5083"/>
      </w:tblGrid>
      <w:tr w:rsidR="003C4205" w14:paraId="66B5508A" w14:textId="77777777">
        <w:trPr>
          <w:jc w:val="center"/>
        </w:trPr>
        <w:tc>
          <w:tcPr>
            <w:tcW w:w="5083" w:type="dxa"/>
            <w:tcMar>
              <w:top w:w="90" w:type="dxa"/>
              <w:left w:w="50" w:type="dxa"/>
              <w:bottom w:w="25" w:type="dxa"/>
              <w:right w:w="50" w:type="dxa"/>
            </w:tcMar>
          </w:tcPr>
          <w:p w14:paraId="54CBF08B" w14:textId="77777777" w:rsidR="003C4205" w:rsidRDefault="007F2D66">
            <w:r>
              <w:rPr>
                <w:b/>
                <w:sz w:val="19"/>
              </w:rPr>
              <w:t>Client Name (Please print)</w:t>
            </w:r>
          </w:p>
        </w:tc>
        <w:tc>
          <w:tcPr>
            <w:tcW w:w="5083" w:type="dxa"/>
            <w:tcMar>
              <w:top w:w="90" w:type="dxa"/>
              <w:left w:w="50" w:type="dxa"/>
              <w:bottom w:w="25" w:type="dxa"/>
              <w:right w:w="50" w:type="dxa"/>
            </w:tcMar>
          </w:tcPr>
          <w:p w14:paraId="491072FA" w14:textId="77777777" w:rsidR="003C4205" w:rsidRDefault="007F2D66">
            <w:r>
              <w:rPr>
                <w:b/>
                <w:sz w:val="19"/>
              </w:rPr>
              <w:t>Date</w:t>
            </w:r>
          </w:p>
        </w:tc>
      </w:tr>
      <w:tr w:rsidR="003C4205" w14:paraId="41C8F396" w14:textId="77777777">
        <w:trPr>
          <w:jc w:val="center"/>
        </w:trPr>
        <w:tc>
          <w:tcPr>
            <w:tcW w:w="5083" w:type="dxa"/>
            <w:tcBorders>
              <w:bottom w:val="single" w:sz="8" w:space="0" w:color="7C59D7"/>
            </w:tcBorders>
            <w:tcMar>
              <w:top w:w="90" w:type="dxa"/>
              <w:left w:w="50" w:type="dxa"/>
              <w:bottom w:w="45" w:type="dxa"/>
              <w:right w:w="50" w:type="dxa"/>
            </w:tcMar>
          </w:tcPr>
          <w:p w14:paraId="72A3D3EC" w14:textId="77777777" w:rsidR="003C4205" w:rsidRDefault="003C4205"/>
        </w:tc>
        <w:tc>
          <w:tcPr>
            <w:tcW w:w="5083" w:type="dxa"/>
            <w:tcBorders>
              <w:bottom w:val="single" w:sz="8" w:space="0" w:color="7C59D7"/>
            </w:tcBorders>
            <w:tcMar>
              <w:top w:w="90" w:type="dxa"/>
              <w:left w:w="50" w:type="dxa"/>
              <w:bottom w:w="45" w:type="dxa"/>
              <w:right w:w="50" w:type="dxa"/>
            </w:tcMar>
          </w:tcPr>
          <w:p w14:paraId="0D0B940D" w14:textId="77777777" w:rsidR="003C4205" w:rsidRDefault="003C4205"/>
        </w:tc>
      </w:tr>
      <w:tr w:rsidR="003C4205" w14:paraId="0B267F6A" w14:textId="77777777">
        <w:trPr>
          <w:jc w:val="center"/>
        </w:trPr>
        <w:tc>
          <w:tcPr>
            <w:tcW w:w="5083" w:type="dxa"/>
            <w:tcMar>
              <w:top w:w="90" w:type="dxa"/>
              <w:left w:w="50" w:type="dxa"/>
              <w:bottom w:w="25" w:type="dxa"/>
              <w:right w:w="50" w:type="dxa"/>
            </w:tcMar>
          </w:tcPr>
          <w:p w14:paraId="72B75C0A" w14:textId="77777777" w:rsidR="003C4205" w:rsidRDefault="007F2D66">
            <w:r>
              <w:rPr>
                <w:b/>
                <w:sz w:val="19"/>
              </w:rPr>
              <w:t>Client Signature</w:t>
            </w:r>
          </w:p>
        </w:tc>
        <w:tc>
          <w:tcPr>
            <w:tcW w:w="5083" w:type="dxa"/>
            <w:tcMar>
              <w:top w:w="90" w:type="dxa"/>
              <w:left w:w="50" w:type="dxa"/>
              <w:bottom w:w="25" w:type="dxa"/>
              <w:right w:w="50" w:type="dxa"/>
            </w:tcMar>
          </w:tcPr>
          <w:p w14:paraId="5F3F821A" w14:textId="77777777" w:rsidR="003C4205" w:rsidRDefault="007F2D66">
            <w:r>
              <w:rPr>
                <w:b/>
                <w:sz w:val="19"/>
              </w:rPr>
              <w:t>Date</w:t>
            </w:r>
          </w:p>
        </w:tc>
      </w:tr>
      <w:tr w:rsidR="003C4205" w14:paraId="0E27B00A" w14:textId="77777777">
        <w:trPr>
          <w:jc w:val="center"/>
        </w:trPr>
        <w:tc>
          <w:tcPr>
            <w:tcW w:w="5083" w:type="dxa"/>
            <w:tcBorders>
              <w:bottom w:val="single" w:sz="8" w:space="0" w:color="7C59D7"/>
            </w:tcBorders>
            <w:tcMar>
              <w:top w:w="90" w:type="dxa"/>
              <w:left w:w="50" w:type="dxa"/>
              <w:bottom w:w="45" w:type="dxa"/>
              <w:right w:w="50" w:type="dxa"/>
            </w:tcMar>
          </w:tcPr>
          <w:p w14:paraId="60061E4C" w14:textId="77777777" w:rsidR="003C4205" w:rsidRPr="000D3BE9" w:rsidRDefault="003C4205">
            <w:pPr>
              <w:rPr>
                <w:rFonts w:ascii="Rastanty Cortez" w:hAnsi="Rastanty Cortez"/>
              </w:rPr>
            </w:pPr>
          </w:p>
        </w:tc>
        <w:tc>
          <w:tcPr>
            <w:tcW w:w="5083" w:type="dxa"/>
            <w:tcBorders>
              <w:bottom w:val="single" w:sz="8" w:space="0" w:color="7C59D7"/>
            </w:tcBorders>
            <w:tcMar>
              <w:top w:w="90" w:type="dxa"/>
              <w:left w:w="50" w:type="dxa"/>
              <w:bottom w:w="45" w:type="dxa"/>
              <w:right w:w="50" w:type="dxa"/>
            </w:tcMar>
          </w:tcPr>
          <w:p w14:paraId="44EAFD9C" w14:textId="77777777" w:rsidR="003C4205" w:rsidRDefault="003C4205"/>
        </w:tc>
      </w:tr>
      <w:tr w:rsidR="003C4205" w14:paraId="35555BB6" w14:textId="77777777">
        <w:trPr>
          <w:jc w:val="center"/>
        </w:trPr>
        <w:tc>
          <w:tcPr>
            <w:tcW w:w="5083" w:type="dxa"/>
            <w:tcMar>
              <w:top w:w="90" w:type="dxa"/>
              <w:left w:w="50" w:type="dxa"/>
              <w:bottom w:w="25" w:type="dxa"/>
              <w:right w:w="50" w:type="dxa"/>
            </w:tcMar>
          </w:tcPr>
          <w:p w14:paraId="2A85DB2F" w14:textId="77777777" w:rsidR="003C4205" w:rsidRDefault="007F2D66">
            <w:r>
              <w:rPr>
                <w:b/>
                <w:sz w:val="19"/>
              </w:rPr>
              <w:t>Coach Name (Please print)</w:t>
            </w:r>
          </w:p>
        </w:tc>
        <w:tc>
          <w:tcPr>
            <w:tcW w:w="5083" w:type="dxa"/>
            <w:tcMar>
              <w:top w:w="90" w:type="dxa"/>
              <w:left w:w="50" w:type="dxa"/>
              <w:bottom w:w="25" w:type="dxa"/>
              <w:right w:w="50" w:type="dxa"/>
            </w:tcMar>
          </w:tcPr>
          <w:p w14:paraId="6ECD21A2" w14:textId="77777777" w:rsidR="003C4205" w:rsidRDefault="007F2D66">
            <w:r>
              <w:rPr>
                <w:b/>
                <w:sz w:val="19"/>
              </w:rPr>
              <w:t>Date</w:t>
            </w:r>
          </w:p>
        </w:tc>
      </w:tr>
      <w:tr w:rsidR="003C4205" w14:paraId="4B94D5A5" w14:textId="77777777">
        <w:trPr>
          <w:jc w:val="center"/>
        </w:trPr>
        <w:tc>
          <w:tcPr>
            <w:tcW w:w="5083" w:type="dxa"/>
            <w:tcBorders>
              <w:bottom w:val="single" w:sz="8" w:space="0" w:color="7C59D7"/>
            </w:tcBorders>
            <w:tcMar>
              <w:top w:w="90" w:type="dxa"/>
              <w:left w:w="50" w:type="dxa"/>
              <w:bottom w:w="45" w:type="dxa"/>
              <w:right w:w="50" w:type="dxa"/>
            </w:tcMar>
          </w:tcPr>
          <w:p w14:paraId="3DEEC669" w14:textId="77777777" w:rsidR="003C4205" w:rsidRDefault="003C4205"/>
        </w:tc>
        <w:tc>
          <w:tcPr>
            <w:tcW w:w="5083" w:type="dxa"/>
            <w:tcBorders>
              <w:bottom w:val="single" w:sz="8" w:space="0" w:color="7C59D7"/>
            </w:tcBorders>
            <w:tcMar>
              <w:top w:w="90" w:type="dxa"/>
              <w:left w:w="50" w:type="dxa"/>
              <w:bottom w:w="45" w:type="dxa"/>
              <w:right w:w="50" w:type="dxa"/>
            </w:tcMar>
          </w:tcPr>
          <w:p w14:paraId="3656B9AB" w14:textId="77777777" w:rsidR="003C4205" w:rsidRDefault="003C4205"/>
        </w:tc>
      </w:tr>
      <w:tr w:rsidR="003C4205" w14:paraId="5217CE8B" w14:textId="77777777">
        <w:trPr>
          <w:jc w:val="center"/>
        </w:trPr>
        <w:tc>
          <w:tcPr>
            <w:tcW w:w="5083" w:type="dxa"/>
            <w:tcMar>
              <w:top w:w="90" w:type="dxa"/>
              <w:left w:w="50" w:type="dxa"/>
              <w:bottom w:w="25" w:type="dxa"/>
              <w:right w:w="50" w:type="dxa"/>
            </w:tcMar>
          </w:tcPr>
          <w:p w14:paraId="31A9A9EE" w14:textId="77777777" w:rsidR="003C4205" w:rsidRDefault="007F2D66">
            <w:r>
              <w:rPr>
                <w:b/>
                <w:sz w:val="19"/>
              </w:rPr>
              <w:t>Coach Signature</w:t>
            </w:r>
          </w:p>
        </w:tc>
        <w:tc>
          <w:tcPr>
            <w:tcW w:w="5083" w:type="dxa"/>
            <w:tcMar>
              <w:top w:w="90" w:type="dxa"/>
              <w:left w:w="50" w:type="dxa"/>
              <w:bottom w:w="25" w:type="dxa"/>
              <w:right w:w="50" w:type="dxa"/>
            </w:tcMar>
          </w:tcPr>
          <w:p w14:paraId="7429D9BD" w14:textId="77777777" w:rsidR="003C4205" w:rsidRDefault="007F2D66">
            <w:r>
              <w:rPr>
                <w:b/>
                <w:sz w:val="19"/>
              </w:rPr>
              <w:t>Date</w:t>
            </w:r>
          </w:p>
        </w:tc>
      </w:tr>
      <w:tr w:rsidR="003C4205" w14:paraId="45FB0818" w14:textId="77777777">
        <w:trPr>
          <w:jc w:val="center"/>
        </w:trPr>
        <w:tc>
          <w:tcPr>
            <w:tcW w:w="5083" w:type="dxa"/>
            <w:tcBorders>
              <w:bottom w:val="single" w:sz="8" w:space="0" w:color="7C59D7"/>
            </w:tcBorders>
            <w:tcMar>
              <w:top w:w="90" w:type="dxa"/>
              <w:left w:w="50" w:type="dxa"/>
              <w:bottom w:w="45" w:type="dxa"/>
              <w:right w:w="50" w:type="dxa"/>
            </w:tcMar>
          </w:tcPr>
          <w:p w14:paraId="049F31CB" w14:textId="77777777" w:rsidR="003C4205" w:rsidRPr="000D3BE9" w:rsidRDefault="003C4205">
            <w:pPr>
              <w:rPr>
                <w:rFonts w:ascii="Dreaming Outloud Script Pro" w:hAnsi="Dreaming Outloud Script Pro" w:cs="Dreaming Outloud Script Pro"/>
              </w:rPr>
            </w:pPr>
          </w:p>
        </w:tc>
        <w:tc>
          <w:tcPr>
            <w:tcW w:w="5083" w:type="dxa"/>
            <w:tcBorders>
              <w:bottom w:val="single" w:sz="8" w:space="0" w:color="7C59D7"/>
            </w:tcBorders>
            <w:tcMar>
              <w:top w:w="90" w:type="dxa"/>
              <w:left w:w="50" w:type="dxa"/>
              <w:bottom w:w="45" w:type="dxa"/>
              <w:right w:w="50" w:type="dxa"/>
            </w:tcMar>
          </w:tcPr>
          <w:p w14:paraId="53128261" w14:textId="77777777" w:rsidR="003C4205" w:rsidRDefault="003C4205"/>
        </w:tc>
      </w:tr>
    </w:tbl>
    <w:p w14:paraId="75AD1030" w14:textId="77777777" w:rsidR="003C4205" w:rsidRDefault="007F2D66">
      <w:pPr>
        <w:jc w:val="center"/>
      </w:pPr>
      <w:r>
        <w:rPr>
          <w:b/>
          <w:i/>
          <w:color w:val="7C59D7"/>
        </w:rPr>
        <w:t>Thank you for choosing Leading with Love Care Services.</w:t>
      </w:r>
    </w:p>
    <w:sectPr w:rsidR="003C4205" w:rsidSect="00034616">
      <w:headerReference w:type="default" r:id="rId9"/>
      <w:footerReference w:type="default" r:id="rId10"/>
      <w:pgSz w:w="12240" w:h="15840"/>
      <w:pgMar w:top="792" w:right="1037" w:bottom="792" w:left="1037"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E6AC0" w14:textId="77777777" w:rsidR="00454B9E" w:rsidRDefault="00454B9E">
      <w:pPr>
        <w:spacing w:after="0" w:line="240" w:lineRule="auto"/>
      </w:pPr>
      <w:r>
        <w:separator/>
      </w:r>
    </w:p>
  </w:endnote>
  <w:endnote w:type="continuationSeparator" w:id="0">
    <w:p w14:paraId="5E97104E" w14:textId="77777777" w:rsidR="00454B9E" w:rsidRDefault="00454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3C4205" w:rsidRDefault="003C4205">
    <w:pPr>
      <w:pStyle w:val="Footer"/>
    </w:pPr>
  </w:p>
  <w:tbl>
    <w:tblPr>
      <w:tblW w:w="0" w:type="auto"/>
      <w:tblLook w:val="04A0" w:firstRow="1" w:lastRow="0" w:firstColumn="1" w:lastColumn="0" w:noHBand="0" w:noVBand="1"/>
    </w:tblPr>
    <w:tblGrid>
      <w:gridCol w:w="5040"/>
      <w:gridCol w:w="5040"/>
    </w:tblGrid>
    <w:tr w:rsidR="003C4205" w14:paraId="262A62F7" w14:textId="77777777">
      <w:tc>
        <w:tcPr>
          <w:tcW w:w="5040" w:type="dxa"/>
        </w:tcPr>
        <w:p w14:paraId="41E95233" w14:textId="77777777" w:rsidR="003C4205" w:rsidRDefault="007F2D66">
          <w:r>
            <w:rPr>
              <w:color w:val="5B6570"/>
              <w:sz w:val="17"/>
            </w:rPr>
            <w:t>Confidential - Leading with Love Care Services</w:t>
          </w:r>
        </w:p>
      </w:tc>
      <w:tc>
        <w:tcPr>
          <w:tcW w:w="5040" w:type="dxa"/>
        </w:tcPr>
        <w:p w14:paraId="5B241EEE" w14:textId="02689995" w:rsidR="003C4205" w:rsidRDefault="007F2D66">
          <w:pPr>
            <w:jc w:val="right"/>
          </w:pPr>
          <w:r>
            <w:rPr>
              <w:color w:val="5B6570"/>
              <w:sz w:val="17"/>
            </w:rPr>
            <w:t xml:space="preserve">Page </w:t>
          </w:r>
          <w:r>
            <w:rPr>
              <w:color w:val="5B6570"/>
              <w:sz w:val="17"/>
            </w:rPr>
            <w:fldChar w:fldCharType="begin"/>
          </w:r>
          <w:r>
            <w:rPr>
              <w:color w:val="5B6570"/>
              <w:sz w:val="17"/>
            </w:rPr>
            <w:instrText xml:space="preserve"> PAGE </w:instrText>
          </w:r>
          <w:r>
            <w:rPr>
              <w:color w:val="5B6570"/>
              <w:sz w:val="17"/>
            </w:rPr>
            <w:fldChar w:fldCharType="separate"/>
          </w:r>
          <w:r>
            <w:rPr>
              <w:noProof/>
              <w:color w:val="5B6570"/>
              <w:sz w:val="17"/>
            </w:rPr>
            <w:t>1</w:t>
          </w:r>
          <w:r>
            <w:rPr>
              <w:color w:val="5B657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BFB4" w14:textId="77777777" w:rsidR="00454B9E" w:rsidRDefault="00454B9E">
      <w:pPr>
        <w:spacing w:after="0" w:line="240" w:lineRule="auto"/>
      </w:pPr>
      <w:r>
        <w:separator/>
      </w:r>
    </w:p>
  </w:footnote>
  <w:footnote w:type="continuationSeparator" w:id="0">
    <w:p w14:paraId="0D76BF3C" w14:textId="77777777" w:rsidR="00454B9E" w:rsidRDefault="00454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6DB7D721" w:rsidR="003C4205" w:rsidRDefault="00D6004C">
    <w:pPr>
      <w:pStyle w:val="Header"/>
    </w:pPr>
    <w:r>
      <w:rPr>
        <w:noProof/>
      </w:rPr>
      <w:drawing>
        <wp:anchor distT="0" distB="0" distL="114300" distR="114300" simplePos="0" relativeHeight="251658240" behindDoc="1" locked="0" layoutInCell="1" allowOverlap="1" wp14:anchorId="1423D47E" wp14:editId="30B91A36">
          <wp:simplePos x="0" y="0"/>
          <wp:positionH relativeFrom="column">
            <wp:posOffset>2751138</wp:posOffset>
          </wp:positionH>
          <wp:positionV relativeFrom="paragraph">
            <wp:posOffset>-44450</wp:posOffset>
          </wp:positionV>
          <wp:extent cx="804672" cy="55868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04672" cy="558684"/>
                  </a:xfrm>
                  <a:prstGeom prst="rect">
                    <a:avLst/>
                  </a:prstGeom>
                </pic:spPr>
              </pic:pic>
            </a:graphicData>
          </a:graphic>
        </wp:anchor>
      </w:drawing>
    </w:r>
  </w:p>
  <w:tbl>
    <w:tblPr>
      <w:tblW w:w="0" w:type="auto"/>
      <w:tblLayout w:type="fixed"/>
      <w:tblLook w:val="04A0" w:firstRow="1" w:lastRow="0" w:firstColumn="1" w:lastColumn="0" w:noHBand="0" w:noVBand="1"/>
    </w:tblPr>
    <w:tblGrid>
      <w:gridCol w:w="5040"/>
      <w:gridCol w:w="5040"/>
    </w:tblGrid>
    <w:tr w:rsidR="003C4205" w14:paraId="0A50F0B1" w14:textId="77777777">
      <w:tc>
        <w:tcPr>
          <w:tcW w:w="5040" w:type="dxa"/>
        </w:tcPr>
        <w:p w14:paraId="4101652C" w14:textId="5A39928B" w:rsidR="003C4205" w:rsidRDefault="003C4205"/>
      </w:tc>
      <w:tc>
        <w:tcPr>
          <w:tcW w:w="5040" w:type="dxa"/>
        </w:tcPr>
        <w:p w14:paraId="3DDC92ED" w14:textId="77777777" w:rsidR="00D6004C" w:rsidRPr="00D6004C" w:rsidRDefault="00DA1F35">
          <w:pPr>
            <w:jc w:val="right"/>
            <w:rPr>
              <w:b/>
              <w:color w:val="7C59D7"/>
              <w:sz w:val="26"/>
              <w:szCs w:val="26"/>
            </w:rPr>
          </w:pPr>
          <w:r w:rsidRPr="00D6004C">
            <w:rPr>
              <w:b/>
              <w:color w:val="7C59D7"/>
              <w:sz w:val="26"/>
              <w:szCs w:val="26"/>
            </w:rPr>
            <w:t xml:space="preserve">LEADING WITH LOVE </w:t>
          </w:r>
          <w:r w:rsidR="00D6004C" w:rsidRPr="00D6004C">
            <w:rPr>
              <w:b/>
              <w:color w:val="7C59D7"/>
              <w:sz w:val="26"/>
              <w:szCs w:val="26"/>
            </w:rPr>
            <w:t xml:space="preserve">CARE SERVICES </w:t>
          </w:r>
        </w:p>
        <w:p w14:paraId="3BCCE4B0" w14:textId="77777777" w:rsidR="003C4205" w:rsidRDefault="007F2D66">
          <w:pPr>
            <w:jc w:val="right"/>
            <w:rPr>
              <w:b/>
              <w:color w:val="7C59D7"/>
              <w:sz w:val="16"/>
            </w:rPr>
          </w:pPr>
          <w:r>
            <w:rPr>
              <w:b/>
              <w:color w:val="7C59D7"/>
              <w:sz w:val="16"/>
            </w:rPr>
            <w:t>COACHING PROGRAM</w:t>
          </w:r>
          <w:r w:rsidR="00D6004C">
            <w:rPr>
              <w:b/>
              <w:color w:val="7C59D7"/>
              <w:sz w:val="16"/>
            </w:rPr>
            <w:t xml:space="preserve"> AGREEMENT</w:t>
          </w:r>
        </w:p>
        <w:p w14:paraId="454C106D" w14:textId="1B4A1010" w:rsidR="00D6004C" w:rsidRDefault="00D6004C">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3457638">
    <w:abstractNumId w:val="8"/>
  </w:num>
  <w:num w:numId="2" w16cid:durableId="609242337">
    <w:abstractNumId w:val="6"/>
  </w:num>
  <w:num w:numId="3" w16cid:durableId="118499041">
    <w:abstractNumId w:val="5"/>
  </w:num>
  <w:num w:numId="4" w16cid:durableId="1281523224">
    <w:abstractNumId w:val="4"/>
  </w:num>
  <w:num w:numId="5" w16cid:durableId="714352015">
    <w:abstractNumId w:val="7"/>
  </w:num>
  <w:num w:numId="6" w16cid:durableId="220949554">
    <w:abstractNumId w:val="3"/>
  </w:num>
  <w:num w:numId="7" w16cid:durableId="628365426">
    <w:abstractNumId w:val="2"/>
  </w:num>
  <w:num w:numId="8" w16cid:durableId="1917664278">
    <w:abstractNumId w:val="1"/>
  </w:num>
  <w:num w:numId="9" w16cid:durableId="1945914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905"/>
    <w:rsid w:val="0006063C"/>
    <w:rsid w:val="000620AB"/>
    <w:rsid w:val="000D3BE9"/>
    <w:rsid w:val="0010749C"/>
    <w:rsid w:val="0015074B"/>
    <w:rsid w:val="0029639D"/>
    <w:rsid w:val="00312749"/>
    <w:rsid w:val="00326F90"/>
    <w:rsid w:val="00365586"/>
    <w:rsid w:val="003C4205"/>
    <w:rsid w:val="00454B9E"/>
    <w:rsid w:val="006E3782"/>
    <w:rsid w:val="00704954"/>
    <w:rsid w:val="007F2D66"/>
    <w:rsid w:val="008D5304"/>
    <w:rsid w:val="009A503D"/>
    <w:rsid w:val="00A530E1"/>
    <w:rsid w:val="00AA1D8D"/>
    <w:rsid w:val="00B47730"/>
    <w:rsid w:val="00BB6BD1"/>
    <w:rsid w:val="00CB0664"/>
    <w:rsid w:val="00D6004C"/>
    <w:rsid w:val="00DA1F35"/>
    <w:rsid w:val="00F13904"/>
    <w:rsid w:val="00F91986"/>
    <w:rsid w:val="00FC372F"/>
    <w:rsid w:val="00FC693F"/>
    <w:rsid w:val="2180B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22B76A4-ABF6-4466-9C03-452052AA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Aptos" w:hAnsi="Aptos"/>
      <w:color w:val="0827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9966F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04954"/>
    <w:rPr>
      <w:color w:val="0000FF" w:themeColor="hyperlink"/>
      <w:u w:val="single"/>
    </w:rPr>
  </w:style>
  <w:style w:type="character" w:styleId="UnresolvedMention">
    <w:name w:val="Unresolved Mention"/>
    <w:basedOn w:val="DefaultParagraphFont"/>
    <w:uiPriority w:val="99"/>
    <w:semiHidden/>
    <w:unhideWhenUsed/>
    <w:rsid w:val="00704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adingwithlovecareservice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959</Words>
  <Characters>5441</Characters>
  <Application>Microsoft Office Word</Application>
  <DocSecurity>0</DocSecurity>
  <Lines>118</Lines>
  <Paragraphs>85</Paragraphs>
  <ScaleCrop>false</ScaleCrop>
  <Manager/>
  <Company/>
  <LinksUpToDate>false</LinksUpToDate>
  <CharactersWithSpaces>6315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Quiona Bryant Love</dc:creator>
  <cp:keywords/>
  <dc:description>generated by python-docx</dc:description>
  <cp:lastModifiedBy>Quiona Bryant Love</cp:lastModifiedBy>
  <cp:revision>14</cp:revision>
  <dcterms:created xsi:type="dcterms:W3CDTF">2026-09-07T21:42:00Z</dcterms:created>
  <dcterms:modified xsi:type="dcterms:W3CDTF">2026-09-08T01:33:00Z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2026-09-07T21:38:16Z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c2215043-d3af-4137-ab06-9f196018eec0</vt:lpwstr>
  </property>
  <property fmtid="{D5CDD505-2E9C-101B-9397-08002B2CF9AE}" pid="8" name="MSIP_Label_b0b638e0-f50f-48bd-992f-bcb55031a99f_ContentBits">
    <vt:lpwstr>0</vt:lpwstr>
  </property>
  <property fmtid="{D5CDD505-2E9C-101B-9397-08002B2CF9AE}" pid="9" name="MSIP_Label_b0b638e0-f50f-48bd-992f-bcb55031a99f_Tag">
    <vt:lpwstr>10, 3, 0, 2</vt:lpwstr>
  </property>
</Properties>
</file>