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0729" w14:textId="77777777" w:rsidR="009208FD" w:rsidRDefault="009208FD">
      <w:pPr>
        <w:spacing w:after="20"/>
        <w:jc w:val="center"/>
      </w:pPr>
    </w:p>
    <w:p w14:paraId="7529A811" w14:textId="77777777" w:rsidR="009208FD" w:rsidRDefault="009208FD">
      <w:pPr>
        <w:spacing w:after="20"/>
        <w:jc w:val="center"/>
      </w:pPr>
    </w:p>
    <w:p w14:paraId="408808EA" w14:textId="777F9951" w:rsidR="009B7D20" w:rsidRDefault="0082270D">
      <w:pPr>
        <w:spacing w:after="20"/>
        <w:jc w:val="center"/>
      </w:pPr>
      <w:r>
        <w:rPr>
          <w:noProof/>
        </w:rPr>
        <w:drawing>
          <wp:inline distT="0" distB="0" distL="0" distR="0" wp14:anchorId="491E2F52" wp14:editId="260A2E9D">
            <wp:extent cx="1234440" cy="857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234440" cy="857072"/>
                    </a:xfrm>
                    <a:prstGeom prst="rect">
                      <a:avLst/>
                    </a:prstGeom>
                  </pic:spPr>
                </pic:pic>
              </a:graphicData>
            </a:graphic>
          </wp:inline>
        </w:drawing>
      </w:r>
    </w:p>
    <w:p w14:paraId="3DCAD937" w14:textId="77777777" w:rsidR="009B7D20" w:rsidRDefault="0082270D">
      <w:pPr>
        <w:spacing w:after="20"/>
        <w:jc w:val="center"/>
      </w:pPr>
      <w:r>
        <w:rPr>
          <w:rFonts w:ascii="Aptos Display" w:hAnsi="Aptos Display"/>
          <w:b/>
          <w:color w:val="4E2E86"/>
          <w:sz w:val="32"/>
        </w:rPr>
        <w:t>SENIOR PERSONAL CARE INTAKE FORM</w:t>
      </w:r>
    </w:p>
    <w:p w14:paraId="29FBF583" w14:textId="77777777" w:rsidR="009B7D20" w:rsidRDefault="0082270D">
      <w:pPr>
        <w:spacing w:after="140"/>
        <w:jc w:val="center"/>
      </w:pPr>
      <w:r>
        <w:rPr>
          <w:i/>
          <w:color w:val="7C59D7"/>
        </w:rPr>
        <w:t>Initial information for personal care assessment and service planning</w:t>
      </w:r>
    </w:p>
    <w:tbl>
      <w:tblPr>
        <w:tblW w:w="0" w:type="auto"/>
        <w:jc w:val="center"/>
        <w:tblBorders>
          <w:top w:val="single" w:sz="0" w:space="0" w:color="4E2E86"/>
          <w:left w:val="single" w:sz="0" w:space="0" w:color="4E2E86"/>
          <w:bottom w:val="single" w:sz="0" w:space="0" w:color="4E2E86"/>
          <w:right w:val="single" w:sz="0" w:space="0" w:color="4E2E86"/>
          <w:insideH w:val="single" w:sz="0" w:space="0" w:color="4E2E86"/>
          <w:insideV w:val="single" w:sz="0" w:space="0" w:color="4E2E86"/>
        </w:tblBorders>
        <w:tblLook w:val="04A0" w:firstRow="1" w:lastRow="0" w:firstColumn="1" w:lastColumn="0" w:noHBand="0" w:noVBand="1"/>
      </w:tblPr>
      <w:tblGrid>
        <w:gridCol w:w="5184"/>
        <w:gridCol w:w="5184"/>
      </w:tblGrid>
      <w:tr w:rsidR="009B7D20" w14:paraId="0D0E8314" w14:textId="77777777">
        <w:trPr>
          <w:jc w:val="center"/>
        </w:trPr>
        <w:tc>
          <w:tcPr>
            <w:tcW w:w="10368" w:type="dxa"/>
            <w:gridSpan w:val="2"/>
            <w:shd w:val="clear" w:color="auto" w:fill="4E2E86"/>
            <w:tcMar>
              <w:top w:w="120" w:type="dxa"/>
              <w:left w:w="120" w:type="dxa"/>
              <w:bottom w:w="120" w:type="dxa"/>
              <w:right w:w="120" w:type="dxa"/>
            </w:tcMar>
            <w:vAlign w:val="center"/>
          </w:tcPr>
          <w:p w14:paraId="420676F6" w14:textId="77777777" w:rsidR="009B7D20" w:rsidRDefault="0082270D">
            <w:pPr>
              <w:spacing w:after="0"/>
            </w:pPr>
            <w:r>
              <w:rPr>
                <w:b/>
                <w:color w:val="FFFFFF"/>
                <w:sz w:val="21"/>
              </w:rPr>
              <w:t>1. CLIENT INFORMATION</w:t>
            </w:r>
          </w:p>
        </w:tc>
      </w:tr>
      <w:tr w:rsidR="009B7D20" w14:paraId="5492BC91"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00C7433A" w14:textId="77777777" w:rsidR="009B7D20" w:rsidRDefault="0082270D">
            <w:pPr>
              <w:spacing w:after="0"/>
            </w:pPr>
            <w:r>
              <w:rPr>
                <w:b/>
                <w:color w:val="4E2E86"/>
                <w:sz w:val="17"/>
              </w:rPr>
              <w:t>Full Name</w:t>
            </w:r>
          </w:p>
        </w:tc>
        <w:tc>
          <w:tcPr>
            <w:tcW w:w="5184" w:type="dxa"/>
            <w:shd w:val="clear" w:color="auto" w:fill="F1ECFB"/>
            <w:tcMar>
              <w:top w:w="120" w:type="dxa"/>
              <w:left w:w="120" w:type="dxa"/>
              <w:bottom w:w="120" w:type="dxa"/>
              <w:right w:w="120" w:type="dxa"/>
            </w:tcMar>
            <w:vAlign w:val="center"/>
          </w:tcPr>
          <w:p w14:paraId="776ABAF2" w14:textId="77777777" w:rsidR="009B7D20" w:rsidRDefault="0082270D">
            <w:pPr>
              <w:spacing w:after="0"/>
            </w:pPr>
            <w:r>
              <w:rPr>
                <w:b/>
                <w:color w:val="4E2E86"/>
                <w:sz w:val="17"/>
              </w:rPr>
              <w:t>Date of Birth</w:t>
            </w:r>
          </w:p>
        </w:tc>
      </w:tr>
      <w:tr w:rsidR="009B7D20" w14:paraId="08C1B835"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1C58E636" w14:textId="4E3A1D1C" w:rsidR="009B7D20" w:rsidRDefault="009B7D20">
            <w:pPr>
              <w:spacing w:after="0"/>
            </w:pPr>
          </w:p>
        </w:tc>
        <w:tc>
          <w:tcPr>
            <w:tcW w:w="5184" w:type="dxa"/>
            <w:tcMar>
              <w:top w:w="180" w:type="dxa"/>
              <w:left w:w="120" w:type="dxa"/>
              <w:bottom w:w="180" w:type="dxa"/>
              <w:right w:w="120" w:type="dxa"/>
            </w:tcMar>
            <w:vAlign w:val="center"/>
          </w:tcPr>
          <w:p w14:paraId="19846FCD" w14:textId="53CF2E90" w:rsidR="009B7D20" w:rsidRDefault="009B7D20">
            <w:pPr>
              <w:spacing w:after="0"/>
            </w:pPr>
          </w:p>
        </w:tc>
      </w:tr>
      <w:tr w:rsidR="009B7D20" w14:paraId="7C989C18"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0AC48D98" w14:textId="77777777" w:rsidR="009B7D20" w:rsidRDefault="0082270D">
            <w:pPr>
              <w:spacing w:after="0"/>
            </w:pPr>
            <w:r>
              <w:rPr>
                <w:b/>
                <w:color w:val="4E2E86"/>
                <w:sz w:val="17"/>
              </w:rPr>
              <w:t>Physical Address</w:t>
            </w:r>
          </w:p>
        </w:tc>
        <w:tc>
          <w:tcPr>
            <w:tcW w:w="5184" w:type="dxa"/>
            <w:shd w:val="clear" w:color="auto" w:fill="F1ECFB"/>
            <w:tcMar>
              <w:top w:w="120" w:type="dxa"/>
              <w:left w:w="120" w:type="dxa"/>
              <w:bottom w:w="120" w:type="dxa"/>
              <w:right w:w="120" w:type="dxa"/>
            </w:tcMar>
            <w:vAlign w:val="center"/>
          </w:tcPr>
          <w:p w14:paraId="3178A682" w14:textId="77777777" w:rsidR="009B7D20" w:rsidRDefault="0082270D">
            <w:pPr>
              <w:spacing w:after="0"/>
            </w:pPr>
            <w:r>
              <w:rPr>
                <w:b/>
                <w:color w:val="4E2E86"/>
                <w:sz w:val="17"/>
              </w:rPr>
              <w:t>Phone</w:t>
            </w:r>
          </w:p>
        </w:tc>
      </w:tr>
      <w:tr w:rsidR="009B7D20" w14:paraId="04DA6FF3"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05A940E1" w14:textId="12C5099D" w:rsidR="009B7D20" w:rsidRDefault="009B7D20">
            <w:pPr>
              <w:spacing w:after="0"/>
            </w:pPr>
          </w:p>
        </w:tc>
        <w:tc>
          <w:tcPr>
            <w:tcW w:w="5184" w:type="dxa"/>
            <w:tcMar>
              <w:top w:w="180" w:type="dxa"/>
              <w:left w:w="120" w:type="dxa"/>
              <w:bottom w:w="180" w:type="dxa"/>
              <w:right w:w="120" w:type="dxa"/>
            </w:tcMar>
            <w:vAlign w:val="center"/>
          </w:tcPr>
          <w:p w14:paraId="492AAA77" w14:textId="73D02269" w:rsidR="009B7D20" w:rsidRDefault="009B7D20">
            <w:pPr>
              <w:spacing w:after="0"/>
            </w:pPr>
          </w:p>
        </w:tc>
      </w:tr>
      <w:tr w:rsidR="009B7D20" w14:paraId="6F24CDE8"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4B057327" w14:textId="77777777" w:rsidR="009B7D20" w:rsidRDefault="0082270D">
            <w:pPr>
              <w:spacing w:after="0"/>
            </w:pPr>
            <w:r>
              <w:rPr>
                <w:b/>
                <w:color w:val="4E2E86"/>
                <w:sz w:val="17"/>
              </w:rPr>
              <w:t>Preferred Language</w:t>
            </w:r>
          </w:p>
        </w:tc>
        <w:tc>
          <w:tcPr>
            <w:tcW w:w="5184" w:type="dxa"/>
            <w:shd w:val="clear" w:color="auto" w:fill="F1ECFB"/>
            <w:tcMar>
              <w:top w:w="120" w:type="dxa"/>
              <w:left w:w="120" w:type="dxa"/>
              <w:bottom w:w="120" w:type="dxa"/>
              <w:right w:w="120" w:type="dxa"/>
            </w:tcMar>
            <w:vAlign w:val="center"/>
          </w:tcPr>
          <w:p w14:paraId="2B1F69A6" w14:textId="77777777" w:rsidR="009B7D20" w:rsidRDefault="0082270D">
            <w:pPr>
              <w:spacing w:after="0"/>
            </w:pPr>
            <w:r>
              <w:rPr>
                <w:b/>
                <w:color w:val="4E2E86"/>
                <w:sz w:val="17"/>
              </w:rPr>
              <w:t>Living Situation</w:t>
            </w:r>
          </w:p>
        </w:tc>
      </w:tr>
      <w:tr w:rsidR="009B7D20" w14:paraId="012970C4"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71FC3DDB" w14:textId="4EFD6E02" w:rsidR="009B7D20" w:rsidRDefault="009B7D20">
            <w:pPr>
              <w:spacing w:after="0"/>
            </w:pPr>
          </w:p>
        </w:tc>
        <w:tc>
          <w:tcPr>
            <w:tcW w:w="5184" w:type="dxa"/>
            <w:tcMar>
              <w:top w:w="180" w:type="dxa"/>
              <w:left w:w="120" w:type="dxa"/>
              <w:bottom w:w="180" w:type="dxa"/>
              <w:right w:w="120" w:type="dxa"/>
            </w:tcMar>
            <w:vAlign w:val="center"/>
          </w:tcPr>
          <w:p w14:paraId="74DDEF12" w14:textId="70142524" w:rsidR="009B7D20" w:rsidRDefault="009B7D20">
            <w:pPr>
              <w:spacing w:after="0"/>
            </w:pPr>
          </w:p>
        </w:tc>
      </w:tr>
      <w:tr w:rsidR="009208FD" w14:paraId="53099A1C"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50C195F4" w14:textId="31B595DE" w:rsidR="009208FD" w:rsidRDefault="009208FD">
            <w:pPr>
              <w:spacing w:after="0"/>
            </w:pPr>
            <w:r w:rsidRPr="009208FD">
              <w:rPr>
                <w:b/>
                <w:bCs/>
                <w:color w:val="3F0065"/>
              </w:rPr>
              <w:t>Interested in Residential Group Co-Living Housing?</w:t>
            </w:r>
          </w:p>
        </w:tc>
        <w:tc>
          <w:tcPr>
            <w:tcW w:w="5184" w:type="dxa"/>
            <w:tcMar>
              <w:top w:w="180" w:type="dxa"/>
              <w:left w:w="120" w:type="dxa"/>
              <w:bottom w:w="180" w:type="dxa"/>
              <w:right w:w="120" w:type="dxa"/>
            </w:tcMar>
            <w:vAlign w:val="center"/>
          </w:tcPr>
          <w:p w14:paraId="2DA2A10F" w14:textId="48F558E4" w:rsidR="009208FD" w:rsidRDefault="009208FD">
            <w:pPr>
              <w:spacing w:after="0"/>
            </w:pPr>
            <w:r>
              <w:rPr>
                <w:b/>
                <w:bCs/>
                <w:color w:val="auto"/>
              </w:rPr>
              <w:t xml:space="preserve">____ </w:t>
            </w:r>
            <w:proofErr w:type="gramStart"/>
            <w:r>
              <w:rPr>
                <w:b/>
                <w:bCs/>
                <w:color w:val="auto"/>
              </w:rPr>
              <w:t>Yes</w:t>
            </w:r>
            <w:proofErr w:type="gramEnd"/>
            <w:r>
              <w:rPr>
                <w:b/>
                <w:bCs/>
                <w:color w:val="auto"/>
              </w:rPr>
              <w:t xml:space="preserve"> ____ No</w:t>
            </w:r>
          </w:p>
        </w:tc>
      </w:tr>
      <w:tr w:rsidR="009B7D20" w14:paraId="48ECE38A" w14:textId="77777777">
        <w:trPr>
          <w:jc w:val="center"/>
        </w:trPr>
        <w:tc>
          <w:tcPr>
            <w:tcW w:w="10368" w:type="dxa"/>
            <w:gridSpan w:val="2"/>
            <w:shd w:val="clear" w:color="auto" w:fill="4E2E86"/>
            <w:tcMar>
              <w:top w:w="120" w:type="dxa"/>
              <w:left w:w="120" w:type="dxa"/>
              <w:bottom w:w="120" w:type="dxa"/>
              <w:right w:w="120" w:type="dxa"/>
            </w:tcMar>
            <w:vAlign w:val="center"/>
          </w:tcPr>
          <w:p w14:paraId="2DD7BFFC" w14:textId="77777777" w:rsidR="009B7D20" w:rsidRDefault="0082270D">
            <w:pPr>
              <w:spacing w:after="0"/>
            </w:pPr>
            <w:r>
              <w:rPr>
                <w:b/>
                <w:color w:val="FFFFFF"/>
                <w:sz w:val="21"/>
              </w:rPr>
              <w:t>2. EMERGENCY CONTACT &amp; LEGAL STATUS</w:t>
            </w:r>
          </w:p>
        </w:tc>
      </w:tr>
      <w:tr w:rsidR="009B7D20" w14:paraId="0A29E5A0"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42E204EE" w14:textId="77777777" w:rsidR="009B7D20" w:rsidRDefault="0082270D">
            <w:pPr>
              <w:spacing w:after="0"/>
            </w:pPr>
            <w:r>
              <w:rPr>
                <w:b/>
                <w:color w:val="4E2E86"/>
                <w:sz w:val="17"/>
              </w:rPr>
              <w:t>Primary Contact Name</w:t>
            </w:r>
          </w:p>
        </w:tc>
        <w:tc>
          <w:tcPr>
            <w:tcW w:w="5184" w:type="dxa"/>
            <w:shd w:val="clear" w:color="auto" w:fill="F1ECFB"/>
            <w:tcMar>
              <w:top w:w="120" w:type="dxa"/>
              <w:left w:w="120" w:type="dxa"/>
              <w:bottom w:w="120" w:type="dxa"/>
              <w:right w:w="120" w:type="dxa"/>
            </w:tcMar>
            <w:vAlign w:val="center"/>
          </w:tcPr>
          <w:p w14:paraId="73E3EDE2" w14:textId="77777777" w:rsidR="009B7D20" w:rsidRDefault="0082270D">
            <w:pPr>
              <w:spacing w:after="0"/>
            </w:pPr>
            <w:r>
              <w:rPr>
                <w:b/>
                <w:color w:val="4E2E86"/>
                <w:sz w:val="17"/>
              </w:rPr>
              <w:t>Relationship</w:t>
            </w:r>
          </w:p>
        </w:tc>
      </w:tr>
      <w:tr w:rsidR="009B7D20" w14:paraId="336A7A2A"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045ADB9C" w14:textId="0C46D570" w:rsidR="009B7D20" w:rsidRDefault="009B7D20">
            <w:pPr>
              <w:spacing w:after="0"/>
            </w:pPr>
          </w:p>
        </w:tc>
        <w:tc>
          <w:tcPr>
            <w:tcW w:w="5184" w:type="dxa"/>
            <w:tcMar>
              <w:top w:w="180" w:type="dxa"/>
              <w:left w:w="120" w:type="dxa"/>
              <w:bottom w:w="180" w:type="dxa"/>
              <w:right w:w="120" w:type="dxa"/>
            </w:tcMar>
            <w:vAlign w:val="center"/>
          </w:tcPr>
          <w:p w14:paraId="2CA790CB" w14:textId="25FD94EB" w:rsidR="009B7D20" w:rsidRDefault="009B7D20">
            <w:pPr>
              <w:spacing w:after="0"/>
            </w:pPr>
          </w:p>
        </w:tc>
      </w:tr>
      <w:tr w:rsidR="009B7D20" w14:paraId="37A6AD51"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16DD5C80" w14:textId="77777777" w:rsidR="009B7D20" w:rsidRDefault="0082270D">
            <w:pPr>
              <w:spacing w:after="0"/>
            </w:pPr>
            <w:r>
              <w:rPr>
                <w:b/>
                <w:color w:val="4E2E86"/>
                <w:sz w:val="17"/>
              </w:rPr>
              <w:t>Phone</w:t>
            </w:r>
          </w:p>
        </w:tc>
        <w:tc>
          <w:tcPr>
            <w:tcW w:w="5184" w:type="dxa"/>
            <w:shd w:val="clear" w:color="auto" w:fill="F1ECFB"/>
            <w:tcMar>
              <w:top w:w="120" w:type="dxa"/>
              <w:left w:w="120" w:type="dxa"/>
              <w:bottom w:w="120" w:type="dxa"/>
              <w:right w:w="120" w:type="dxa"/>
            </w:tcMar>
            <w:vAlign w:val="center"/>
          </w:tcPr>
          <w:p w14:paraId="453259AA" w14:textId="77777777" w:rsidR="009B7D20" w:rsidRDefault="0082270D">
            <w:pPr>
              <w:spacing w:after="0"/>
            </w:pPr>
            <w:r>
              <w:rPr>
                <w:b/>
                <w:color w:val="4E2E86"/>
                <w:sz w:val="17"/>
              </w:rPr>
              <w:t>Secondary Contact Name</w:t>
            </w:r>
          </w:p>
        </w:tc>
      </w:tr>
      <w:tr w:rsidR="009B7D20" w14:paraId="1208CB5E"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1053DF1C" w14:textId="49BD0B01" w:rsidR="009B7D20" w:rsidRDefault="009B7D20">
            <w:pPr>
              <w:spacing w:after="0"/>
            </w:pPr>
          </w:p>
        </w:tc>
        <w:tc>
          <w:tcPr>
            <w:tcW w:w="5184" w:type="dxa"/>
            <w:tcMar>
              <w:top w:w="180" w:type="dxa"/>
              <w:left w:w="120" w:type="dxa"/>
              <w:bottom w:w="180" w:type="dxa"/>
              <w:right w:w="120" w:type="dxa"/>
            </w:tcMar>
            <w:vAlign w:val="center"/>
          </w:tcPr>
          <w:p w14:paraId="7CA2F11C" w14:textId="3EB1E578" w:rsidR="009B7D20" w:rsidRDefault="009B7D20">
            <w:pPr>
              <w:spacing w:after="0"/>
            </w:pPr>
          </w:p>
        </w:tc>
      </w:tr>
      <w:tr w:rsidR="009B7D20" w14:paraId="3FF482F5"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766E82ED" w14:textId="77777777" w:rsidR="009B7D20" w:rsidRDefault="0082270D">
            <w:pPr>
              <w:spacing w:after="0"/>
            </w:pPr>
            <w:r>
              <w:rPr>
                <w:b/>
                <w:color w:val="4E2E86"/>
                <w:sz w:val="17"/>
              </w:rPr>
              <w:t>Relationship</w:t>
            </w:r>
          </w:p>
        </w:tc>
        <w:tc>
          <w:tcPr>
            <w:tcW w:w="5184" w:type="dxa"/>
            <w:shd w:val="clear" w:color="auto" w:fill="F1ECFB"/>
            <w:tcMar>
              <w:top w:w="120" w:type="dxa"/>
              <w:left w:w="120" w:type="dxa"/>
              <w:bottom w:w="120" w:type="dxa"/>
              <w:right w:w="120" w:type="dxa"/>
            </w:tcMar>
            <w:vAlign w:val="center"/>
          </w:tcPr>
          <w:p w14:paraId="08A1BDA1" w14:textId="77777777" w:rsidR="009B7D20" w:rsidRDefault="0082270D">
            <w:pPr>
              <w:spacing w:after="0"/>
            </w:pPr>
            <w:r>
              <w:rPr>
                <w:b/>
                <w:color w:val="4E2E86"/>
                <w:sz w:val="17"/>
              </w:rPr>
              <w:t>Phone</w:t>
            </w:r>
          </w:p>
        </w:tc>
      </w:tr>
      <w:tr w:rsidR="009B7D20" w14:paraId="3302B4A6"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2250D70F" w14:textId="2089DA96" w:rsidR="009B7D20" w:rsidRDefault="009B7D20">
            <w:pPr>
              <w:spacing w:after="0"/>
            </w:pPr>
          </w:p>
        </w:tc>
        <w:tc>
          <w:tcPr>
            <w:tcW w:w="5184" w:type="dxa"/>
            <w:tcMar>
              <w:top w:w="180" w:type="dxa"/>
              <w:left w:w="120" w:type="dxa"/>
              <w:bottom w:w="180" w:type="dxa"/>
              <w:right w:w="120" w:type="dxa"/>
            </w:tcMar>
            <w:vAlign w:val="center"/>
          </w:tcPr>
          <w:p w14:paraId="12571D10" w14:textId="3DCA9A2F" w:rsidR="009B7D20" w:rsidRDefault="009B7D20">
            <w:pPr>
              <w:spacing w:after="0"/>
            </w:pPr>
          </w:p>
        </w:tc>
      </w:tr>
      <w:tr w:rsidR="009B7D20" w14:paraId="470AF8B9"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shd w:val="clear" w:color="auto" w:fill="F1ECFB"/>
            <w:tcMar>
              <w:top w:w="120" w:type="dxa"/>
              <w:left w:w="120" w:type="dxa"/>
              <w:bottom w:w="120" w:type="dxa"/>
              <w:right w:w="120" w:type="dxa"/>
            </w:tcMar>
            <w:vAlign w:val="center"/>
          </w:tcPr>
          <w:p w14:paraId="09D902E0" w14:textId="77777777" w:rsidR="009B7D20" w:rsidRDefault="0082270D">
            <w:pPr>
              <w:spacing w:after="0"/>
            </w:pPr>
            <w:r>
              <w:rPr>
                <w:b/>
                <w:color w:val="4E2E86"/>
                <w:sz w:val="17"/>
              </w:rPr>
              <w:t>Power of Attorney (POA) Name</w:t>
            </w:r>
          </w:p>
        </w:tc>
        <w:tc>
          <w:tcPr>
            <w:tcW w:w="5184" w:type="dxa"/>
            <w:shd w:val="clear" w:color="auto" w:fill="F1ECFB"/>
            <w:tcMar>
              <w:top w:w="120" w:type="dxa"/>
              <w:left w:w="120" w:type="dxa"/>
              <w:bottom w:w="120" w:type="dxa"/>
              <w:right w:w="120" w:type="dxa"/>
            </w:tcMar>
            <w:vAlign w:val="center"/>
          </w:tcPr>
          <w:p w14:paraId="654FF230" w14:textId="77777777" w:rsidR="009B7D20" w:rsidRDefault="0082270D">
            <w:pPr>
              <w:spacing w:after="0"/>
            </w:pPr>
            <w:r>
              <w:rPr>
                <w:b/>
                <w:color w:val="4E2E86"/>
                <w:sz w:val="17"/>
              </w:rPr>
              <w:t>POA Type (Medical / Financial)</w:t>
            </w:r>
          </w:p>
        </w:tc>
      </w:tr>
      <w:tr w:rsidR="009B7D20" w14:paraId="5E3EE750" w14:textId="77777777">
        <w:tblPrEx>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PrEx>
        <w:trPr>
          <w:jc w:val="center"/>
        </w:trPr>
        <w:tc>
          <w:tcPr>
            <w:tcW w:w="5184" w:type="dxa"/>
            <w:tcMar>
              <w:top w:w="180" w:type="dxa"/>
              <w:left w:w="120" w:type="dxa"/>
              <w:bottom w:w="180" w:type="dxa"/>
              <w:right w:w="120" w:type="dxa"/>
            </w:tcMar>
            <w:vAlign w:val="center"/>
          </w:tcPr>
          <w:p w14:paraId="0AF4B085" w14:textId="6DF0981D" w:rsidR="009B7D20" w:rsidRDefault="009B7D20">
            <w:pPr>
              <w:spacing w:after="0"/>
            </w:pPr>
          </w:p>
        </w:tc>
        <w:tc>
          <w:tcPr>
            <w:tcW w:w="5184" w:type="dxa"/>
            <w:tcMar>
              <w:top w:w="180" w:type="dxa"/>
              <w:left w:w="120" w:type="dxa"/>
              <w:bottom w:w="180" w:type="dxa"/>
              <w:right w:w="120" w:type="dxa"/>
            </w:tcMar>
            <w:vAlign w:val="center"/>
          </w:tcPr>
          <w:p w14:paraId="68249397" w14:textId="4BA7583A" w:rsidR="009B7D20" w:rsidRDefault="009B7D20">
            <w:pPr>
              <w:spacing w:after="0"/>
            </w:pPr>
          </w:p>
        </w:tc>
      </w:tr>
      <w:tr w:rsidR="009B7D20" w14:paraId="6E43316E" w14:textId="77777777">
        <w:trPr>
          <w:jc w:val="center"/>
        </w:trPr>
        <w:tc>
          <w:tcPr>
            <w:tcW w:w="10368" w:type="dxa"/>
            <w:gridSpan w:val="2"/>
            <w:shd w:val="clear" w:color="auto" w:fill="4E2E86"/>
            <w:tcMar>
              <w:top w:w="120" w:type="dxa"/>
              <w:left w:w="120" w:type="dxa"/>
              <w:bottom w:w="120" w:type="dxa"/>
              <w:right w:w="120" w:type="dxa"/>
            </w:tcMar>
            <w:vAlign w:val="center"/>
          </w:tcPr>
          <w:p w14:paraId="2E3CD1A3" w14:textId="77777777" w:rsidR="009B7D20" w:rsidRDefault="0082270D">
            <w:pPr>
              <w:spacing w:after="0"/>
            </w:pPr>
            <w:r>
              <w:rPr>
                <w:b/>
                <w:color w:val="FFFFFF"/>
                <w:sz w:val="21"/>
              </w:rPr>
              <w:t>3. HEALTH &amp; MEDICAL OVERVIEW</w:t>
            </w:r>
          </w:p>
        </w:tc>
      </w:tr>
    </w:tbl>
    <w:p w14:paraId="22CC3349" w14:textId="77777777" w:rsidR="009B7D20" w:rsidRDefault="0082270D">
      <w:pPr>
        <w:spacing w:before="80" w:after="40"/>
      </w:pPr>
      <w:r>
        <w:rPr>
          <w:b/>
          <w:color w:val="4E2E86"/>
        </w:rPr>
        <w:t>Primary Diagnoses / Conditions: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1A4618A6" w14:textId="77777777">
        <w:trPr>
          <w:jc w:val="center"/>
        </w:trPr>
        <w:tc>
          <w:tcPr>
            <w:tcW w:w="10368" w:type="dxa"/>
            <w:tcMar>
              <w:top w:w="175" w:type="dxa"/>
              <w:left w:w="120" w:type="dxa"/>
              <w:bottom w:w="175" w:type="dxa"/>
              <w:right w:w="120" w:type="dxa"/>
            </w:tcMar>
            <w:vAlign w:val="center"/>
          </w:tcPr>
          <w:p w14:paraId="0ED847C5" w14:textId="58FF69F2" w:rsidR="009B7D20" w:rsidRDefault="0082270D">
            <w:pPr>
              <w:spacing w:after="0"/>
            </w:pPr>
            <w:sdt>
              <w:sdtPr>
                <w:alias w:val="TEXT"/>
                <w:tag w:val="TEXT"/>
                <w:id w:val="-1794050067"/>
                <w:showingPlcHdr/>
                <w:text/>
              </w:sdtPr>
              <w:sdtEndPr/>
              <w:sdtContent>
                <w:r w:rsidR="009208FD">
                  <w:t xml:space="preserve">     </w:t>
                </w:r>
              </w:sdtContent>
            </w:sdt>
          </w:p>
        </w:tc>
      </w:tr>
      <w:tr w:rsidR="009B7D20" w14:paraId="58A29871" w14:textId="77777777">
        <w:trPr>
          <w:jc w:val="center"/>
        </w:trPr>
        <w:tc>
          <w:tcPr>
            <w:tcW w:w="10368" w:type="dxa"/>
            <w:tcMar>
              <w:top w:w="175" w:type="dxa"/>
              <w:left w:w="120" w:type="dxa"/>
              <w:bottom w:w="175" w:type="dxa"/>
              <w:right w:w="120" w:type="dxa"/>
            </w:tcMar>
            <w:vAlign w:val="center"/>
          </w:tcPr>
          <w:p w14:paraId="0E2C681B" w14:textId="63A88FD1" w:rsidR="009B7D20" w:rsidRDefault="0082270D">
            <w:pPr>
              <w:spacing w:after="0"/>
            </w:pPr>
            <w:sdt>
              <w:sdtPr>
                <w:alias w:val="TEXT"/>
                <w:tag w:val="TEXT"/>
                <w:id w:val="-1290744734"/>
                <w:showingPlcHdr/>
                <w:text/>
              </w:sdtPr>
              <w:sdtEndPr/>
              <w:sdtContent>
                <w:r w:rsidR="009208FD">
                  <w:t xml:space="preserve">     </w:t>
                </w:r>
              </w:sdtContent>
            </w:sdt>
          </w:p>
        </w:tc>
      </w:tr>
    </w:tbl>
    <w:p w14:paraId="70BF0F93" w14:textId="7FAA2905" w:rsidR="009B7D20" w:rsidRDefault="0082270D">
      <w:pPr>
        <w:spacing w:before="80" w:after="40"/>
      </w:pPr>
      <w:r>
        <w:rPr>
          <w:b/>
          <w:color w:val="4E2E86"/>
        </w:rPr>
        <w:t>Known Allergies (Food / Drug):</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6B79A69B" w14:textId="77777777">
        <w:trPr>
          <w:jc w:val="center"/>
        </w:trPr>
        <w:tc>
          <w:tcPr>
            <w:tcW w:w="10368" w:type="dxa"/>
            <w:tcMar>
              <w:top w:w="175" w:type="dxa"/>
              <w:left w:w="120" w:type="dxa"/>
              <w:bottom w:w="175" w:type="dxa"/>
              <w:right w:w="120" w:type="dxa"/>
            </w:tcMar>
            <w:vAlign w:val="center"/>
          </w:tcPr>
          <w:p w14:paraId="6CC56326" w14:textId="7011F6DB" w:rsidR="009B7D20" w:rsidRDefault="0082270D">
            <w:pPr>
              <w:spacing w:after="0"/>
            </w:pPr>
            <w:sdt>
              <w:sdtPr>
                <w:alias w:val="TEXT"/>
                <w:tag w:val="TEXT"/>
                <w:id w:val="847676084"/>
                <w:showingPlcHdr/>
                <w:text/>
              </w:sdtPr>
              <w:sdtEndPr/>
              <w:sdtContent>
                <w:r w:rsidR="009208FD">
                  <w:t xml:space="preserve">     </w:t>
                </w:r>
              </w:sdtContent>
            </w:sdt>
          </w:p>
        </w:tc>
      </w:tr>
    </w:tbl>
    <w:p w14:paraId="34F9879D" w14:textId="77777777" w:rsidR="009B7D20" w:rsidRDefault="0082270D">
      <w:pPr>
        <w:spacing w:before="80" w:after="40"/>
      </w:pPr>
      <w:r>
        <w:rPr>
          <w:b/>
          <w:color w:val="4E2E86"/>
        </w:rPr>
        <w:t>Medication Management Support Needs: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64FC5BE9" w14:textId="77777777">
        <w:trPr>
          <w:jc w:val="center"/>
        </w:trPr>
        <w:tc>
          <w:tcPr>
            <w:tcW w:w="10368" w:type="dxa"/>
            <w:tcMar>
              <w:top w:w="175" w:type="dxa"/>
              <w:left w:w="120" w:type="dxa"/>
              <w:bottom w:w="175" w:type="dxa"/>
              <w:right w:w="120" w:type="dxa"/>
            </w:tcMar>
            <w:vAlign w:val="center"/>
          </w:tcPr>
          <w:p w14:paraId="63D45CE3" w14:textId="117C09CD" w:rsidR="009B7D20" w:rsidRDefault="0082270D">
            <w:pPr>
              <w:spacing w:after="0"/>
            </w:pPr>
            <w:sdt>
              <w:sdtPr>
                <w:alias w:val="TEXT"/>
                <w:tag w:val="TEXT"/>
                <w:id w:val="-1971737674"/>
                <w:showingPlcHdr/>
                <w:text/>
              </w:sdtPr>
              <w:sdtEndPr/>
              <w:sdtContent>
                <w:r w:rsidR="009208FD">
                  <w:t xml:space="preserve">     </w:t>
                </w:r>
              </w:sdtContent>
            </w:sdt>
          </w:p>
        </w:tc>
      </w:tr>
      <w:tr w:rsidR="009B7D20" w14:paraId="139BAE6D" w14:textId="77777777">
        <w:trPr>
          <w:jc w:val="center"/>
        </w:trPr>
        <w:tc>
          <w:tcPr>
            <w:tcW w:w="10368" w:type="dxa"/>
            <w:tcMar>
              <w:top w:w="175" w:type="dxa"/>
              <w:left w:w="120" w:type="dxa"/>
              <w:bottom w:w="175" w:type="dxa"/>
              <w:right w:w="120" w:type="dxa"/>
            </w:tcMar>
            <w:vAlign w:val="center"/>
          </w:tcPr>
          <w:p w14:paraId="405EE59E" w14:textId="71009F04" w:rsidR="009B7D20" w:rsidRDefault="0082270D">
            <w:pPr>
              <w:spacing w:after="0"/>
            </w:pPr>
            <w:sdt>
              <w:sdtPr>
                <w:alias w:val="TEXT"/>
                <w:tag w:val="TEXT"/>
                <w:id w:val="-620453665"/>
                <w:showingPlcHdr/>
                <w:text/>
              </w:sdtPr>
              <w:sdtEndPr/>
              <w:sdtContent>
                <w:r w:rsidR="009208FD">
                  <w:t xml:space="preserve">     </w:t>
                </w:r>
              </w:sdtContent>
            </w:sdt>
          </w:p>
        </w:tc>
      </w:tr>
    </w:tbl>
    <w:p w14:paraId="567F3EC6" w14:textId="77777777" w:rsidR="009B7D20" w:rsidRDefault="0082270D">
      <w:pPr>
        <w:spacing w:before="80" w:after="40"/>
      </w:pPr>
      <w:r>
        <w:rPr>
          <w:b/>
          <w:color w:val="4E2E86"/>
        </w:rPr>
        <w:t>Assistive Mobility Devices Used:</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2588"/>
        <w:gridCol w:w="2588"/>
        <w:gridCol w:w="2588"/>
        <w:gridCol w:w="2588"/>
      </w:tblGrid>
      <w:tr w:rsidR="009B7D20" w14:paraId="6661723A" w14:textId="77777777">
        <w:trPr>
          <w:jc w:val="center"/>
        </w:trPr>
        <w:tc>
          <w:tcPr>
            <w:tcW w:w="10368" w:type="dxa"/>
            <w:gridSpan w:val="4"/>
            <w:tcMar>
              <w:top w:w="175" w:type="dxa"/>
              <w:left w:w="120" w:type="dxa"/>
              <w:bottom w:w="175" w:type="dxa"/>
              <w:right w:w="120" w:type="dxa"/>
            </w:tcMar>
            <w:vAlign w:val="center"/>
          </w:tcPr>
          <w:p w14:paraId="6A980E17" w14:textId="3F56DCB3" w:rsidR="009B7D20" w:rsidRDefault="0082270D">
            <w:pPr>
              <w:spacing w:after="0"/>
            </w:pPr>
            <w:sdt>
              <w:sdtPr>
                <w:alias w:val="TEXT"/>
                <w:tag w:val="TEXT"/>
                <w:id w:val="-388032584"/>
                <w:showingPlcHdr/>
                <w:text/>
              </w:sdtPr>
              <w:sdtEndPr/>
              <w:sdtContent>
                <w:r w:rsidR="009208FD">
                  <w:t xml:space="preserve">     </w:t>
                </w:r>
              </w:sdtContent>
            </w:sdt>
          </w:p>
        </w:tc>
      </w:tr>
      <w:tr w:rsidR="009B7D20" w14:paraId="73CC41F7" w14:textId="77777777">
        <w:tblPrEx>
          <w:tblBorders>
            <w:top w:val="single" w:sz="0" w:space="0" w:color="4E2E86"/>
            <w:left w:val="single" w:sz="0" w:space="0" w:color="4E2E86"/>
            <w:bottom w:val="single" w:sz="0" w:space="0" w:color="4E2E86"/>
            <w:right w:val="single" w:sz="0" w:space="0" w:color="4E2E86"/>
            <w:insideH w:val="single" w:sz="0" w:space="0" w:color="4E2E86"/>
            <w:insideV w:val="single" w:sz="0" w:space="0" w:color="4E2E86"/>
          </w:tblBorders>
        </w:tblPrEx>
        <w:trPr>
          <w:jc w:val="center"/>
        </w:trPr>
        <w:tc>
          <w:tcPr>
            <w:tcW w:w="10368" w:type="dxa"/>
            <w:gridSpan w:val="4"/>
            <w:shd w:val="clear" w:color="auto" w:fill="4E2E86"/>
            <w:tcMar>
              <w:top w:w="120" w:type="dxa"/>
              <w:left w:w="120" w:type="dxa"/>
              <w:bottom w:w="120" w:type="dxa"/>
              <w:right w:w="120" w:type="dxa"/>
            </w:tcMar>
            <w:vAlign w:val="center"/>
          </w:tcPr>
          <w:p w14:paraId="09F414BD" w14:textId="025D8ADC" w:rsidR="009B7D20" w:rsidRDefault="0082270D">
            <w:pPr>
              <w:spacing w:after="0"/>
            </w:pPr>
            <w:r>
              <w:br w:type="page"/>
            </w:r>
            <w:r>
              <w:rPr>
                <w:b/>
                <w:color w:val="FFFFFF"/>
                <w:sz w:val="21"/>
              </w:rPr>
              <w:t>4. ACTIVITIES OF DAILY LIVING (ADLS) ASSISTANCE REQUIRED</w:t>
            </w:r>
          </w:p>
        </w:tc>
      </w:tr>
      <w:tr w:rsidR="009B7D20" w14:paraId="7CC088B2" w14:textId="77777777">
        <w:trPr>
          <w:jc w:val="center"/>
        </w:trPr>
        <w:tc>
          <w:tcPr>
            <w:tcW w:w="2592" w:type="dxa"/>
            <w:shd w:val="clear" w:color="auto" w:fill="7C59D7"/>
            <w:tcMar>
              <w:top w:w="120" w:type="dxa"/>
              <w:left w:w="120" w:type="dxa"/>
              <w:bottom w:w="120" w:type="dxa"/>
              <w:right w:w="120" w:type="dxa"/>
            </w:tcMar>
            <w:vAlign w:val="center"/>
          </w:tcPr>
          <w:p w14:paraId="7E0BA07B" w14:textId="77777777" w:rsidR="009B7D20" w:rsidRDefault="0082270D">
            <w:pPr>
              <w:spacing w:after="0"/>
              <w:jc w:val="center"/>
            </w:pPr>
            <w:r>
              <w:rPr>
                <w:b/>
                <w:color w:val="FFFFFF"/>
                <w:sz w:val="16"/>
              </w:rPr>
              <w:t>Activity</w:t>
            </w:r>
          </w:p>
        </w:tc>
        <w:tc>
          <w:tcPr>
            <w:tcW w:w="2592" w:type="dxa"/>
            <w:shd w:val="clear" w:color="auto" w:fill="7C59D7"/>
            <w:tcMar>
              <w:top w:w="120" w:type="dxa"/>
              <w:left w:w="120" w:type="dxa"/>
              <w:bottom w:w="120" w:type="dxa"/>
              <w:right w:w="120" w:type="dxa"/>
            </w:tcMar>
            <w:vAlign w:val="center"/>
          </w:tcPr>
          <w:p w14:paraId="1F188359" w14:textId="77777777" w:rsidR="009B7D20" w:rsidRDefault="0082270D">
            <w:pPr>
              <w:spacing w:after="0"/>
              <w:jc w:val="center"/>
            </w:pPr>
            <w:r>
              <w:rPr>
                <w:b/>
                <w:color w:val="FFFFFF"/>
                <w:sz w:val="16"/>
              </w:rPr>
              <w:t>Independent</w:t>
            </w:r>
          </w:p>
        </w:tc>
        <w:tc>
          <w:tcPr>
            <w:tcW w:w="2592" w:type="dxa"/>
            <w:shd w:val="clear" w:color="auto" w:fill="7C59D7"/>
            <w:tcMar>
              <w:top w:w="120" w:type="dxa"/>
              <w:left w:w="120" w:type="dxa"/>
              <w:bottom w:w="120" w:type="dxa"/>
              <w:right w:w="120" w:type="dxa"/>
            </w:tcMar>
            <w:vAlign w:val="center"/>
          </w:tcPr>
          <w:p w14:paraId="0A73C022" w14:textId="77777777" w:rsidR="009B7D20" w:rsidRDefault="0082270D">
            <w:pPr>
              <w:spacing w:after="0"/>
              <w:jc w:val="center"/>
            </w:pPr>
            <w:r>
              <w:rPr>
                <w:b/>
                <w:color w:val="FFFFFF"/>
                <w:sz w:val="16"/>
              </w:rPr>
              <w:t>Needs Assistance</w:t>
            </w:r>
          </w:p>
        </w:tc>
        <w:tc>
          <w:tcPr>
            <w:tcW w:w="2592" w:type="dxa"/>
            <w:shd w:val="clear" w:color="auto" w:fill="7C59D7"/>
            <w:tcMar>
              <w:top w:w="120" w:type="dxa"/>
              <w:left w:w="120" w:type="dxa"/>
              <w:bottom w:w="120" w:type="dxa"/>
              <w:right w:w="120" w:type="dxa"/>
            </w:tcMar>
            <w:vAlign w:val="center"/>
          </w:tcPr>
          <w:p w14:paraId="159E80D1" w14:textId="77777777" w:rsidR="009B7D20" w:rsidRDefault="0082270D">
            <w:pPr>
              <w:spacing w:after="0"/>
              <w:jc w:val="center"/>
            </w:pPr>
            <w:r>
              <w:rPr>
                <w:b/>
                <w:color w:val="FFFFFF"/>
                <w:sz w:val="16"/>
              </w:rPr>
              <w:t>Total Dependence</w:t>
            </w:r>
          </w:p>
        </w:tc>
      </w:tr>
      <w:tr w:rsidR="009B7D20" w14:paraId="0A7505DE" w14:textId="77777777">
        <w:trPr>
          <w:jc w:val="center"/>
        </w:trPr>
        <w:tc>
          <w:tcPr>
            <w:tcW w:w="2592" w:type="dxa"/>
            <w:shd w:val="clear" w:color="auto" w:fill="FFFFFF"/>
            <w:tcMar>
              <w:top w:w="160" w:type="dxa"/>
              <w:left w:w="100" w:type="dxa"/>
              <w:bottom w:w="160" w:type="dxa"/>
              <w:right w:w="100" w:type="dxa"/>
            </w:tcMar>
            <w:vAlign w:val="center"/>
          </w:tcPr>
          <w:p w14:paraId="01490C67" w14:textId="77777777" w:rsidR="009B7D20" w:rsidRDefault="0082270D">
            <w:pPr>
              <w:spacing w:after="0"/>
            </w:pPr>
            <w:r>
              <w:rPr>
                <w:b/>
                <w:sz w:val="17"/>
              </w:rPr>
              <w:t>Bathing &amp; Showering</w:t>
            </w:r>
          </w:p>
        </w:tc>
        <w:tc>
          <w:tcPr>
            <w:tcW w:w="2592" w:type="dxa"/>
            <w:shd w:val="clear" w:color="auto" w:fill="FFFFFF"/>
            <w:tcMar>
              <w:top w:w="160" w:type="dxa"/>
              <w:left w:w="100" w:type="dxa"/>
              <w:bottom w:w="160" w:type="dxa"/>
              <w:right w:w="100" w:type="dxa"/>
            </w:tcMar>
            <w:vAlign w:val="center"/>
          </w:tcPr>
          <w:p w14:paraId="6A6D8915" w14:textId="11143AE4" w:rsidR="009B7D20" w:rsidRDefault="0082270D">
            <w:pPr>
              <w:spacing w:after="0"/>
              <w:jc w:val="center"/>
            </w:pPr>
            <w:sdt>
              <w:sdtPr>
                <w:alias w:val="CHECK"/>
                <w:tag w:val="CHECK"/>
                <w:id w:val="1213471382"/>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0730D748" w14:textId="4951EEE3" w:rsidR="009B7D20" w:rsidRDefault="0082270D">
            <w:pPr>
              <w:spacing w:after="0"/>
              <w:jc w:val="center"/>
            </w:pPr>
            <w:sdt>
              <w:sdtPr>
                <w:alias w:val="CHECK"/>
                <w:tag w:val="CHECK"/>
                <w:id w:val="964628686"/>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77BF8C44" w14:textId="5340B643" w:rsidR="009B7D20" w:rsidRDefault="0082270D">
            <w:pPr>
              <w:spacing w:after="0"/>
              <w:jc w:val="center"/>
            </w:pPr>
            <w:sdt>
              <w:sdtPr>
                <w:alias w:val="CHECK"/>
                <w:tag w:val="CHECK"/>
                <w:id w:val="115495209"/>
                <w:showingPlcHdr/>
                <w:text/>
              </w:sdtPr>
              <w:sdtEndPr/>
              <w:sdtContent>
                <w:r w:rsidR="009208FD">
                  <w:t xml:space="preserve">     </w:t>
                </w:r>
              </w:sdtContent>
            </w:sdt>
          </w:p>
        </w:tc>
      </w:tr>
      <w:tr w:rsidR="009B7D20" w14:paraId="1FF78DF4" w14:textId="77777777">
        <w:trPr>
          <w:jc w:val="center"/>
        </w:trPr>
        <w:tc>
          <w:tcPr>
            <w:tcW w:w="2592" w:type="dxa"/>
            <w:shd w:val="clear" w:color="auto" w:fill="FAF8FE"/>
            <w:tcMar>
              <w:top w:w="160" w:type="dxa"/>
              <w:left w:w="100" w:type="dxa"/>
              <w:bottom w:w="160" w:type="dxa"/>
              <w:right w:w="100" w:type="dxa"/>
            </w:tcMar>
            <w:vAlign w:val="center"/>
          </w:tcPr>
          <w:p w14:paraId="466EBE2F" w14:textId="77777777" w:rsidR="009B7D20" w:rsidRDefault="0082270D">
            <w:pPr>
              <w:spacing w:after="0"/>
            </w:pPr>
            <w:r>
              <w:rPr>
                <w:b/>
                <w:sz w:val="17"/>
              </w:rPr>
              <w:t>Dressing &amp; Grooming</w:t>
            </w:r>
          </w:p>
        </w:tc>
        <w:tc>
          <w:tcPr>
            <w:tcW w:w="2592" w:type="dxa"/>
            <w:shd w:val="clear" w:color="auto" w:fill="FAF8FE"/>
            <w:tcMar>
              <w:top w:w="160" w:type="dxa"/>
              <w:left w:w="100" w:type="dxa"/>
              <w:bottom w:w="160" w:type="dxa"/>
              <w:right w:w="100" w:type="dxa"/>
            </w:tcMar>
            <w:vAlign w:val="center"/>
          </w:tcPr>
          <w:p w14:paraId="2182F52E" w14:textId="0C56C291" w:rsidR="009B7D20" w:rsidRDefault="0082270D">
            <w:pPr>
              <w:spacing w:after="0"/>
              <w:jc w:val="center"/>
            </w:pPr>
            <w:sdt>
              <w:sdtPr>
                <w:alias w:val="CHECK"/>
                <w:tag w:val="CHECK"/>
                <w:id w:val="-519082868"/>
                <w:showingPlcHdr/>
                <w:text/>
              </w:sdtPr>
              <w:sdtEndPr/>
              <w:sdtContent>
                <w:r w:rsidR="009208FD">
                  <w:t xml:space="preserve">     </w:t>
                </w:r>
              </w:sdtContent>
            </w:sdt>
          </w:p>
        </w:tc>
        <w:tc>
          <w:tcPr>
            <w:tcW w:w="2592" w:type="dxa"/>
            <w:shd w:val="clear" w:color="auto" w:fill="FAF8FE"/>
            <w:tcMar>
              <w:top w:w="160" w:type="dxa"/>
              <w:left w:w="100" w:type="dxa"/>
              <w:bottom w:w="160" w:type="dxa"/>
              <w:right w:w="100" w:type="dxa"/>
            </w:tcMar>
            <w:vAlign w:val="center"/>
          </w:tcPr>
          <w:p w14:paraId="3804B2F6" w14:textId="0CBFC32C" w:rsidR="009B7D20" w:rsidRDefault="0082270D">
            <w:pPr>
              <w:spacing w:after="0"/>
              <w:jc w:val="center"/>
            </w:pPr>
            <w:sdt>
              <w:sdtPr>
                <w:alias w:val="CHECK"/>
                <w:tag w:val="CHECK"/>
                <w:id w:val="-1739397924"/>
                <w:showingPlcHdr/>
                <w:text/>
              </w:sdtPr>
              <w:sdtEndPr/>
              <w:sdtContent>
                <w:r w:rsidR="009208FD">
                  <w:t xml:space="preserve">     </w:t>
                </w:r>
              </w:sdtContent>
            </w:sdt>
          </w:p>
        </w:tc>
        <w:tc>
          <w:tcPr>
            <w:tcW w:w="2592" w:type="dxa"/>
            <w:shd w:val="clear" w:color="auto" w:fill="FAF8FE"/>
            <w:tcMar>
              <w:top w:w="160" w:type="dxa"/>
              <w:left w:w="100" w:type="dxa"/>
              <w:bottom w:w="160" w:type="dxa"/>
              <w:right w:w="100" w:type="dxa"/>
            </w:tcMar>
            <w:vAlign w:val="center"/>
          </w:tcPr>
          <w:p w14:paraId="27526BA0" w14:textId="62FD4130" w:rsidR="009B7D20" w:rsidRDefault="0082270D">
            <w:pPr>
              <w:spacing w:after="0"/>
              <w:jc w:val="center"/>
            </w:pPr>
            <w:sdt>
              <w:sdtPr>
                <w:alias w:val="CHECK"/>
                <w:tag w:val="CHECK"/>
                <w:id w:val="1098681616"/>
                <w:showingPlcHdr/>
                <w:text/>
              </w:sdtPr>
              <w:sdtEndPr/>
              <w:sdtContent>
                <w:r w:rsidR="009208FD">
                  <w:t xml:space="preserve">     </w:t>
                </w:r>
              </w:sdtContent>
            </w:sdt>
          </w:p>
        </w:tc>
      </w:tr>
      <w:tr w:rsidR="009B7D20" w14:paraId="70ED55C7" w14:textId="77777777">
        <w:trPr>
          <w:jc w:val="center"/>
        </w:trPr>
        <w:tc>
          <w:tcPr>
            <w:tcW w:w="2592" w:type="dxa"/>
            <w:shd w:val="clear" w:color="auto" w:fill="FFFFFF"/>
            <w:tcMar>
              <w:top w:w="160" w:type="dxa"/>
              <w:left w:w="100" w:type="dxa"/>
              <w:bottom w:w="160" w:type="dxa"/>
              <w:right w:w="100" w:type="dxa"/>
            </w:tcMar>
            <w:vAlign w:val="center"/>
          </w:tcPr>
          <w:p w14:paraId="770D7F49" w14:textId="77777777" w:rsidR="009B7D20" w:rsidRDefault="0082270D">
            <w:pPr>
              <w:spacing w:after="0"/>
            </w:pPr>
            <w:r>
              <w:rPr>
                <w:b/>
                <w:sz w:val="17"/>
              </w:rPr>
              <w:t>Toileting &amp; Continence Care</w:t>
            </w:r>
          </w:p>
        </w:tc>
        <w:tc>
          <w:tcPr>
            <w:tcW w:w="2592" w:type="dxa"/>
            <w:shd w:val="clear" w:color="auto" w:fill="FFFFFF"/>
            <w:tcMar>
              <w:top w:w="160" w:type="dxa"/>
              <w:left w:w="100" w:type="dxa"/>
              <w:bottom w:w="160" w:type="dxa"/>
              <w:right w:w="100" w:type="dxa"/>
            </w:tcMar>
            <w:vAlign w:val="center"/>
          </w:tcPr>
          <w:p w14:paraId="5BD915D2" w14:textId="7B8B65E0" w:rsidR="009B7D20" w:rsidRDefault="0082270D">
            <w:pPr>
              <w:spacing w:after="0"/>
              <w:jc w:val="center"/>
            </w:pPr>
            <w:sdt>
              <w:sdtPr>
                <w:alias w:val="CHECK"/>
                <w:tag w:val="CHECK"/>
                <w:id w:val="271825427"/>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3226EE55" w14:textId="3BF68FC1" w:rsidR="009B7D20" w:rsidRDefault="0082270D">
            <w:pPr>
              <w:spacing w:after="0"/>
              <w:jc w:val="center"/>
            </w:pPr>
            <w:sdt>
              <w:sdtPr>
                <w:alias w:val="CHECK"/>
                <w:tag w:val="CHECK"/>
                <w:id w:val="-1046834160"/>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1A9212F1" w14:textId="21347FA6" w:rsidR="009B7D20" w:rsidRDefault="0082270D">
            <w:pPr>
              <w:spacing w:after="0"/>
              <w:jc w:val="center"/>
            </w:pPr>
            <w:sdt>
              <w:sdtPr>
                <w:alias w:val="CHECK"/>
                <w:tag w:val="CHECK"/>
                <w:id w:val="-2029709366"/>
                <w:showingPlcHdr/>
                <w:text/>
              </w:sdtPr>
              <w:sdtEndPr/>
              <w:sdtContent>
                <w:r w:rsidR="009208FD">
                  <w:t xml:space="preserve">     </w:t>
                </w:r>
              </w:sdtContent>
            </w:sdt>
          </w:p>
        </w:tc>
      </w:tr>
      <w:tr w:rsidR="009B7D20" w14:paraId="11BE131D" w14:textId="77777777">
        <w:trPr>
          <w:jc w:val="center"/>
        </w:trPr>
        <w:tc>
          <w:tcPr>
            <w:tcW w:w="2592" w:type="dxa"/>
            <w:shd w:val="clear" w:color="auto" w:fill="FAF8FE"/>
            <w:tcMar>
              <w:top w:w="160" w:type="dxa"/>
              <w:left w:w="100" w:type="dxa"/>
              <w:bottom w:w="160" w:type="dxa"/>
              <w:right w:w="100" w:type="dxa"/>
            </w:tcMar>
            <w:vAlign w:val="center"/>
          </w:tcPr>
          <w:p w14:paraId="5C00B644" w14:textId="77777777" w:rsidR="009B7D20" w:rsidRDefault="0082270D">
            <w:pPr>
              <w:spacing w:after="0"/>
            </w:pPr>
            <w:r>
              <w:rPr>
                <w:b/>
                <w:sz w:val="17"/>
              </w:rPr>
              <w:t>Transferring &amp; Ambulation</w:t>
            </w:r>
          </w:p>
        </w:tc>
        <w:tc>
          <w:tcPr>
            <w:tcW w:w="2592" w:type="dxa"/>
            <w:shd w:val="clear" w:color="auto" w:fill="FAF8FE"/>
            <w:tcMar>
              <w:top w:w="160" w:type="dxa"/>
              <w:left w:w="100" w:type="dxa"/>
              <w:bottom w:w="160" w:type="dxa"/>
              <w:right w:w="100" w:type="dxa"/>
            </w:tcMar>
            <w:vAlign w:val="center"/>
          </w:tcPr>
          <w:p w14:paraId="225D3C07" w14:textId="47E71401" w:rsidR="009B7D20" w:rsidRDefault="0082270D">
            <w:pPr>
              <w:spacing w:after="0"/>
              <w:jc w:val="center"/>
            </w:pPr>
            <w:sdt>
              <w:sdtPr>
                <w:alias w:val="CHECK"/>
                <w:tag w:val="CHECK"/>
                <w:id w:val="-48147063"/>
                <w:showingPlcHdr/>
                <w:text/>
              </w:sdtPr>
              <w:sdtEndPr/>
              <w:sdtContent>
                <w:r w:rsidR="009208FD">
                  <w:t xml:space="preserve">     </w:t>
                </w:r>
              </w:sdtContent>
            </w:sdt>
          </w:p>
        </w:tc>
        <w:tc>
          <w:tcPr>
            <w:tcW w:w="2592" w:type="dxa"/>
            <w:shd w:val="clear" w:color="auto" w:fill="FAF8FE"/>
            <w:tcMar>
              <w:top w:w="160" w:type="dxa"/>
              <w:left w:w="100" w:type="dxa"/>
              <w:bottom w:w="160" w:type="dxa"/>
              <w:right w:w="100" w:type="dxa"/>
            </w:tcMar>
            <w:vAlign w:val="center"/>
          </w:tcPr>
          <w:p w14:paraId="6DD48C8A" w14:textId="29ADF87B" w:rsidR="009B7D20" w:rsidRDefault="0082270D">
            <w:pPr>
              <w:spacing w:after="0"/>
              <w:jc w:val="center"/>
            </w:pPr>
            <w:sdt>
              <w:sdtPr>
                <w:alias w:val="CHECK"/>
                <w:tag w:val="CHECK"/>
                <w:id w:val="-905836754"/>
                <w:showingPlcHdr/>
                <w:text/>
              </w:sdtPr>
              <w:sdtEndPr/>
              <w:sdtContent>
                <w:r w:rsidR="009208FD">
                  <w:t xml:space="preserve">     </w:t>
                </w:r>
              </w:sdtContent>
            </w:sdt>
          </w:p>
        </w:tc>
        <w:tc>
          <w:tcPr>
            <w:tcW w:w="2592" w:type="dxa"/>
            <w:shd w:val="clear" w:color="auto" w:fill="FAF8FE"/>
            <w:tcMar>
              <w:top w:w="160" w:type="dxa"/>
              <w:left w:w="100" w:type="dxa"/>
              <w:bottom w:w="160" w:type="dxa"/>
              <w:right w:w="100" w:type="dxa"/>
            </w:tcMar>
            <w:vAlign w:val="center"/>
          </w:tcPr>
          <w:p w14:paraId="0E208C96" w14:textId="244CBDE9" w:rsidR="009B7D20" w:rsidRDefault="0082270D">
            <w:pPr>
              <w:spacing w:after="0"/>
              <w:jc w:val="center"/>
            </w:pPr>
            <w:sdt>
              <w:sdtPr>
                <w:alias w:val="CHECK"/>
                <w:tag w:val="CHECK"/>
                <w:id w:val="-860591343"/>
                <w:showingPlcHdr/>
                <w:text/>
              </w:sdtPr>
              <w:sdtEndPr/>
              <w:sdtContent>
                <w:r w:rsidR="009208FD">
                  <w:t xml:space="preserve">     </w:t>
                </w:r>
              </w:sdtContent>
            </w:sdt>
          </w:p>
        </w:tc>
      </w:tr>
      <w:tr w:rsidR="009B7D20" w14:paraId="18E93230" w14:textId="77777777">
        <w:trPr>
          <w:jc w:val="center"/>
        </w:trPr>
        <w:tc>
          <w:tcPr>
            <w:tcW w:w="2592" w:type="dxa"/>
            <w:shd w:val="clear" w:color="auto" w:fill="FFFFFF"/>
            <w:tcMar>
              <w:top w:w="160" w:type="dxa"/>
              <w:left w:w="100" w:type="dxa"/>
              <w:bottom w:w="160" w:type="dxa"/>
              <w:right w:w="100" w:type="dxa"/>
            </w:tcMar>
            <w:vAlign w:val="center"/>
          </w:tcPr>
          <w:p w14:paraId="43EFF0FD" w14:textId="77777777" w:rsidR="009B7D20" w:rsidRDefault="0082270D">
            <w:pPr>
              <w:spacing w:after="0"/>
            </w:pPr>
            <w:r>
              <w:rPr>
                <w:b/>
                <w:sz w:val="17"/>
              </w:rPr>
              <w:t>Eating &amp; Feeding Support</w:t>
            </w:r>
          </w:p>
        </w:tc>
        <w:tc>
          <w:tcPr>
            <w:tcW w:w="2592" w:type="dxa"/>
            <w:shd w:val="clear" w:color="auto" w:fill="FFFFFF"/>
            <w:tcMar>
              <w:top w:w="160" w:type="dxa"/>
              <w:left w:w="100" w:type="dxa"/>
              <w:bottom w:w="160" w:type="dxa"/>
              <w:right w:w="100" w:type="dxa"/>
            </w:tcMar>
            <w:vAlign w:val="center"/>
          </w:tcPr>
          <w:p w14:paraId="66FCEF40" w14:textId="567936A4" w:rsidR="009B7D20" w:rsidRDefault="0082270D">
            <w:pPr>
              <w:spacing w:after="0"/>
              <w:jc w:val="center"/>
            </w:pPr>
            <w:sdt>
              <w:sdtPr>
                <w:alias w:val="CHECK"/>
                <w:tag w:val="CHECK"/>
                <w:id w:val="-1077054614"/>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1073662F" w14:textId="32237716" w:rsidR="009B7D20" w:rsidRDefault="0082270D">
            <w:pPr>
              <w:spacing w:after="0"/>
              <w:jc w:val="center"/>
            </w:pPr>
            <w:sdt>
              <w:sdtPr>
                <w:alias w:val="CHECK"/>
                <w:tag w:val="CHECK"/>
                <w:id w:val="277615422"/>
                <w:showingPlcHdr/>
                <w:text/>
              </w:sdtPr>
              <w:sdtEndPr/>
              <w:sdtContent>
                <w:r w:rsidR="009208FD">
                  <w:t xml:space="preserve">     </w:t>
                </w:r>
              </w:sdtContent>
            </w:sdt>
          </w:p>
        </w:tc>
        <w:tc>
          <w:tcPr>
            <w:tcW w:w="2592" w:type="dxa"/>
            <w:shd w:val="clear" w:color="auto" w:fill="FFFFFF"/>
            <w:tcMar>
              <w:top w:w="160" w:type="dxa"/>
              <w:left w:w="100" w:type="dxa"/>
              <w:bottom w:w="160" w:type="dxa"/>
              <w:right w:w="100" w:type="dxa"/>
            </w:tcMar>
            <w:vAlign w:val="center"/>
          </w:tcPr>
          <w:p w14:paraId="3623DD2F" w14:textId="2AEE178C" w:rsidR="009B7D20" w:rsidRDefault="0082270D">
            <w:pPr>
              <w:spacing w:after="0"/>
              <w:jc w:val="center"/>
            </w:pPr>
            <w:sdt>
              <w:sdtPr>
                <w:alias w:val="CHECK"/>
                <w:tag w:val="CHECK"/>
                <w:id w:val="1824768368"/>
                <w:showingPlcHdr/>
                <w:text/>
              </w:sdtPr>
              <w:sdtEndPr/>
              <w:sdtContent>
                <w:r w:rsidR="009208FD">
                  <w:t xml:space="preserve">     </w:t>
                </w:r>
              </w:sdtContent>
            </w:sdt>
          </w:p>
        </w:tc>
      </w:tr>
      <w:tr w:rsidR="009B7D20" w14:paraId="6D12EF5E" w14:textId="77777777">
        <w:tblPrEx>
          <w:tblBorders>
            <w:top w:val="single" w:sz="0" w:space="0" w:color="4E2E86"/>
            <w:left w:val="single" w:sz="0" w:space="0" w:color="4E2E86"/>
            <w:bottom w:val="single" w:sz="0" w:space="0" w:color="4E2E86"/>
            <w:right w:val="single" w:sz="0" w:space="0" w:color="4E2E86"/>
            <w:insideH w:val="single" w:sz="0" w:space="0" w:color="4E2E86"/>
            <w:insideV w:val="single" w:sz="0" w:space="0" w:color="4E2E86"/>
          </w:tblBorders>
        </w:tblPrEx>
        <w:trPr>
          <w:jc w:val="center"/>
        </w:trPr>
        <w:tc>
          <w:tcPr>
            <w:tcW w:w="10368" w:type="dxa"/>
            <w:gridSpan w:val="4"/>
            <w:shd w:val="clear" w:color="auto" w:fill="4E2E86"/>
            <w:tcMar>
              <w:top w:w="120" w:type="dxa"/>
              <w:left w:w="120" w:type="dxa"/>
              <w:bottom w:w="120" w:type="dxa"/>
              <w:right w:w="120" w:type="dxa"/>
            </w:tcMar>
            <w:vAlign w:val="center"/>
          </w:tcPr>
          <w:p w14:paraId="4537144F" w14:textId="77777777" w:rsidR="009B7D20" w:rsidRDefault="0082270D">
            <w:pPr>
              <w:spacing w:after="0"/>
            </w:pPr>
            <w:r>
              <w:rPr>
                <w:b/>
                <w:color w:val="FFFFFF"/>
                <w:sz w:val="21"/>
              </w:rPr>
              <w:t>5. INSTRUMENTAL ADLS &amp; SERVICE PREFERENCES</w:t>
            </w:r>
          </w:p>
        </w:tc>
      </w:tr>
    </w:tbl>
    <w:p w14:paraId="0A75CCBB" w14:textId="77777777" w:rsidR="009B7D20" w:rsidRDefault="0082270D">
      <w:pPr>
        <w:spacing w:before="80" w:after="40"/>
      </w:pPr>
      <w:r>
        <w:rPr>
          <w:b/>
          <w:color w:val="4E2E86"/>
        </w:rPr>
        <w:t>Housekeeping / Laundry Needs: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68C7142C" w14:textId="77777777">
        <w:trPr>
          <w:jc w:val="center"/>
        </w:trPr>
        <w:tc>
          <w:tcPr>
            <w:tcW w:w="10368" w:type="dxa"/>
            <w:tcMar>
              <w:top w:w="175" w:type="dxa"/>
              <w:left w:w="120" w:type="dxa"/>
              <w:bottom w:w="175" w:type="dxa"/>
              <w:right w:w="120" w:type="dxa"/>
            </w:tcMar>
            <w:vAlign w:val="center"/>
          </w:tcPr>
          <w:p w14:paraId="643BE4D8" w14:textId="1ED50EB9" w:rsidR="009B7D20" w:rsidRDefault="0082270D">
            <w:pPr>
              <w:spacing w:after="0"/>
            </w:pPr>
            <w:sdt>
              <w:sdtPr>
                <w:alias w:val="TEXT"/>
                <w:tag w:val="TEXT"/>
                <w:id w:val="1128901460"/>
                <w:showingPlcHdr/>
                <w:text/>
              </w:sdtPr>
              <w:sdtEndPr/>
              <w:sdtContent>
                <w:r w:rsidR="009208FD">
                  <w:t xml:space="preserve">     </w:t>
                </w:r>
              </w:sdtContent>
            </w:sdt>
          </w:p>
        </w:tc>
      </w:tr>
      <w:tr w:rsidR="009B7D20" w14:paraId="0305F86D" w14:textId="77777777">
        <w:trPr>
          <w:jc w:val="center"/>
        </w:trPr>
        <w:tc>
          <w:tcPr>
            <w:tcW w:w="10368" w:type="dxa"/>
            <w:tcMar>
              <w:top w:w="175" w:type="dxa"/>
              <w:left w:w="120" w:type="dxa"/>
              <w:bottom w:w="175" w:type="dxa"/>
              <w:right w:w="120" w:type="dxa"/>
            </w:tcMar>
            <w:vAlign w:val="center"/>
          </w:tcPr>
          <w:p w14:paraId="385DD6CB" w14:textId="6C1D3E00" w:rsidR="009B7D20" w:rsidRDefault="0082270D">
            <w:pPr>
              <w:spacing w:after="0"/>
            </w:pPr>
            <w:sdt>
              <w:sdtPr>
                <w:alias w:val="TEXT"/>
                <w:tag w:val="TEXT"/>
                <w:id w:val="707453357"/>
                <w:showingPlcHdr/>
                <w:text/>
              </w:sdtPr>
              <w:sdtEndPr/>
              <w:sdtContent>
                <w:r w:rsidR="009208FD">
                  <w:t xml:space="preserve">     </w:t>
                </w:r>
              </w:sdtContent>
            </w:sdt>
          </w:p>
        </w:tc>
      </w:tr>
    </w:tbl>
    <w:p w14:paraId="17181670" w14:textId="77777777" w:rsidR="009B7D20" w:rsidRDefault="0082270D">
      <w:pPr>
        <w:spacing w:before="80" w:after="40"/>
      </w:pPr>
      <w:r>
        <w:rPr>
          <w:b/>
          <w:color w:val="4E2E86"/>
        </w:rPr>
        <w:t>Meal Preparation / Dietary Rules: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294FE653" w14:textId="77777777">
        <w:trPr>
          <w:jc w:val="center"/>
        </w:trPr>
        <w:tc>
          <w:tcPr>
            <w:tcW w:w="10368" w:type="dxa"/>
            <w:tcMar>
              <w:top w:w="175" w:type="dxa"/>
              <w:left w:w="120" w:type="dxa"/>
              <w:bottom w:w="175" w:type="dxa"/>
              <w:right w:w="120" w:type="dxa"/>
            </w:tcMar>
            <w:vAlign w:val="center"/>
          </w:tcPr>
          <w:p w14:paraId="122179F2" w14:textId="1866CC31" w:rsidR="009B7D20" w:rsidRDefault="0082270D">
            <w:pPr>
              <w:spacing w:after="0"/>
            </w:pPr>
            <w:sdt>
              <w:sdtPr>
                <w:alias w:val="TEXT"/>
                <w:tag w:val="TEXT"/>
                <w:id w:val="572240126"/>
                <w:showingPlcHdr/>
                <w:text/>
              </w:sdtPr>
              <w:sdtEndPr/>
              <w:sdtContent>
                <w:r w:rsidR="009208FD">
                  <w:t xml:space="preserve">     </w:t>
                </w:r>
              </w:sdtContent>
            </w:sdt>
          </w:p>
        </w:tc>
      </w:tr>
      <w:tr w:rsidR="009B7D20" w14:paraId="356F7A3F" w14:textId="77777777">
        <w:trPr>
          <w:jc w:val="center"/>
        </w:trPr>
        <w:tc>
          <w:tcPr>
            <w:tcW w:w="10368" w:type="dxa"/>
            <w:tcMar>
              <w:top w:w="175" w:type="dxa"/>
              <w:left w:w="120" w:type="dxa"/>
              <w:bottom w:w="175" w:type="dxa"/>
              <w:right w:w="120" w:type="dxa"/>
            </w:tcMar>
            <w:vAlign w:val="center"/>
          </w:tcPr>
          <w:p w14:paraId="7943B479" w14:textId="2EF72213" w:rsidR="009B7D20" w:rsidRDefault="0082270D">
            <w:pPr>
              <w:spacing w:after="0"/>
            </w:pPr>
            <w:sdt>
              <w:sdtPr>
                <w:alias w:val="TEXT"/>
                <w:tag w:val="TEXT"/>
                <w:id w:val="1440717206"/>
                <w:showingPlcHdr/>
                <w:text/>
              </w:sdtPr>
              <w:sdtEndPr/>
              <w:sdtContent>
                <w:r w:rsidR="009208FD">
                  <w:t xml:space="preserve">     </w:t>
                </w:r>
              </w:sdtContent>
            </w:sdt>
          </w:p>
        </w:tc>
      </w:tr>
    </w:tbl>
    <w:p w14:paraId="10B19922" w14:textId="77777777" w:rsidR="009B7D20" w:rsidRDefault="0082270D">
      <w:pPr>
        <w:spacing w:before="80" w:after="40"/>
      </w:pPr>
      <w:r>
        <w:rPr>
          <w:b/>
          <w:color w:val="4E2E86"/>
        </w:rPr>
        <w:t>Transportation / Errand Requirements: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75901228" w14:textId="77777777">
        <w:trPr>
          <w:jc w:val="center"/>
        </w:trPr>
        <w:tc>
          <w:tcPr>
            <w:tcW w:w="10368" w:type="dxa"/>
            <w:tcMar>
              <w:top w:w="175" w:type="dxa"/>
              <w:left w:w="120" w:type="dxa"/>
              <w:bottom w:w="175" w:type="dxa"/>
              <w:right w:w="120" w:type="dxa"/>
            </w:tcMar>
            <w:vAlign w:val="center"/>
          </w:tcPr>
          <w:p w14:paraId="084C6374" w14:textId="74F417A2" w:rsidR="009B7D20" w:rsidRDefault="0082270D">
            <w:pPr>
              <w:spacing w:after="0"/>
            </w:pPr>
            <w:sdt>
              <w:sdtPr>
                <w:alias w:val="TEXT"/>
                <w:tag w:val="TEXT"/>
                <w:id w:val="1630587409"/>
                <w:showingPlcHdr/>
                <w:text/>
              </w:sdtPr>
              <w:sdtEndPr/>
              <w:sdtContent>
                <w:r w:rsidR="009208FD">
                  <w:t xml:space="preserve">     </w:t>
                </w:r>
              </w:sdtContent>
            </w:sdt>
          </w:p>
        </w:tc>
      </w:tr>
      <w:tr w:rsidR="009B7D20" w14:paraId="5D7BB6D6" w14:textId="77777777">
        <w:trPr>
          <w:jc w:val="center"/>
        </w:trPr>
        <w:tc>
          <w:tcPr>
            <w:tcW w:w="10368" w:type="dxa"/>
            <w:tcMar>
              <w:top w:w="175" w:type="dxa"/>
              <w:left w:w="120" w:type="dxa"/>
              <w:bottom w:w="175" w:type="dxa"/>
              <w:right w:w="120" w:type="dxa"/>
            </w:tcMar>
            <w:vAlign w:val="center"/>
          </w:tcPr>
          <w:p w14:paraId="33159180" w14:textId="321DE0E6" w:rsidR="009B7D20" w:rsidRDefault="0082270D">
            <w:pPr>
              <w:spacing w:after="0"/>
            </w:pPr>
            <w:sdt>
              <w:sdtPr>
                <w:alias w:val="TEXT"/>
                <w:tag w:val="TEXT"/>
                <w:id w:val="1159740758"/>
                <w:showingPlcHdr/>
                <w:text/>
              </w:sdtPr>
              <w:sdtEndPr/>
              <w:sdtContent>
                <w:r w:rsidR="009208FD">
                  <w:t xml:space="preserve">     </w:t>
                </w:r>
              </w:sdtContent>
            </w:sdt>
          </w:p>
        </w:tc>
      </w:tr>
      <w:tr w:rsidR="00C44395" w14:paraId="66A2DB71" w14:textId="77777777">
        <w:trPr>
          <w:jc w:val="center"/>
        </w:trPr>
        <w:tc>
          <w:tcPr>
            <w:tcW w:w="10368" w:type="dxa"/>
            <w:tcMar>
              <w:top w:w="175" w:type="dxa"/>
              <w:left w:w="120" w:type="dxa"/>
              <w:bottom w:w="175" w:type="dxa"/>
              <w:right w:w="120" w:type="dxa"/>
            </w:tcMar>
            <w:vAlign w:val="center"/>
          </w:tcPr>
          <w:p w14:paraId="24E0FEFC" w14:textId="0838C53A" w:rsidR="00C44395" w:rsidRDefault="00C44395">
            <w:pPr>
              <w:spacing w:after="0"/>
            </w:pPr>
            <w:r>
              <w:lastRenderedPageBreak/>
              <w:t>Are you interested in our Transportation Service? _____</w:t>
            </w:r>
            <w:proofErr w:type="gramStart"/>
            <w:r>
              <w:t>Yes</w:t>
            </w:r>
            <w:proofErr w:type="gramEnd"/>
            <w:r>
              <w:t xml:space="preserve"> _____No</w:t>
            </w:r>
          </w:p>
        </w:tc>
      </w:tr>
    </w:tbl>
    <w:p w14:paraId="278D4767" w14:textId="77777777" w:rsidR="009208FD" w:rsidRDefault="009208FD">
      <w:pPr>
        <w:spacing w:before="80" w:after="40"/>
        <w:rPr>
          <w:b/>
          <w:color w:val="4E2E86"/>
        </w:rPr>
      </w:pPr>
    </w:p>
    <w:p w14:paraId="6E2219B0" w14:textId="3269FFF6" w:rsidR="009B7D20" w:rsidRDefault="0082270D">
      <w:pPr>
        <w:spacing w:before="80" w:after="40"/>
      </w:pPr>
      <w:r>
        <w:rPr>
          <w:b/>
          <w:color w:val="4E2E86"/>
        </w:rPr>
        <w:t>Requested Weekly Schedule / Hours:</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10352"/>
      </w:tblGrid>
      <w:tr w:rsidR="009B7D20" w14:paraId="1BEF026F" w14:textId="77777777">
        <w:trPr>
          <w:jc w:val="center"/>
        </w:trPr>
        <w:tc>
          <w:tcPr>
            <w:tcW w:w="10368" w:type="dxa"/>
            <w:tcMar>
              <w:top w:w="175" w:type="dxa"/>
              <w:left w:w="120" w:type="dxa"/>
              <w:bottom w:w="175" w:type="dxa"/>
              <w:right w:w="120" w:type="dxa"/>
            </w:tcMar>
            <w:vAlign w:val="center"/>
          </w:tcPr>
          <w:p w14:paraId="2D406EFF" w14:textId="0946DFF2" w:rsidR="009B7D20" w:rsidRDefault="0082270D">
            <w:pPr>
              <w:spacing w:after="0"/>
            </w:pPr>
            <w:sdt>
              <w:sdtPr>
                <w:alias w:val="TEXT"/>
                <w:tag w:val="TEXT"/>
                <w:id w:val="1540466494"/>
                <w:showingPlcHdr/>
                <w:text/>
              </w:sdtPr>
              <w:sdtEndPr/>
              <w:sdtContent>
                <w:r w:rsidR="009208FD">
                  <w:t xml:space="preserve">     </w:t>
                </w:r>
              </w:sdtContent>
            </w:sdt>
          </w:p>
        </w:tc>
      </w:tr>
      <w:tr w:rsidR="009B7D20" w14:paraId="30745E91" w14:textId="77777777">
        <w:trPr>
          <w:jc w:val="center"/>
        </w:trPr>
        <w:tc>
          <w:tcPr>
            <w:tcW w:w="10368" w:type="dxa"/>
            <w:tcMar>
              <w:top w:w="175" w:type="dxa"/>
              <w:left w:w="120" w:type="dxa"/>
              <w:bottom w:w="175" w:type="dxa"/>
              <w:right w:w="120" w:type="dxa"/>
            </w:tcMar>
            <w:vAlign w:val="center"/>
          </w:tcPr>
          <w:p w14:paraId="3B3D0EFA" w14:textId="3BBB0CCE" w:rsidR="009B7D20" w:rsidRDefault="0082270D">
            <w:pPr>
              <w:spacing w:after="0"/>
            </w:pPr>
            <w:sdt>
              <w:sdtPr>
                <w:alias w:val="TEXT"/>
                <w:tag w:val="TEXT"/>
                <w:id w:val="1395237435"/>
                <w:showingPlcHdr/>
                <w:text/>
              </w:sdtPr>
              <w:sdtEndPr/>
              <w:sdtContent>
                <w:r w:rsidR="009208FD">
                  <w:t xml:space="preserve">     </w:t>
                </w:r>
              </w:sdtContent>
            </w:sdt>
          </w:p>
        </w:tc>
      </w:tr>
      <w:tr w:rsidR="009208FD" w14:paraId="0FA1FA51" w14:textId="77777777">
        <w:tblPrEx>
          <w:tblBorders>
            <w:top w:val="single" w:sz="0" w:space="0" w:color="4E2E86"/>
            <w:left w:val="single" w:sz="0" w:space="0" w:color="4E2E86"/>
            <w:bottom w:val="single" w:sz="0" w:space="0" w:color="4E2E86"/>
            <w:right w:val="single" w:sz="0" w:space="0" w:color="4E2E86"/>
            <w:insideH w:val="single" w:sz="0" w:space="0" w:color="4E2E86"/>
            <w:insideV w:val="single" w:sz="0" w:space="0" w:color="4E2E86"/>
          </w:tblBorders>
        </w:tblPrEx>
        <w:trPr>
          <w:jc w:val="center"/>
        </w:trPr>
        <w:tc>
          <w:tcPr>
            <w:tcW w:w="10368" w:type="dxa"/>
            <w:shd w:val="clear" w:color="auto" w:fill="4E2E86"/>
            <w:tcMar>
              <w:top w:w="120" w:type="dxa"/>
              <w:left w:w="120" w:type="dxa"/>
              <w:bottom w:w="120" w:type="dxa"/>
              <w:right w:w="120" w:type="dxa"/>
            </w:tcMar>
            <w:vAlign w:val="center"/>
          </w:tcPr>
          <w:p w14:paraId="1D98F2A9" w14:textId="3C12BCAB" w:rsidR="009208FD" w:rsidRDefault="009208FD">
            <w:pPr>
              <w:spacing w:after="0"/>
              <w:rPr>
                <w:b/>
                <w:color w:val="FFFFFF"/>
                <w:sz w:val="21"/>
              </w:rPr>
            </w:pPr>
            <w:r>
              <w:rPr>
                <w:b/>
                <w:color w:val="FFFFFF"/>
                <w:sz w:val="21"/>
              </w:rPr>
              <w:t>6. ACKNOWLEDGEMENT &amp; SIGNATURE</w:t>
            </w:r>
          </w:p>
        </w:tc>
      </w:tr>
    </w:tbl>
    <w:p w14:paraId="5DC06F13" w14:textId="7CFBF005" w:rsidR="009B7D20" w:rsidRPr="00C44395" w:rsidRDefault="0082270D">
      <w:pPr>
        <w:spacing w:before="80" w:after="120"/>
        <w:rPr>
          <w:i/>
          <w:iCs/>
        </w:rPr>
      </w:pPr>
      <w:r w:rsidRPr="00C44395">
        <w:rPr>
          <w:i/>
          <w:iCs/>
        </w:rPr>
        <w:t>By signing below, the client or authorized legal representative certifies that the information provided is accurate to the best of their knowledge and agrees to initiate the assessment process with Leading with Love Care Services.</w:t>
      </w:r>
      <w:r w:rsidR="00C44395" w:rsidRPr="00C44395">
        <w:rPr>
          <w:i/>
          <w:iCs/>
        </w:rPr>
        <w:t xml:space="preserve"> The client also understands that the typed Signature serves as an official signature.</w:t>
      </w:r>
    </w:p>
    <w:tbl>
      <w:tblPr>
        <w:tblW w:w="0" w:type="auto"/>
        <w:jc w:val="center"/>
        <w:tblBorders>
          <w:top w:val="single" w:sz="6" w:space="0" w:color="CFC3EC"/>
          <w:left w:val="single" w:sz="6" w:space="0" w:color="CFC3EC"/>
          <w:bottom w:val="single" w:sz="6" w:space="0" w:color="CFC3EC"/>
          <w:right w:val="single" w:sz="6" w:space="0" w:color="CFC3EC"/>
          <w:insideH w:val="single" w:sz="6" w:space="0" w:color="CFC3EC"/>
          <w:insideV w:val="single" w:sz="6" w:space="0" w:color="CFC3EC"/>
        </w:tblBorders>
        <w:tblLook w:val="04A0" w:firstRow="1" w:lastRow="0" w:firstColumn="1" w:lastColumn="0" w:noHBand="0" w:noVBand="1"/>
      </w:tblPr>
      <w:tblGrid>
        <w:gridCol w:w="5177"/>
        <w:gridCol w:w="5175"/>
      </w:tblGrid>
      <w:tr w:rsidR="009B7D20" w14:paraId="12F29E46" w14:textId="77777777">
        <w:trPr>
          <w:jc w:val="center"/>
        </w:trPr>
        <w:tc>
          <w:tcPr>
            <w:tcW w:w="5184" w:type="dxa"/>
            <w:shd w:val="clear" w:color="auto" w:fill="F1ECFB"/>
            <w:tcMar>
              <w:top w:w="120" w:type="dxa"/>
              <w:left w:w="120" w:type="dxa"/>
              <w:bottom w:w="120" w:type="dxa"/>
              <w:right w:w="120" w:type="dxa"/>
            </w:tcMar>
            <w:vAlign w:val="center"/>
          </w:tcPr>
          <w:p w14:paraId="3A7221B1" w14:textId="77777777" w:rsidR="009B7D20" w:rsidRDefault="0082270D">
            <w:pPr>
              <w:spacing w:after="0"/>
            </w:pPr>
            <w:r>
              <w:rPr>
                <w:b/>
                <w:color w:val="4E2E86"/>
                <w:sz w:val="17"/>
              </w:rPr>
              <w:t>Client / Representative Signature</w:t>
            </w:r>
          </w:p>
        </w:tc>
        <w:tc>
          <w:tcPr>
            <w:tcW w:w="5184" w:type="dxa"/>
            <w:shd w:val="clear" w:color="auto" w:fill="F1ECFB"/>
            <w:tcMar>
              <w:top w:w="120" w:type="dxa"/>
              <w:left w:w="120" w:type="dxa"/>
              <w:bottom w:w="120" w:type="dxa"/>
              <w:right w:w="120" w:type="dxa"/>
            </w:tcMar>
            <w:vAlign w:val="center"/>
          </w:tcPr>
          <w:p w14:paraId="47834B75" w14:textId="77777777" w:rsidR="009B7D20" w:rsidRDefault="0082270D">
            <w:pPr>
              <w:spacing w:after="0"/>
            </w:pPr>
            <w:r>
              <w:rPr>
                <w:b/>
                <w:color w:val="4E2E86"/>
                <w:sz w:val="17"/>
              </w:rPr>
              <w:t>Date</w:t>
            </w:r>
          </w:p>
        </w:tc>
      </w:tr>
      <w:tr w:rsidR="009B7D20" w14:paraId="57464A01" w14:textId="77777777">
        <w:trPr>
          <w:jc w:val="center"/>
        </w:trPr>
        <w:tc>
          <w:tcPr>
            <w:tcW w:w="5184" w:type="dxa"/>
            <w:tcMar>
              <w:top w:w="180" w:type="dxa"/>
              <w:left w:w="120" w:type="dxa"/>
              <w:bottom w:w="180" w:type="dxa"/>
              <w:right w:w="120" w:type="dxa"/>
            </w:tcMar>
            <w:vAlign w:val="center"/>
          </w:tcPr>
          <w:p w14:paraId="00AEA3F2" w14:textId="66E91B59" w:rsidR="009B7D20" w:rsidRDefault="0082270D">
            <w:pPr>
              <w:spacing w:after="0"/>
            </w:pPr>
            <w:sdt>
              <w:sdtPr>
                <w:alias w:val="TEXT"/>
                <w:tag w:val="TEXT"/>
                <w:id w:val="379065852"/>
                <w:showingPlcHdr/>
                <w:text/>
              </w:sdtPr>
              <w:sdtEndPr/>
              <w:sdtContent>
                <w:r w:rsidR="009208FD" w:rsidRPr="00C44395">
                  <w:rPr>
                    <w:rFonts w:ascii="Rastanty Cortez" w:hAnsi="Rastanty Cortez"/>
                  </w:rPr>
                  <w:t xml:space="preserve">     </w:t>
                </w:r>
              </w:sdtContent>
            </w:sdt>
          </w:p>
        </w:tc>
        <w:tc>
          <w:tcPr>
            <w:tcW w:w="5184" w:type="dxa"/>
            <w:tcMar>
              <w:top w:w="180" w:type="dxa"/>
              <w:left w:w="120" w:type="dxa"/>
              <w:bottom w:w="180" w:type="dxa"/>
              <w:right w:w="120" w:type="dxa"/>
            </w:tcMar>
            <w:vAlign w:val="center"/>
          </w:tcPr>
          <w:p w14:paraId="46D43D73" w14:textId="6104915C" w:rsidR="009B7D20" w:rsidRDefault="0082270D">
            <w:pPr>
              <w:spacing w:after="0"/>
            </w:pPr>
            <w:sdt>
              <w:sdtPr>
                <w:alias w:val="TEXT"/>
                <w:tag w:val="TEXT"/>
                <w:id w:val="-1243176281"/>
                <w:showingPlcHdr/>
                <w:text/>
              </w:sdtPr>
              <w:sdtEndPr/>
              <w:sdtContent>
                <w:r w:rsidR="009208FD">
                  <w:t xml:space="preserve">     </w:t>
                </w:r>
              </w:sdtContent>
            </w:sdt>
          </w:p>
        </w:tc>
      </w:tr>
      <w:tr w:rsidR="009B7D20" w14:paraId="4D16CCC7" w14:textId="77777777">
        <w:trPr>
          <w:jc w:val="center"/>
        </w:trPr>
        <w:tc>
          <w:tcPr>
            <w:tcW w:w="5184" w:type="dxa"/>
            <w:shd w:val="clear" w:color="auto" w:fill="F1ECFB"/>
            <w:tcMar>
              <w:top w:w="120" w:type="dxa"/>
              <w:left w:w="120" w:type="dxa"/>
              <w:bottom w:w="120" w:type="dxa"/>
              <w:right w:w="120" w:type="dxa"/>
            </w:tcMar>
            <w:vAlign w:val="center"/>
          </w:tcPr>
          <w:p w14:paraId="3E91FCE1" w14:textId="3E1FF860" w:rsidR="009B7D20" w:rsidRDefault="009208FD">
            <w:pPr>
              <w:spacing w:after="0"/>
            </w:pPr>
            <w:r>
              <w:rPr>
                <w:b/>
                <w:color w:val="4E2E86"/>
                <w:sz w:val="17"/>
              </w:rPr>
              <w:t>Company</w:t>
            </w:r>
            <w:r w:rsidR="0082270D">
              <w:rPr>
                <w:b/>
                <w:color w:val="4E2E86"/>
                <w:sz w:val="17"/>
              </w:rPr>
              <w:t xml:space="preserve"> Representative Signature</w:t>
            </w:r>
          </w:p>
        </w:tc>
        <w:tc>
          <w:tcPr>
            <w:tcW w:w="5184" w:type="dxa"/>
            <w:shd w:val="clear" w:color="auto" w:fill="F1ECFB"/>
            <w:tcMar>
              <w:top w:w="120" w:type="dxa"/>
              <w:left w:w="120" w:type="dxa"/>
              <w:bottom w:w="120" w:type="dxa"/>
              <w:right w:w="120" w:type="dxa"/>
            </w:tcMar>
            <w:vAlign w:val="center"/>
          </w:tcPr>
          <w:p w14:paraId="019F0887" w14:textId="77777777" w:rsidR="009B7D20" w:rsidRDefault="0082270D">
            <w:pPr>
              <w:spacing w:after="0"/>
            </w:pPr>
            <w:r>
              <w:rPr>
                <w:b/>
                <w:color w:val="4E2E86"/>
                <w:sz w:val="17"/>
              </w:rPr>
              <w:t>Date</w:t>
            </w:r>
          </w:p>
        </w:tc>
      </w:tr>
      <w:tr w:rsidR="009B7D20" w14:paraId="0FCD660E" w14:textId="77777777">
        <w:trPr>
          <w:jc w:val="center"/>
        </w:trPr>
        <w:tc>
          <w:tcPr>
            <w:tcW w:w="5184" w:type="dxa"/>
            <w:tcMar>
              <w:top w:w="180" w:type="dxa"/>
              <w:left w:w="120" w:type="dxa"/>
              <w:bottom w:w="180" w:type="dxa"/>
              <w:right w:w="120" w:type="dxa"/>
            </w:tcMar>
            <w:vAlign w:val="center"/>
          </w:tcPr>
          <w:p w14:paraId="7EBACECC" w14:textId="6532A40C" w:rsidR="009B7D20" w:rsidRDefault="0082270D">
            <w:pPr>
              <w:spacing w:after="0"/>
            </w:pPr>
            <w:sdt>
              <w:sdtPr>
                <w:alias w:val="TEXT"/>
                <w:tag w:val="TEXT"/>
                <w:id w:val="1407186988"/>
                <w:showingPlcHdr/>
                <w:text/>
              </w:sdtPr>
              <w:sdtEndPr/>
              <w:sdtContent>
                <w:r w:rsidR="009208FD" w:rsidRPr="00C44395">
                  <w:rPr>
                    <w:rFonts w:ascii="Dreaming Outloud Script Pro" w:hAnsi="Dreaming Outloud Script Pro" w:cs="Dreaming Outloud Script Pro"/>
                  </w:rPr>
                  <w:t xml:space="preserve">     </w:t>
                </w:r>
              </w:sdtContent>
            </w:sdt>
          </w:p>
        </w:tc>
        <w:tc>
          <w:tcPr>
            <w:tcW w:w="5184" w:type="dxa"/>
            <w:tcMar>
              <w:top w:w="180" w:type="dxa"/>
              <w:left w:w="120" w:type="dxa"/>
              <w:bottom w:w="180" w:type="dxa"/>
              <w:right w:w="120" w:type="dxa"/>
            </w:tcMar>
            <w:vAlign w:val="center"/>
          </w:tcPr>
          <w:p w14:paraId="5F9C71FA" w14:textId="515CF721" w:rsidR="009B7D20" w:rsidRDefault="0082270D">
            <w:pPr>
              <w:spacing w:after="0"/>
            </w:pPr>
            <w:sdt>
              <w:sdtPr>
                <w:alias w:val="TEXT"/>
                <w:tag w:val="TEXT"/>
                <w:id w:val="720251531"/>
                <w:showingPlcHdr/>
                <w:text/>
              </w:sdtPr>
              <w:sdtEndPr/>
              <w:sdtContent>
                <w:r w:rsidR="009208FD">
                  <w:t xml:space="preserve">     </w:t>
                </w:r>
              </w:sdtContent>
            </w:sdt>
          </w:p>
        </w:tc>
      </w:tr>
    </w:tbl>
    <w:p w14:paraId="55D0DF95" w14:textId="77777777" w:rsidR="009B7D20" w:rsidRDefault="0082270D">
      <w:pPr>
        <w:spacing w:before="120"/>
        <w:jc w:val="center"/>
      </w:pPr>
      <w:r>
        <w:rPr>
          <w:i/>
          <w:sz w:val="15"/>
        </w:rPr>
        <w:t>This intake form supports initial service planning and does not replace medical evaluation, diagnosis, or emergency services.</w:t>
      </w:r>
    </w:p>
    <w:sectPr w:rsidR="009B7D20" w:rsidSect="00034616">
      <w:headerReference w:type="default" r:id="rId9"/>
      <w:footerReference w:type="default" r:id="rId10"/>
      <w:pgSz w:w="12240" w:h="15840"/>
      <w:pgMar w:top="648" w:right="936" w:bottom="648"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160DC" w14:textId="77777777" w:rsidR="0082270D" w:rsidRDefault="0082270D">
      <w:pPr>
        <w:spacing w:after="0" w:line="240" w:lineRule="auto"/>
      </w:pPr>
      <w:r>
        <w:separator/>
      </w:r>
    </w:p>
  </w:endnote>
  <w:endnote w:type="continuationSeparator" w:id="0">
    <w:p w14:paraId="6615386A" w14:textId="77777777" w:rsidR="0082270D" w:rsidRDefault="00822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9C96" w14:textId="77777777" w:rsidR="009B7D20" w:rsidRDefault="0082270D">
    <w:pPr>
      <w:pStyle w:val="Footer"/>
      <w:jc w:val="center"/>
    </w:pPr>
    <w:r>
      <w:rPr>
        <w:sz w:val="16"/>
      </w:rPr>
      <w:t xml:space="preserve">Leading with Love Care </w:t>
    </w:r>
    <w:proofErr w:type="gramStart"/>
    <w:r>
      <w:rPr>
        <w:sz w:val="16"/>
      </w:rPr>
      <w:t>Services  |</w:t>
    </w:r>
    <w:proofErr w:type="gramEnd"/>
    <w:r>
      <w:rPr>
        <w:sz w:val="16"/>
      </w:rPr>
      <w:t xml:space="preserve">  Senior Personal Care Intake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49A13" w14:textId="77777777" w:rsidR="0082270D" w:rsidRDefault="0082270D">
      <w:pPr>
        <w:spacing w:after="0" w:line="240" w:lineRule="auto"/>
      </w:pPr>
      <w:r>
        <w:separator/>
      </w:r>
    </w:p>
  </w:footnote>
  <w:footnote w:type="continuationSeparator" w:id="0">
    <w:p w14:paraId="63224A76" w14:textId="77777777" w:rsidR="0082270D" w:rsidRDefault="00822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15F3" w14:textId="77777777" w:rsidR="009B7D20" w:rsidRDefault="0082270D">
    <w:pPr>
      <w:pStyle w:val="Header"/>
      <w:jc w:val="right"/>
    </w:pPr>
    <w:r>
      <w:rPr>
        <w:color w:val="7C59D7"/>
        <w:sz w:val="16"/>
      </w:rPr>
      <w:t xml:space="preserve">Leading with Love Care </w:t>
    </w:r>
    <w:proofErr w:type="gramStart"/>
    <w:r>
      <w:rPr>
        <w:color w:val="7C59D7"/>
        <w:sz w:val="16"/>
      </w:rPr>
      <w:t>Services  |</w:t>
    </w:r>
    <w:proofErr w:type="gramEnd"/>
    <w:r>
      <w:rPr>
        <w:color w:val="7C59D7"/>
        <w:sz w:val="16"/>
      </w:rPr>
      <w:t xml:space="preserve">  Confidential Intake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5356917">
    <w:abstractNumId w:val="8"/>
  </w:num>
  <w:num w:numId="2" w16cid:durableId="1901163048">
    <w:abstractNumId w:val="6"/>
  </w:num>
  <w:num w:numId="3" w16cid:durableId="443429983">
    <w:abstractNumId w:val="5"/>
  </w:num>
  <w:num w:numId="4" w16cid:durableId="1370884636">
    <w:abstractNumId w:val="4"/>
  </w:num>
  <w:num w:numId="5" w16cid:durableId="702825884">
    <w:abstractNumId w:val="7"/>
  </w:num>
  <w:num w:numId="6" w16cid:durableId="39524324">
    <w:abstractNumId w:val="3"/>
  </w:num>
  <w:num w:numId="7" w16cid:durableId="1089886012">
    <w:abstractNumId w:val="2"/>
  </w:num>
  <w:num w:numId="8" w16cid:durableId="1963412437">
    <w:abstractNumId w:val="1"/>
  </w:num>
  <w:num w:numId="9" w16cid:durableId="202593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2270D"/>
    <w:rsid w:val="009208FD"/>
    <w:rsid w:val="009B7D20"/>
    <w:rsid w:val="00A9012F"/>
    <w:rsid w:val="00AA1D8D"/>
    <w:rsid w:val="00B03774"/>
    <w:rsid w:val="00B47730"/>
    <w:rsid w:val="00C4439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8D905"/>
  <w14:defaultImageDpi w14:val="300"/>
  <w15:docId w15:val="{26D03D89-4F95-45CC-A048-4403615C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55515B"/>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260</Words>
  <Characters>1715</Characters>
  <Application>Microsoft Office Word</Application>
  <DocSecurity>0</DocSecurity>
  <Lines>107</Lines>
  <Paragraphs>103</Paragraphs>
  <ScaleCrop>false</ScaleCrop>
  <HeadingPairs>
    <vt:vector size="2" baseType="variant">
      <vt:variant>
        <vt:lpstr>Title</vt:lpstr>
      </vt:variant>
      <vt:variant>
        <vt:i4>1</vt:i4>
      </vt:variant>
    </vt:vector>
  </HeadingPairs>
  <TitlesOfParts>
    <vt:vector size="1" baseType="lpstr">
      <vt:lpstr>Senior Personal Care Intake Form</vt:lpstr>
    </vt:vector>
  </TitlesOfParts>
  <Manager/>
  <Company/>
  <LinksUpToDate>false</LinksUpToDate>
  <CharactersWithSpaces>1872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Personal Care Intake Form</dc:title>
  <dc:subject/>
  <dc:creator>Quiona Bryant Love</dc:creator>
  <cp:keywords/>
  <dc:description>generated by python-docx</dc:description>
  <cp:lastModifiedBy>Quiona Bryant Love</cp:lastModifiedBy>
  <cp:revision>2</cp:revision>
  <dcterms:created xsi:type="dcterms:W3CDTF">2026-09-08T03:47:00Z</dcterms:created>
  <dcterms:modified xsi:type="dcterms:W3CDTF">2026-09-08T03:47:00Z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2026-09-08T03:26:59Z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e6a23219-1670-4f8b-ad3b-8b48bda8be86</vt:lpwstr>
  </property>
  <property fmtid="{D5CDD505-2E9C-101B-9397-08002B2CF9AE}" pid="8" name="MSIP_Label_b0b638e0-f50f-48bd-992f-bcb55031a99f_ContentBits">
    <vt:lpwstr>0</vt:lpwstr>
  </property>
</Properties>
</file>