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90309E" w:rsidRDefault="00ED5CBF">
      <w:pPr>
        <w:spacing w:after="20"/>
        <w:jc w:val="center"/>
      </w:pPr>
      <w:r>
        <w:rPr>
          <w:noProof/>
        </w:rPr>
        <w:drawing>
          <wp:inline distT="0" distB="0" distL="0" distR="0" wp14:anchorId="1E55634C" wp14:editId="07777777">
            <wp:extent cx="1325880" cy="9205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92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21BAC" w14:textId="56A10783" w:rsidR="0090309E" w:rsidRDefault="00ED5CBF">
      <w:pPr>
        <w:spacing w:after="20"/>
        <w:jc w:val="center"/>
      </w:pPr>
      <w:r>
        <w:rPr>
          <w:rFonts w:ascii="Aptos Display" w:hAnsi="Aptos Display"/>
          <w:b/>
          <w:color w:val="4E2E86"/>
          <w:sz w:val="34"/>
        </w:rPr>
        <w:t>COACHING CHECK-IN</w:t>
      </w:r>
    </w:p>
    <w:p w14:paraId="5D50CF6D" w14:textId="77777777" w:rsidR="0090309E" w:rsidRDefault="00ED5CBF">
      <w:pPr>
        <w:spacing w:after="140"/>
        <w:jc w:val="center"/>
      </w:pPr>
      <w:r>
        <w:rPr>
          <w:i/>
          <w:color w:val="7C59D7"/>
        </w:rPr>
        <w:t>A simple reflection to guide your coaching session</w:t>
      </w:r>
    </w:p>
    <w:tbl>
      <w:tblPr>
        <w:tblW w:w="0" w:type="auto"/>
        <w:jc w:val="center"/>
        <w:tblBorders>
          <w:top w:val="single" w:sz="6" w:space="0" w:color="CFC3EC"/>
          <w:left w:val="single" w:sz="6" w:space="0" w:color="CFC3EC"/>
          <w:bottom w:val="single" w:sz="6" w:space="0" w:color="CFC3EC"/>
          <w:right w:val="single" w:sz="6" w:space="0" w:color="CFC3EC"/>
          <w:insideH w:val="single" w:sz="6" w:space="0" w:color="CFC3EC"/>
          <w:insideV w:val="single" w:sz="6" w:space="0" w:color="CFC3EC"/>
        </w:tblBorders>
        <w:tblLook w:val="04A0" w:firstRow="1" w:lastRow="0" w:firstColumn="1" w:lastColumn="0" w:noHBand="0" w:noVBand="1"/>
      </w:tblPr>
      <w:tblGrid>
        <w:gridCol w:w="2552"/>
        <w:gridCol w:w="2552"/>
        <w:gridCol w:w="2552"/>
        <w:gridCol w:w="2552"/>
      </w:tblGrid>
      <w:tr w:rsidR="0090309E" w14:paraId="351CE7DD" w14:textId="77777777">
        <w:trPr>
          <w:jc w:val="center"/>
        </w:trPr>
        <w:tc>
          <w:tcPr>
            <w:tcW w:w="2556" w:type="dxa"/>
            <w:shd w:val="clear" w:color="auto" w:fill="F1ECFB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0158726" w14:textId="77777777" w:rsidR="0090309E" w:rsidRDefault="00ED5CBF">
            <w:pPr>
              <w:spacing w:after="0"/>
              <w:jc w:val="center"/>
            </w:pPr>
            <w:r>
              <w:rPr>
                <w:b/>
                <w:color w:val="4E2E86"/>
                <w:sz w:val="17"/>
              </w:rPr>
              <w:t>Client Name</w:t>
            </w:r>
          </w:p>
        </w:tc>
        <w:tc>
          <w:tcPr>
            <w:tcW w:w="2556" w:type="dxa"/>
            <w:shd w:val="clear" w:color="auto" w:fill="F1ECFB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91072FA" w14:textId="77777777" w:rsidR="0090309E" w:rsidRDefault="00ED5CBF">
            <w:pPr>
              <w:spacing w:after="0"/>
              <w:jc w:val="center"/>
            </w:pPr>
            <w:r>
              <w:rPr>
                <w:b/>
                <w:color w:val="4E2E86"/>
                <w:sz w:val="17"/>
              </w:rPr>
              <w:t>Date</w:t>
            </w:r>
          </w:p>
        </w:tc>
        <w:tc>
          <w:tcPr>
            <w:tcW w:w="2556" w:type="dxa"/>
            <w:shd w:val="clear" w:color="auto" w:fill="F1ECFB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DA613FB" w14:textId="77777777" w:rsidR="0090309E" w:rsidRDefault="00ED5CBF">
            <w:pPr>
              <w:spacing w:after="0"/>
              <w:jc w:val="center"/>
            </w:pPr>
            <w:r>
              <w:rPr>
                <w:b/>
                <w:color w:val="4E2E86"/>
                <w:sz w:val="17"/>
              </w:rPr>
              <w:t>Coach</w:t>
            </w:r>
          </w:p>
        </w:tc>
        <w:tc>
          <w:tcPr>
            <w:tcW w:w="2556" w:type="dxa"/>
            <w:shd w:val="clear" w:color="auto" w:fill="F1ECFB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63B43E5" w14:textId="77777777" w:rsidR="0090309E" w:rsidRDefault="00ED5CBF">
            <w:pPr>
              <w:spacing w:after="0"/>
              <w:jc w:val="center"/>
            </w:pPr>
            <w:r>
              <w:rPr>
                <w:b/>
                <w:color w:val="4E2E86"/>
                <w:sz w:val="17"/>
              </w:rPr>
              <w:t>Week Of</w:t>
            </w:r>
          </w:p>
        </w:tc>
      </w:tr>
      <w:tr w:rsidR="0090309E" w14:paraId="2C072DA0" w14:textId="77777777">
        <w:trPr>
          <w:jc w:val="center"/>
        </w:trPr>
        <w:tc>
          <w:tcPr>
            <w:tcW w:w="255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C3E277F" w14:textId="77777777" w:rsidR="0090309E" w:rsidRDefault="00ED5CBF">
            <w:pPr>
              <w:spacing w:after="0"/>
            </w:pPr>
            <w:sdt>
              <w:sdtPr>
                <w:alias w:val="Fillable field 1001"/>
                <w:tag w:val="FIELD_1001"/>
                <w:id w:val="6001"/>
                <w:showingPlcHdr/>
                <w:text/>
              </w:sdtPr>
              <w:sdtEndPr/>
              <w:sdtContent>
                <w:r>
                  <w:rPr>
                    <w:i/>
                    <w:color w:val="8A8192"/>
                  </w:rPr>
                  <w:t>Click or tap here to enter text.</w:t>
                </w:r>
              </w:sdtContent>
            </w:sdt>
          </w:p>
        </w:tc>
        <w:tc>
          <w:tcPr>
            <w:tcW w:w="255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F14D7C8" w14:textId="77777777" w:rsidR="0090309E" w:rsidRDefault="00ED5CBF">
            <w:pPr>
              <w:spacing w:after="0"/>
            </w:pPr>
            <w:sdt>
              <w:sdtPr>
                <w:alias w:val="Fillable field 1002"/>
                <w:tag w:val="FIELD_1002"/>
                <w:id w:val="6002"/>
                <w:showingPlcHdr/>
                <w:text/>
              </w:sdtPr>
              <w:sdtEndPr/>
              <w:sdtContent>
                <w:r>
                  <w:rPr>
                    <w:i/>
                    <w:color w:val="8A8192"/>
                  </w:rPr>
                  <w:t>Click or tap here to enter text.</w:t>
                </w:r>
              </w:sdtContent>
            </w:sdt>
          </w:p>
        </w:tc>
        <w:tc>
          <w:tcPr>
            <w:tcW w:w="255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362E849" w14:textId="77777777" w:rsidR="0090309E" w:rsidRDefault="00ED5CBF">
            <w:pPr>
              <w:spacing w:after="0"/>
            </w:pPr>
            <w:sdt>
              <w:sdtPr>
                <w:alias w:val="Fillable field 1003"/>
                <w:tag w:val="FIELD_1003"/>
                <w:id w:val="6003"/>
                <w:showingPlcHdr/>
                <w:text/>
              </w:sdtPr>
              <w:sdtEndPr/>
              <w:sdtContent>
                <w:r>
                  <w:rPr>
                    <w:i/>
                    <w:color w:val="8A8192"/>
                  </w:rPr>
                  <w:t>Click or tap here to enter text.</w:t>
                </w:r>
              </w:sdtContent>
            </w:sdt>
          </w:p>
        </w:tc>
        <w:tc>
          <w:tcPr>
            <w:tcW w:w="255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B951852" w14:textId="77777777" w:rsidR="0090309E" w:rsidRDefault="00ED5CBF">
            <w:pPr>
              <w:spacing w:after="0"/>
            </w:pPr>
            <w:sdt>
              <w:sdtPr>
                <w:alias w:val="Fillable field 1004"/>
                <w:tag w:val="FIELD_1004"/>
                <w:id w:val="6004"/>
                <w:showingPlcHdr/>
                <w:text/>
              </w:sdtPr>
              <w:sdtEndPr/>
              <w:sdtContent>
                <w:r>
                  <w:rPr>
                    <w:i/>
                    <w:color w:val="8A8192"/>
                  </w:rPr>
                  <w:t>Click or tap here to enter text.</w:t>
                </w:r>
              </w:sdtContent>
            </w:sdt>
          </w:p>
        </w:tc>
      </w:tr>
      <w:tr w:rsidR="0090309E" w14:paraId="12D74C05" w14:textId="77777777">
        <w:tblPrEx>
          <w:tblBorders>
            <w:top w:val="single" w:sz="0" w:space="0" w:color="4E2E86"/>
            <w:left w:val="single" w:sz="0" w:space="0" w:color="4E2E86"/>
            <w:bottom w:val="single" w:sz="0" w:space="0" w:color="4E2E86"/>
            <w:right w:val="single" w:sz="0" w:space="0" w:color="4E2E86"/>
            <w:insideH w:val="single" w:sz="0" w:space="0" w:color="4E2E86"/>
            <w:insideV w:val="single" w:sz="0" w:space="0" w:color="4E2E86"/>
          </w:tblBorders>
        </w:tblPrEx>
        <w:trPr>
          <w:jc w:val="center"/>
        </w:trPr>
        <w:tc>
          <w:tcPr>
            <w:tcW w:w="10224" w:type="dxa"/>
            <w:gridSpan w:val="4"/>
            <w:shd w:val="clear" w:color="auto" w:fill="4E2E8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61C0057" w14:textId="77777777" w:rsidR="0090309E" w:rsidRDefault="00ED5CBF">
            <w:pPr>
              <w:keepNext/>
              <w:spacing w:after="0"/>
            </w:pPr>
            <w:r>
              <w:rPr>
                <w:b/>
                <w:color w:val="FFFFFF"/>
                <w:sz w:val="21"/>
              </w:rPr>
              <w:t>1. HOW I AM DOING</w:t>
            </w:r>
          </w:p>
        </w:tc>
      </w:tr>
    </w:tbl>
    <w:p w14:paraId="4648409F" w14:textId="77777777" w:rsidR="0090309E" w:rsidRDefault="00ED5CBF">
      <w:pPr>
        <w:spacing w:after="60"/>
      </w:pPr>
      <w:r>
        <w:rPr>
          <w:i/>
          <w:sz w:val="17"/>
        </w:rPr>
        <w:t>Check one number for each area. 1 = struggling and 5 = doing very well.</w:t>
      </w:r>
    </w:p>
    <w:tbl>
      <w:tblPr>
        <w:tblW w:w="0" w:type="auto"/>
        <w:jc w:val="center"/>
        <w:tblBorders>
          <w:top w:val="single" w:sz="6" w:space="0" w:color="CFC3EC"/>
          <w:left w:val="single" w:sz="6" w:space="0" w:color="CFC3EC"/>
          <w:bottom w:val="single" w:sz="6" w:space="0" w:color="CFC3EC"/>
          <w:right w:val="single" w:sz="6" w:space="0" w:color="CFC3EC"/>
          <w:insideH w:val="single" w:sz="6" w:space="0" w:color="CFC3EC"/>
          <w:insideV w:val="single" w:sz="6" w:space="0" w:color="CFC3EC"/>
        </w:tblBorders>
        <w:tblLook w:val="04A0" w:firstRow="1" w:lastRow="0" w:firstColumn="1" w:lastColumn="0" w:noHBand="0" w:noVBand="1"/>
      </w:tblPr>
      <w:tblGrid>
        <w:gridCol w:w="1703"/>
        <w:gridCol w:w="1701"/>
        <w:gridCol w:w="1701"/>
        <w:gridCol w:w="1701"/>
        <w:gridCol w:w="1701"/>
        <w:gridCol w:w="1701"/>
      </w:tblGrid>
      <w:tr w:rsidR="0090309E" w14:paraId="2AAF61E7" w14:textId="77777777">
        <w:trPr>
          <w:jc w:val="center"/>
        </w:trPr>
        <w:tc>
          <w:tcPr>
            <w:tcW w:w="1704" w:type="dxa"/>
            <w:shd w:val="clear" w:color="auto" w:fill="7C59D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36423D1" w14:textId="77777777" w:rsidR="0090309E" w:rsidRDefault="00ED5CBF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Area</w:t>
            </w:r>
          </w:p>
        </w:tc>
        <w:tc>
          <w:tcPr>
            <w:tcW w:w="1704" w:type="dxa"/>
            <w:shd w:val="clear" w:color="auto" w:fill="7C59D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49841BE" w14:textId="77777777" w:rsidR="0090309E" w:rsidRDefault="00ED5CBF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1</w:t>
            </w:r>
          </w:p>
        </w:tc>
        <w:tc>
          <w:tcPr>
            <w:tcW w:w="1704" w:type="dxa"/>
            <w:shd w:val="clear" w:color="auto" w:fill="7C59D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8F999B5" w14:textId="77777777" w:rsidR="0090309E" w:rsidRDefault="00ED5CBF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2</w:t>
            </w:r>
          </w:p>
        </w:tc>
        <w:tc>
          <w:tcPr>
            <w:tcW w:w="1704" w:type="dxa"/>
            <w:shd w:val="clear" w:color="auto" w:fill="7C59D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FCD5EC4" w14:textId="77777777" w:rsidR="0090309E" w:rsidRDefault="00ED5CBF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3</w:t>
            </w:r>
          </w:p>
        </w:tc>
        <w:tc>
          <w:tcPr>
            <w:tcW w:w="1704" w:type="dxa"/>
            <w:shd w:val="clear" w:color="auto" w:fill="7C59D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598DEE6" w14:textId="77777777" w:rsidR="0090309E" w:rsidRDefault="00ED5CBF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4</w:t>
            </w:r>
          </w:p>
        </w:tc>
        <w:tc>
          <w:tcPr>
            <w:tcW w:w="1704" w:type="dxa"/>
            <w:shd w:val="clear" w:color="auto" w:fill="7C59D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8941E47" w14:textId="77777777" w:rsidR="0090309E" w:rsidRDefault="00ED5CBF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5</w:t>
            </w:r>
          </w:p>
        </w:tc>
      </w:tr>
      <w:tr w:rsidR="0090309E" w14:paraId="2076CF36" w14:textId="77777777">
        <w:trPr>
          <w:jc w:val="center"/>
        </w:trPr>
        <w:tc>
          <w:tcPr>
            <w:tcW w:w="170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BACBE73" w14:textId="77777777" w:rsidR="0090309E" w:rsidRDefault="00ED5CBF">
            <w:pPr>
              <w:spacing w:after="0"/>
            </w:pPr>
            <w:r>
              <w:rPr>
                <w:b/>
                <w:sz w:val="17"/>
              </w:rPr>
              <w:t>Mood</w:t>
            </w:r>
          </w:p>
        </w:tc>
        <w:tc>
          <w:tcPr>
            <w:tcW w:w="170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D1C84E6" w14:textId="391CB728" w:rsidR="0090309E" w:rsidRDefault="00ED5CBF">
            <w:pPr>
              <w:spacing w:after="0"/>
              <w:jc w:val="center"/>
            </w:pPr>
            <w:sdt>
              <w:sdtPr>
                <w:alias w:val="Checkbox 1023"/>
                <w:tag w:val="CHECK_1023"/>
                <w:id w:val="1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55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12DD878" w14:textId="77777777" w:rsidR="0090309E" w:rsidRDefault="00ED5CBF">
            <w:pPr>
              <w:spacing w:after="0"/>
              <w:jc w:val="center"/>
            </w:pPr>
            <w:sdt>
              <w:sdtPr>
                <w:alias w:val="Checkbox 1024"/>
                <w:tag w:val="CHECK_1024"/>
                <w:id w:val="1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053F9D1" w14:textId="77777777" w:rsidR="0090309E" w:rsidRDefault="00ED5CBF">
            <w:pPr>
              <w:spacing w:after="0"/>
              <w:jc w:val="center"/>
            </w:pPr>
            <w:sdt>
              <w:sdtPr>
                <w:alias w:val="Checkbox 1025"/>
                <w:tag w:val="CHECK_1025"/>
                <w:id w:val="1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4E8EB90" w14:textId="77777777" w:rsidR="0090309E" w:rsidRDefault="00ED5CBF">
            <w:pPr>
              <w:spacing w:after="0"/>
              <w:jc w:val="center"/>
            </w:pPr>
            <w:sdt>
              <w:sdtPr>
                <w:alias w:val="Checkbox 1026"/>
                <w:tag w:val="CHECK_1026"/>
                <w:id w:val="1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51D0424" w14:textId="77777777" w:rsidR="0090309E" w:rsidRDefault="00ED5CBF">
            <w:pPr>
              <w:spacing w:after="0"/>
              <w:jc w:val="center"/>
            </w:pPr>
            <w:sdt>
              <w:sdtPr>
                <w:alias w:val="Checkbox 1027"/>
                <w:tag w:val="CHECK_1027"/>
                <w:id w:val="10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</w:tr>
      <w:tr w:rsidR="0090309E" w14:paraId="5CE8F601" w14:textId="77777777">
        <w:trPr>
          <w:jc w:val="center"/>
        </w:trPr>
        <w:tc>
          <w:tcPr>
            <w:tcW w:w="1704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CE1A636" w14:textId="77777777" w:rsidR="0090309E" w:rsidRDefault="00ED5CBF">
            <w:pPr>
              <w:spacing w:after="0"/>
            </w:pPr>
            <w:r>
              <w:rPr>
                <w:b/>
                <w:sz w:val="17"/>
              </w:rPr>
              <w:t>Energy</w:t>
            </w:r>
          </w:p>
        </w:tc>
        <w:tc>
          <w:tcPr>
            <w:tcW w:w="1704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18A20AE" w14:textId="77777777" w:rsidR="0090309E" w:rsidRDefault="00ED5CBF">
            <w:pPr>
              <w:spacing w:after="0"/>
              <w:jc w:val="center"/>
            </w:pPr>
            <w:sdt>
              <w:sdtPr>
                <w:alias w:val="Checkbox 1028"/>
                <w:tag w:val="CHECK_1028"/>
                <w:id w:val="10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027F543" w14:textId="77777777" w:rsidR="0090309E" w:rsidRDefault="00ED5CBF">
            <w:pPr>
              <w:spacing w:after="0"/>
              <w:jc w:val="center"/>
            </w:pPr>
            <w:sdt>
              <w:sdtPr>
                <w:alias w:val="Checkbox 1029"/>
                <w:tag w:val="CHECK_1029"/>
                <w:id w:val="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BF29469" w14:textId="77777777" w:rsidR="0090309E" w:rsidRDefault="00ED5CBF">
            <w:pPr>
              <w:spacing w:after="0"/>
              <w:jc w:val="center"/>
            </w:pPr>
            <w:sdt>
              <w:sdtPr>
                <w:alias w:val="Checkbox 1030"/>
                <w:tag w:val="CHECK_1030"/>
                <w:id w:val="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C9F31AF" w14:textId="77777777" w:rsidR="0090309E" w:rsidRDefault="00ED5CBF">
            <w:pPr>
              <w:spacing w:after="0"/>
              <w:jc w:val="center"/>
            </w:pPr>
            <w:sdt>
              <w:sdtPr>
                <w:alias w:val="Checkbox 1031"/>
                <w:tag w:val="CHECK_1031"/>
                <w:id w:val="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D7B3579" w14:textId="77777777" w:rsidR="0090309E" w:rsidRDefault="00ED5CBF">
            <w:pPr>
              <w:spacing w:after="0"/>
              <w:jc w:val="center"/>
            </w:pPr>
            <w:sdt>
              <w:sdtPr>
                <w:alias w:val="Checkbox 1032"/>
                <w:tag w:val="CHECK_1032"/>
                <w:id w:val="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</w:tr>
      <w:tr w:rsidR="0090309E" w14:paraId="51737975" w14:textId="77777777">
        <w:trPr>
          <w:jc w:val="center"/>
        </w:trPr>
        <w:tc>
          <w:tcPr>
            <w:tcW w:w="170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A12DD29" w14:textId="77777777" w:rsidR="0090309E" w:rsidRDefault="00ED5CBF">
            <w:pPr>
              <w:spacing w:after="0"/>
            </w:pPr>
            <w:r>
              <w:rPr>
                <w:b/>
                <w:sz w:val="17"/>
              </w:rPr>
              <w:t>Stress management</w:t>
            </w:r>
          </w:p>
        </w:tc>
        <w:tc>
          <w:tcPr>
            <w:tcW w:w="170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DBDC598" w14:textId="77777777" w:rsidR="0090309E" w:rsidRDefault="00ED5CBF">
            <w:pPr>
              <w:spacing w:after="0"/>
              <w:jc w:val="center"/>
            </w:pPr>
            <w:sdt>
              <w:sdtPr>
                <w:alias w:val="Checkbox 1033"/>
                <w:tag w:val="CHECK_1033"/>
                <w:id w:val="1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DF819B1" w14:textId="77777777" w:rsidR="0090309E" w:rsidRDefault="00ED5CBF">
            <w:pPr>
              <w:spacing w:after="0"/>
              <w:jc w:val="center"/>
            </w:pPr>
            <w:sdt>
              <w:sdtPr>
                <w:alias w:val="Checkbox 1034"/>
                <w:tag w:val="CHECK_1034"/>
                <w:id w:val="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ADA9296" w14:textId="77777777" w:rsidR="0090309E" w:rsidRDefault="00ED5CBF">
            <w:pPr>
              <w:spacing w:after="0"/>
              <w:jc w:val="center"/>
            </w:pPr>
            <w:sdt>
              <w:sdtPr>
                <w:alias w:val="Checkbox 1035"/>
                <w:tag w:val="CHECK_1035"/>
                <w:id w:val="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D01D3DE" w14:textId="77777777" w:rsidR="0090309E" w:rsidRDefault="00ED5CBF">
            <w:pPr>
              <w:spacing w:after="0"/>
              <w:jc w:val="center"/>
            </w:pPr>
            <w:sdt>
              <w:sdtPr>
                <w:alias w:val="Checkbox 1036"/>
                <w:tag w:val="CHECK_1036"/>
                <w:id w:val="10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A3B6897" w14:textId="77777777" w:rsidR="0090309E" w:rsidRDefault="00ED5CBF">
            <w:pPr>
              <w:spacing w:after="0"/>
              <w:jc w:val="center"/>
            </w:pPr>
            <w:sdt>
              <w:sdtPr>
                <w:alias w:val="Checkbox 1037"/>
                <w:tag w:val="CHECK_1037"/>
                <w:id w:val="1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</w:tr>
      <w:tr w:rsidR="0090309E" w14:paraId="52C2CCE2" w14:textId="77777777">
        <w:trPr>
          <w:jc w:val="center"/>
        </w:trPr>
        <w:tc>
          <w:tcPr>
            <w:tcW w:w="1704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1DACFE5" w14:textId="77777777" w:rsidR="0090309E" w:rsidRDefault="00ED5CBF">
            <w:pPr>
              <w:spacing w:after="0"/>
            </w:pPr>
            <w:r>
              <w:rPr>
                <w:b/>
                <w:sz w:val="17"/>
              </w:rPr>
              <w:t>Focus</w:t>
            </w:r>
          </w:p>
        </w:tc>
        <w:tc>
          <w:tcPr>
            <w:tcW w:w="1704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45270B7" w14:textId="77777777" w:rsidR="0090309E" w:rsidRDefault="00ED5CBF">
            <w:pPr>
              <w:spacing w:after="0"/>
              <w:jc w:val="center"/>
            </w:pPr>
            <w:sdt>
              <w:sdtPr>
                <w:alias w:val="Checkbox 1038"/>
                <w:tag w:val="CHECK_1038"/>
                <w:id w:val="10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6205D4F" w14:textId="77777777" w:rsidR="0090309E" w:rsidRDefault="00ED5CBF">
            <w:pPr>
              <w:spacing w:after="0"/>
              <w:jc w:val="center"/>
            </w:pPr>
            <w:sdt>
              <w:sdtPr>
                <w:alias w:val="Checkbox 1039"/>
                <w:tag w:val="CHECK_1039"/>
                <w:id w:val="10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8E0D061" w14:textId="77777777" w:rsidR="0090309E" w:rsidRDefault="00ED5CBF">
            <w:pPr>
              <w:spacing w:after="0"/>
              <w:jc w:val="center"/>
            </w:pPr>
            <w:sdt>
              <w:sdtPr>
                <w:alias w:val="Checkbox 1040"/>
                <w:tag w:val="CHECK_1040"/>
                <w:id w:val="10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2B5592F" w14:textId="77777777" w:rsidR="0090309E" w:rsidRDefault="00ED5CBF">
            <w:pPr>
              <w:spacing w:after="0"/>
              <w:jc w:val="center"/>
            </w:pPr>
            <w:sdt>
              <w:sdtPr>
                <w:alias w:val="Checkbox 1041"/>
                <w:tag w:val="CHECK_1041"/>
                <w:id w:val="10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7B61044" w14:textId="77777777" w:rsidR="0090309E" w:rsidRDefault="00ED5CBF">
            <w:pPr>
              <w:spacing w:after="0"/>
              <w:jc w:val="center"/>
            </w:pPr>
            <w:sdt>
              <w:sdtPr>
                <w:alias w:val="Checkbox 1042"/>
                <w:tag w:val="CHECK_1042"/>
                <w:id w:val="10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</w:tr>
      <w:tr w:rsidR="0090309E" w14:paraId="33D42872" w14:textId="77777777">
        <w:trPr>
          <w:jc w:val="center"/>
        </w:trPr>
        <w:tc>
          <w:tcPr>
            <w:tcW w:w="170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6A0FA86" w14:textId="77777777" w:rsidR="0090309E" w:rsidRDefault="00ED5CBF">
            <w:pPr>
              <w:spacing w:after="0"/>
            </w:pPr>
            <w:r>
              <w:rPr>
                <w:b/>
                <w:sz w:val="17"/>
              </w:rPr>
              <w:t>Motivation</w:t>
            </w:r>
          </w:p>
        </w:tc>
        <w:tc>
          <w:tcPr>
            <w:tcW w:w="170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01105B3" w14:textId="77777777" w:rsidR="0090309E" w:rsidRDefault="00ED5CBF">
            <w:pPr>
              <w:spacing w:after="0"/>
              <w:jc w:val="center"/>
            </w:pPr>
            <w:sdt>
              <w:sdtPr>
                <w:alias w:val="Checkbox 1043"/>
                <w:tag w:val="CHECK_1043"/>
                <w:id w:val="10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5AEC62B" w14:textId="77777777" w:rsidR="0090309E" w:rsidRDefault="00ED5CBF">
            <w:pPr>
              <w:spacing w:after="0"/>
              <w:jc w:val="center"/>
            </w:pPr>
            <w:sdt>
              <w:sdtPr>
                <w:alias w:val="Checkbox 1044"/>
                <w:tag w:val="CHECK_1044"/>
                <w:id w:val="10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88EE0E5" w14:textId="77777777" w:rsidR="0090309E" w:rsidRDefault="00ED5CBF">
            <w:pPr>
              <w:spacing w:after="0"/>
              <w:jc w:val="center"/>
            </w:pPr>
            <w:sdt>
              <w:sdtPr>
                <w:alias w:val="Checkbox 1045"/>
                <w:tag w:val="CHECK_1045"/>
                <w:id w:val="10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19D89F3" w14:textId="77777777" w:rsidR="0090309E" w:rsidRDefault="00ED5CBF">
            <w:pPr>
              <w:spacing w:after="0"/>
              <w:jc w:val="center"/>
            </w:pPr>
            <w:sdt>
              <w:sdtPr>
                <w:alias w:val="Checkbox 1046"/>
                <w:tag w:val="CHECK_1046"/>
                <w:id w:val="10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B8C16CB" w14:textId="77777777" w:rsidR="0090309E" w:rsidRDefault="00ED5CBF">
            <w:pPr>
              <w:spacing w:after="0"/>
              <w:jc w:val="center"/>
            </w:pPr>
            <w:sdt>
              <w:sdtPr>
                <w:alias w:val="Checkbox 1047"/>
                <w:tag w:val="CHECK_1047"/>
                <w:id w:val="1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</w:tr>
      <w:tr w:rsidR="0090309E" w14:paraId="7D1A8C39" w14:textId="77777777">
        <w:trPr>
          <w:jc w:val="center"/>
        </w:trPr>
        <w:tc>
          <w:tcPr>
            <w:tcW w:w="1704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A1210F0" w14:textId="77777777" w:rsidR="0090309E" w:rsidRDefault="00ED5CBF">
            <w:pPr>
              <w:spacing w:after="0"/>
            </w:pPr>
            <w:r>
              <w:rPr>
                <w:b/>
                <w:sz w:val="17"/>
              </w:rPr>
              <w:t>Sleep</w:t>
            </w:r>
          </w:p>
        </w:tc>
        <w:tc>
          <w:tcPr>
            <w:tcW w:w="1704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99EC0C9" w14:textId="77777777" w:rsidR="0090309E" w:rsidRDefault="00ED5CBF">
            <w:pPr>
              <w:spacing w:after="0"/>
              <w:jc w:val="center"/>
            </w:pPr>
            <w:sdt>
              <w:sdtPr>
                <w:alias w:val="Checkbox 1048"/>
                <w:tag w:val="CHECK_1048"/>
                <w:id w:val="1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72193E7" w14:textId="77777777" w:rsidR="0090309E" w:rsidRDefault="00ED5CBF">
            <w:pPr>
              <w:spacing w:after="0"/>
              <w:jc w:val="center"/>
            </w:pPr>
            <w:sdt>
              <w:sdtPr>
                <w:alias w:val="Checkbox 1049"/>
                <w:tag w:val="CHECK_1049"/>
                <w:id w:val="10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671D30D" w14:textId="77777777" w:rsidR="0090309E" w:rsidRDefault="00ED5CBF">
            <w:pPr>
              <w:spacing w:after="0"/>
              <w:jc w:val="center"/>
            </w:pPr>
            <w:sdt>
              <w:sdtPr>
                <w:alias w:val="Checkbox 1050"/>
                <w:tag w:val="CHECK_1050"/>
                <w:id w:val="10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9EE17A1" w14:textId="77777777" w:rsidR="0090309E" w:rsidRDefault="00ED5CBF">
            <w:pPr>
              <w:spacing w:after="0"/>
              <w:jc w:val="center"/>
            </w:pPr>
            <w:sdt>
              <w:sdtPr>
                <w:alias w:val="Checkbox 1051"/>
                <w:tag w:val="CHECK_1051"/>
                <w:id w:val="10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  <w:tc>
          <w:tcPr>
            <w:tcW w:w="1704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94833D8" w14:textId="77777777" w:rsidR="0090309E" w:rsidRDefault="00ED5CBF">
            <w:pPr>
              <w:spacing w:after="0"/>
              <w:jc w:val="center"/>
            </w:pPr>
            <w:sdt>
              <w:sdtPr>
                <w:alias w:val="Checkbox 1052"/>
                <w:tag w:val="CHECK_1052"/>
                <w:id w:val="10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</w:p>
        </w:tc>
      </w:tr>
      <w:tr w:rsidR="0090309E" w14:paraId="3FFCD0BD" w14:textId="77777777">
        <w:tblPrEx>
          <w:tblBorders>
            <w:top w:val="single" w:sz="0" w:space="0" w:color="4E2E86"/>
            <w:left w:val="single" w:sz="0" w:space="0" w:color="4E2E86"/>
            <w:bottom w:val="single" w:sz="0" w:space="0" w:color="4E2E86"/>
            <w:right w:val="single" w:sz="0" w:space="0" w:color="4E2E86"/>
            <w:insideH w:val="single" w:sz="0" w:space="0" w:color="4E2E86"/>
            <w:insideV w:val="single" w:sz="0" w:space="0" w:color="4E2E86"/>
          </w:tblBorders>
        </w:tblPrEx>
        <w:trPr>
          <w:jc w:val="center"/>
        </w:trPr>
        <w:tc>
          <w:tcPr>
            <w:tcW w:w="10224" w:type="dxa"/>
            <w:gridSpan w:val="6"/>
            <w:shd w:val="clear" w:color="auto" w:fill="4E2E8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15F7F8A" w14:textId="77777777" w:rsidR="0090309E" w:rsidRDefault="00ED5CBF">
            <w:pPr>
              <w:keepNext/>
              <w:spacing w:after="0"/>
            </w:pPr>
            <w:r>
              <w:rPr>
                <w:b/>
                <w:color w:val="FFFFFF"/>
                <w:sz w:val="21"/>
              </w:rPr>
              <w:t>2. MY WEEK</w:t>
            </w:r>
          </w:p>
        </w:tc>
      </w:tr>
    </w:tbl>
    <w:p w14:paraId="473E4F16" w14:textId="77777777" w:rsidR="0090309E" w:rsidRDefault="00ED5CBF">
      <w:pPr>
        <w:keepNext/>
        <w:spacing w:before="80" w:after="40"/>
      </w:pPr>
      <w:r>
        <w:rPr>
          <w:b/>
          <w:color w:val="4E2E86"/>
          <w:sz w:val="19"/>
        </w:rPr>
        <w:t>What went well this week?</w:t>
      </w:r>
    </w:p>
    <w:tbl>
      <w:tblPr>
        <w:tblW w:w="0" w:type="auto"/>
        <w:jc w:val="center"/>
        <w:tblBorders>
          <w:top w:val="single" w:sz="6" w:space="0" w:color="CFC3EC"/>
          <w:left w:val="single" w:sz="6" w:space="0" w:color="CFC3EC"/>
          <w:bottom w:val="single" w:sz="6" w:space="0" w:color="CFC3EC"/>
          <w:right w:val="single" w:sz="6" w:space="0" w:color="CFC3EC"/>
          <w:insideH w:val="single" w:sz="6" w:space="0" w:color="CFC3EC"/>
          <w:insideV w:val="single" w:sz="6" w:space="0" w:color="CFC3EC"/>
        </w:tblBorders>
        <w:tblLook w:val="04A0" w:firstRow="1" w:lastRow="0" w:firstColumn="1" w:lastColumn="0" w:noHBand="0" w:noVBand="1"/>
      </w:tblPr>
      <w:tblGrid>
        <w:gridCol w:w="10208"/>
      </w:tblGrid>
      <w:tr w:rsidR="0090309E" w14:paraId="2946BB5D" w14:textId="77777777">
        <w:trPr>
          <w:jc w:val="center"/>
        </w:trPr>
        <w:tc>
          <w:tcPr>
            <w:tcW w:w="10224" w:type="dxa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46E69C4A" w14:textId="77777777" w:rsidR="0090309E" w:rsidRDefault="00ED5CBF">
            <w:pPr>
              <w:spacing w:after="0"/>
            </w:pPr>
            <w:sdt>
              <w:sdtPr>
                <w:alias w:val="Fillable field 1005"/>
                <w:tag w:val="FIELD_1005"/>
                <w:id w:val="6005"/>
                <w:showingPlcHdr/>
                <w:text/>
              </w:sdtPr>
              <w:sdtEndPr/>
              <w:sdtContent>
                <w:r>
                  <w:rPr>
                    <w:i/>
                    <w:color w:val="8A8192"/>
                  </w:rPr>
                  <w:t>Click or tap here to enter text.</w:t>
                </w:r>
              </w:sdtContent>
            </w:sdt>
          </w:p>
        </w:tc>
      </w:tr>
    </w:tbl>
    <w:p w14:paraId="2B7CC56F" w14:textId="77777777" w:rsidR="0090309E" w:rsidRDefault="00ED5CBF">
      <w:pPr>
        <w:keepNext/>
        <w:spacing w:before="80" w:after="40"/>
      </w:pPr>
      <w:r>
        <w:rPr>
          <w:b/>
          <w:color w:val="4E2E86"/>
          <w:sz w:val="19"/>
        </w:rPr>
        <w:t>What was challenging this week?</w:t>
      </w:r>
    </w:p>
    <w:tbl>
      <w:tblPr>
        <w:tblW w:w="0" w:type="auto"/>
        <w:jc w:val="center"/>
        <w:tblBorders>
          <w:top w:val="single" w:sz="6" w:space="0" w:color="CFC3EC"/>
          <w:left w:val="single" w:sz="6" w:space="0" w:color="CFC3EC"/>
          <w:bottom w:val="single" w:sz="6" w:space="0" w:color="CFC3EC"/>
          <w:right w:val="single" w:sz="6" w:space="0" w:color="CFC3EC"/>
          <w:insideH w:val="single" w:sz="6" w:space="0" w:color="CFC3EC"/>
          <w:insideV w:val="single" w:sz="6" w:space="0" w:color="CFC3EC"/>
        </w:tblBorders>
        <w:tblLook w:val="04A0" w:firstRow="1" w:lastRow="0" w:firstColumn="1" w:lastColumn="0" w:noHBand="0" w:noVBand="1"/>
      </w:tblPr>
      <w:tblGrid>
        <w:gridCol w:w="5104"/>
        <w:gridCol w:w="5104"/>
      </w:tblGrid>
      <w:tr w:rsidR="0090309E" w14:paraId="72EE5986" w14:textId="77777777">
        <w:trPr>
          <w:jc w:val="center"/>
        </w:trPr>
        <w:tc>
          <w:tcPr>
            <w:tcW w:w="10224" w:type="dxa"/>
            <w:gridSpan w:val="2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01E0A917" w14:textId="77777777" w:rsidR="0090309E" w:rsidRDefault="00ED5CBF">
            <w:pPr>
              <w:spacing w:after="0"/>
            </w:pPr>
            <w:sdt>
              <w:sdtPr>
                <w:alias w:val="Fillable field 1007"/>
                <w:tag w:val="FIELD_1007"/>
                <w:id w:val="6007"/>
                <w:showingPlcHdr/>
                <w:text/>
              </w:sdtPr>
              <w:sdtEndPr/>
              <w:sdtContent>
                <w:r>
                  <w:rPr>
                    <w:i/>
                    <w:color w:val="8A8192"/>
                  </w:rPr>
                  <w:t>Click or tap here to enter text.</w:t>
                </w:r>
              </w:sdtContent>
            </w:sdt>
          </w:p>
        </w:tc>
      </w:tr>
      <w:tr w:rsidR="0090309E" w14:paraId="37266FD1" w14:textId="77777777">
        <w:tblPrEx>
          <w:tblBorders>
            <w:top w:val="single" w:sz="0" w:space="0" w:color="4E2E86"/>
            <w:left w:val="single" w:sz="0" w:space="0" w:color="4E2E86"/>
            <w:bottom w:val="single" w:sz="0" w:space="0" w:color="4E2E86"/>
            <w:right w:val="single" w:sz="0" w:space="0" w:color="4E2E86"/>
            <w:insideH w:val="single" w:sz="0" w:space="0" w:color="4E2E86"/>
            <w:insideV w:val="single" w:sz="0" w:space="0" w:color="4E2E86"/>
          </w:tblBorders>
        </w:tblPrEx>
        <w:trPr>
          <w:jc w:val="center"/>
        </w:trPr>
        <w:tc>
          <w:tcPr>
            <w:tcW w:w="10224" w:type="dxa"/>
            <w:gridSpan w:val="2"/>
            <w:shd w:val="clear" w:color="auto" w:fill="4E2E8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F50D8AF" w14:textId="77777777" w:rsidR="0090309E" w:rsidRDefault="00ED5CBF">
            <w:pPr>
              <w:keepNext/>
              <w:spacing w:after="0"/>
            </w:pPr>
            <w:r>
              <w:rPr>
                <w:b/>
                <w:color w:val="FFFFFF"/>
                <w:sz w:val="21"/>
              </w:rPr>
              <w:t>3. GOAL PROGRESS</w:t>
            </w:r>
          </w:p>
        </w:tc>
      </w:tr>
      <w:tr w:rsidR="0090309E" w14:paraId="5715677F" w14:textId="77777777" w:rsidTr="7E96701E">
        <w:tblPrEx>
          <w:tblBorders>
            <w:top w:val="single" w:sz="5" w:space="0" w:color="CFC3EC"/>
            <w:left w:val="single" w:sz="5" w:space="0" w:color="CFC3EC"/>
            <w:bottom w:val="single" w:sz="5" w:space="0" w:color="CFC3EC"/>
            <w:right w:val="single" w:sz="5" w:space="0" w:color="CFC3EC"/>
            <w:insideH w:val="single" w:sz="5" w:space="0" w:color="CFC3EC"/>
            <w:insideV w:val="single" w:sz="5" w:space="0" w:color="CFC3EC"/>
          </w:tblBorders>
        </w:tblPrEx>
        <w:trPr>
          <w:jc w:val="center"/>
        </w:trPr>
        <w:tc>
          <w:tcPr>
            <w:tcW w:w="5112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072F796" w14:textId="159E77DA" w:rsidR="0090309E" w:rsidRDefault="00ED5CBF">
            <w:pPr>
              <w:spacing w:after="0"/>
            </w:pPr>
            <w:sdt>
              <w:sdtPr>
                <w:alias w:val="Checkbox 1053"/>
                <w:tag w:val="CHECK_1053"/>
                <w:id w:val="10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845316F" w:rsidRPr="7E96701E">
                  <w:rPr>
                    <w:rFonts w:ascii="MS Gothic" w:eastAsia="MS Gothic" w:hAnsi="MS Gothic" w:cs="MS Gothic"/>
                    <w:color w:val="7C59D7"/>
                  </w:rPr>
                  <w:t>☐</w:t>
                </w:r>
              </w:sdtContent>
            </w:sdt>
            <w:r w:rsidR="7845316F" w:rsidRPr="7E96701E">
              <w:t xml:space="preserve">  Completed my weekly goal</w:t>
            </w:r>
          </w:p>
        </w:tc>
        <w:tc>
          <w:tcPr>
            <w:tcW w:w="5112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81DF778" w14:textId="77777777" w:rsidR="0090309E" w:rsidRDefault="00ED5CBF">
            <w:pPr>
              <w:spacing w:after="0"/>
            </w:pPr>
            <w:sdt>
              <w:sdtPr>
                <w:alias w:val="Checkbox 1054"/>
                <w:tag w:val="CHECK_1054"/>
                <w:id w:val="10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  <w:r>
              <w:t xml:space="preserve">  Made some progress</w:t>
            </w:r>
          </w:p>
        </w:tc>
      </w:tr>
      <w:tr w:rsidR="0090309E" w14:paraId="72360D1D" w14:textId="77777777" w:rsidTr="7E96701E">
        <w:tblPrEx>
          <w:tblBorders>
            <w:top w:val="single" w:sz="5" w:space="0" w:color="CFC3EC"/>
            <w:left w:val="single" w:sz="5" w:space="0" w:color="CFC3EC"/>
            <w:bottom w:val="single" w:sz="5" w:space="0" w:color="CFC3EC"/>
            <w:right w:val="single" w:sz="5" w:space="0" w:color="CFC3EC"/>
            <w:insideH w:val="single" w:sz="5" w:space="0" w:color="CFC3EC"/>
            <w:insideV w:val="single" w:sz="5" w:space="0" w:color="CFC3EC"/>
          </w:tblBorders>
        </w:tblPrEx>
        <w:trPr>
          <w:jc w:val="center"/>
        </w:trPr>
        <w:tc>
          <w:tcPr>
            <w:tcW w:w="5112" w:type="dxa"/>
            <w:shd w:val="clear" w:color="auto" w:fill="FFFFFF" w:themeFill="background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6F8B23B" w14:textId="77777777" w:rsidR="0090309E" w:rsidRDefault="00ED5CBF">
            <w:pPr>
              <w:spacing w:after="0"/>
            </w:pPr>
            <w:sdt>
              <w:sdtPr>
                <w:alias w:val="Checkbox 1055"/>
                <w:tag w:val="CHECK_1055"/>
                <w:id w:val="10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  <w:r>
              <w:t xml:space="preserve">  Did not get started</w:t>
            </w:r>
          </w:p>
        </w:tc>
        <w:tc>
          <w:tcPr>
            <w:tcW w:w="5112" w:type="dxa"/>
            <w:shd w:val="clear" w:color="auto" w:fill="FFFFFF" w:themeFill="background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79E9E08" w14:textId="77777777" w:rsidR="0090309E" w:rsidRDefault="00ED5CBF">
            <w:pPr>
              <w:spacing w:after="0"/>
            </w:pPr>
            <w:sdt>
              <w:sdtPr>
                <w:alias w:val="Checkbox 1056"/>
                <w:tag w:val="CHECK_1056"/>
                <w:id w:val="10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  <w:r>
              <w:t xml:space="preserve">  My goal changed</w:t>
            </w:r>
          </w:p>
        </w:tc>
      </w:tr>
    </w:tbl>
    <w:p w14:paraId="765FC99A" w14:textId="77777777" w:rsidR="0090309E" w:rsidRDefault="00ED5CBF">
      <w:pPr>
        <w:keepNext/>
        <w:spacing w:before="80" w:after="40"/>
      </w:pPr>
      <w:r>
        <w:rPr>
          <w:b/>
          <w:color w:val="4E2E86"/>
          <w:sz w:val="19"/>
        </w:rPr>
        <w:t>Briefly describe your progress or what got in the way.</w:t>
      </w:r>
    </w:p>
    <w:tbl>
      <w:tblPr>
        <w:tblW w:w="0" w:type="auto"/>
        <w:jc w:val="center"/>
        <w:tblBorders>
          <w:top w:val="single" w:sz="6" w:space="0" w:color="CFC3EC"/>
          <w:left w:val="single" w:sz="6" w:space="0" w:color="CFC3EC"/>
          <w:bottom w:val="single" w:sz="6" w:space="0" w:color="CFC3EC"/>
          <w:right w:val="single" w:sz="6" w:space="0" w:color="CFC3EC"/>
          <w:insideH w:val="single" w:sz="6" w:space="0" w:color="CFC3EC"/>
          <w:insideV w:val="single" w:sz="6" w:space="0" w:color="CFC3EC"/>
        </w:tblBorders>
        <w:tblLook w:val="04A0" w:firstRow="1" w:lastRow="0" w:firstColumn="1" w:lastColumn="0" w:noHBand="0" w:noVBand="1"/>
      </w:tblPr>
      <w:tblGrid>
        <w:gridCol w:w="5103"/>
        <w:gridCol w:w="5105"/>
      </w:tblGrid>
      <w:tr w:rsidR="0090309E" w14:paraId="43B9CF38" w14:textId="77777777">
        <w:trPr>
          <w:jc w:val="center"/>
        </w:trPr>
        <w:tc>
          <w:tcPr>
            <w:tcW w:w="10224" w:type="dxa"/>
            <w:gridSpan w:val="2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5C06BDBB" w14:textId="77777777" w:rsidR="0090309E" w:rsidRDefault="00ED5CBF">
            <w:pPr>
              <w:spacing w:after="0"/>
            </w:pPr>
            <w:sdt>
              <w:sdtPr>
                <w:alias w:val="Fillable field 1009"/>
                <w:tag w:val="FIELD_1009"/>
                <w:id w:val="6009"/>
                <w:showingPlcHdr/>
                <w:text/>
              </w:sdtPr>
              <w:sdtEndPr/>
              <w:sdtContent>
                <w:r>
                  <w:rPr>
                    <w:i/>
                    <w:color w:val="8A8192"/>
                  </w:rPr>
                  <w:t>Click or tap here to enter text.</w:t>
                </w:r>
              </w:sdtContent>
            </w:sdt>
          </w:p>
        </w:tc>
      </w:tr>
      <w:tr w:rsidR="003755AA" w14:paraId="14FB8BD8" w14:textId="77777777">
        <w:trPr>
          <w:jc w:val="center"/>
        </w:trPr>
        <w:tc>
          <w:tcPr>
            <w:tcW w:w="10224" w:type="dxa"/>
            <w:gridSpan w:val="2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51A729CD" w14:textId="02185962" w:rsidR="003755AA" w:rsidRDefault="003755AA">
            <w:pPr>
              <w:spacing w:after="0"/>
            </w:pPr>
            <w:sdt>
              <w:sdtPr>
                <w:alias w:val="Fillable field 1009"/>
                <w:tag w:val="FIELD_1009"/>
                <w:id w:val="831567670"/>
                <w:showingPlcHdr/>
                <w:text/>
              </w:sdtPr>
              <w:sdtContent>
                <w:r>
                  <w:rPr>
                    <w:i/>
                    <w:color w:val="8A8192"/>
                  </w:rPr>
                  <w:t>Click or tap here to enter text.</w:t>
                </w:r>
              </w:sdtContent>
            </w:sdt>
          </w:p>
        </w:tc>
      </w:tr>
      <w:tr w:rsidR="0090309E" w14:paraId="060613D2" w14:textId="77777777">
        <w:tblPrEx>
          <w:tblBorders>
            <w:top w:val="single" w:sz="0" w:space="0" w:color="4E2E86"/>
            <w:left w:val="single" w:sz="0" w:space="0" w:color="4E2E86"/>
            <w:bottom w:val="single" w:sz="0" w:space="0" w:color="4E2E86"/>
            <w:right w:val="single" w:sz="0" w:space="0" w:color="4E2E86"/>
            <w:insideH w:val="single" w:sz="0" w:space="0" w:color="4E2E86"/>
            <w:insideV w:val="single" w:sz="0" w:space="0" w:color="4E2E86"/>
          </w:tblBorders>
        </w:tblPrEx>
        <w:trPr>
          <w:jc w:val="center"/>
        </w:trPr>
        <w:tc>
          <w:tcPr>
            <w:tcW w:w="10224" w:type="dxa"/>
            <w:gridSpan w:val="2"/>
            <w:shd w:val="clear" w:color="auto" w:fill="4E2E8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AEB69A4" w14:textId="77777777" w:rsidR="0090309E" w:rsidRDefault="00ED5CBF">
            <w:pPr>
              <w:keepNext/>
              <w:spacing w:after="0"/>
            </w:pPr>
            <w:r>
              <w:rPr>
                <w:b/>
                <w:color w:val="FFFFFF"/>
                <w:sz w:val="21"/>
              </w:rPr>
              <w:lastRenderedPageBreak/>
              <w:t>4. SUPPORT CHECK</w:t>
            </w:r>
          </w:p>
        </w:tc>
      </w:tr>
      <w:tr w:rsidR="0090309E" w14:paraId="0B555340" w14:textId="77777777">
        <w:tblPrEx>
          <w:tblBorders>
            <w:top w:val="single" w:sz="5" w:space="0" w:color="CFC3EC"/>
            <w:left w:val="single" w:sz="5" w:space="0" w:color="CFC3EC"/>
            <w:bottom w:val="single" w:sz="5" w:space="0" w:color="CFC3EC"/>
            <w:right w:val="single" w:sz="5" w:space="0" w:color="CFC3EC"/>
            <w:insideH w:val="single" w:sz="5" w:space="0" w:color="CFC3EC"/>
            <w:insideV w:val="single" w:sz="5" w:space="0" w:color="CFC3EC"/>
          </w:tblBorders>
        </w:tblPrEx>
        <w:trPr>
          <w:jc w:val="center"/>
        </w:trPr>
        <w:tc>
          <w:tcPr>
            <w:tcW w:w="5112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48AFEC6" w14:textId="77777777" w:rsidR="0090309E" w:rsidRDefault="00ED5CBF">
            <w:pPr>
              <w:spacing w:after="0"/>
            </w:pPr>
            <w:sdt>
              <w:sdtPr>
                <w:alias w:val="Checkbox 1057"/>
                <w:tag w:val="CHECK_1057"/>
                <w:id w:val="1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  <w:r>
              <w:t xml:space="preserve">  Time management</w:t>
            </w:r>
          </w:p>
        </w:tc>
        <w:tc>
          <w:tcPr>
            <w:tcW w:w="5112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E57C94E" w14:textId="77777777" w:rsidR="0090309E" w:rsidRDefault="00ED5CBF">
            <w:pPr>
              <w:spacing w:after="0"/>
            </w:pPr>
            <w:sdt>
              <w:sdtPr>
                <w:alias w:val="Checkbox 1058"/>
                <w:tag w:val="CHECK_1058"/>
                <w:id w:val="10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  <w:r>
              <w:t xml:space="preserve">  Organization</w:t>
            </w:r>
          </w:p>
        </w:tc>
      </w:tr>
      <w:tr w:rsidR="0090309E" w14:paraId="56023152" w14:textId="77777777">
        <w:tblPrEx>
          <w:tblBorders>
            <w:top w:val="single" w:sz="5" w:space="0" w:color="CFC3EC"/>
            <w:left w:val="single" w:sz="5" w:space="0" w:color="CFC3EC"/>
            <w:bottom w:val="single" w:sz="5" w:space="0" w:color="CFC3EC"/>
            <w:right w:val="single" w:sz="5" w:space="0" w:color="CFC3EC"/>
            <w:insideH w:val="single" w:sz="5" w:space="0" w:color="CFC3EC"/>
            <w:insideV w:val="single" w:sz="5" w:space="0" w:color="CFC3EC"/>
          </w:tblBorders>
        </w:tblPrEx>
        <w:trPr>
          <w:jc w:val="center"/>
        </w:trPr>
        <w:tc>
          <w:tcPr>
            <w:tcW w:w="5112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F0631AC" w14:textId="77777777" w:rsidR="0090309E" w:rsidRDefault="00ED5CBF">
            <w:pPr>
              <w:spacing w:after="0"/>
            </w:pPr>
            <w:sdt>
              <w:sdtPr>
                <w:alias w:val="Checkbox 1059"/>
                <w:tag w:val="CHECK_1059"/>
                <w:id w:val="1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  <w:r>
              <w:t xml:space="preserve">  Focus or distractions</w:t>
            </w:r>
          </w:p>
        </w:tc>
        <w:tc>
          <w:tcPr>
            <w:tcW w:w="5112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13BBCF1" w14:textId="77777777" w:rsidR="0090309E" w:rsidRDefault="00ED5CBF">
            <w:pPr>
              <w:spacing w:after="0"/>
            </w:pPr>
            <w:sdt>
              <w:sdtPr>
                <w:alias w:val="Checkbox 1060"/>
                <w:tag w:val="CHECK_1060"/>
                <w:id w:val="10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  <w:r>
              <w:t xml:space="preserve">  Motivation</w:t>
            </w:r>
          </w:p>
        </w:tc>
      </w:tr>
      <w:tr w:rsidR="0090309E" w14:paraId="49CC2C6E" w14:textId="77777777">
        <w:tblPrEx>
          <w:tblBorders>
            <w:top w:val="single" w:sz="5" w:space="0" w:color="CFC3EC"/>
            <w:left w:val="single" w:sz="5" w:space="0" w:color="CFC3EC"/>
            <w:bottom w:val="single" w:sz="5" w:space="0" w:color="CFC3EC"/>
            <w:right w:val="single" w:sz="5" w:space="0" w:color="CFC3EC"/>
            <w:insideH w:val="single" w:sz="5" w:space="0" w:color="CFC3EC"/>
            <w:insideV w:val="single" w:sz="5" w:space="0" w:color="CFC3EC"/>
          </w:tblBorders>
        </w:tblPrEx>
        <w:trPr>
          <w:jc w:val="center"/>
        </w:trPr>
        <w:tc>
          <w:tcPr>
            <w:tcW w:w="5112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3796010" w14:textId="77777777" w:rsidR="0090309E" w:rsidRDefault="00ED5CBF">
            <w:pPr>
              <w:spacing w:after="0"/>
            </w:pPr>
            <w:sdt>
              <w:sdtPr>
                <w:alias w:val="Checkbox 1061"/>
                <w:tag w:val="CHECK_1061"/>
                <w:id w:val="10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  <w:r>
              <w:t xml:space="preserve">  Stress management</w:t>
            </w:r>
          </w:p>
        </w:tc>
        <w:tc>
          <w:tcPr>
            <w:tcW w:w="5112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523FDD8" w14:textId="77777777" w:rsidR="0090309E" w:rsidRDefault="00ED5CBF">
            <w:pPr>
              <w:spacing w:after="0"/>
            </w:pPr>
            <w:sdt>
              <w:sdtPr>
                <w:alias w:val="Checkbox 1062"/>
                <w:tag w:val="CHECK_1062"/>
                <w:id w:val="10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  <w:r>
              <w:t xml:space="preserve">  Communication</w:t>
            </w:r>
          </w:p>
        </w:tc>
      </w:tr>
      <w:tr w:rsidR="0090309E" w14:paraId="0BCDE1DB" w14:textId="77777777">
        <w:tblPrEx>
          <w:tblBorders>
            <w:top w:val="single" w:sz="5" w:space="0" w:color="CFC3EC"/>
            <w:left w:val="single" w:sz="5" w:space="0" w:color="CFC3EC"/>
            <w:bottom w:val="single" w:sz="5" w:space="0" w:color="CFC3EC"/>
            <w:right w:val="single" w:sz="5" w:space="0" w:color="CFC3EC"/>
            <w:insideH w:val="single" w:sz="5" w:space="0" w:color="CFC3EC"/>
            <w:insideV w:val="single" w:sz="5" w:space="0" w:color="CFC3EC"/>
          </w:tblBorders>
        </w:tblPrEx>
        <w:trPr>
          <w:jc w:val="center"/>
        </w:trPr>
        <w:tc>
          <w:tcPr>
            <w:tcW w:w="5112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4983CF5" w14:textId="77777777" w:rsidR="0090309E" w:rsidRDefault="00ED5CBF">
            <w:pPr>
              <w:spacing w:after="0"/>
            </w:pPr>
            <w:sdt>
              <w:sdtPr>
                <w:alias w:val="Checkbox 1063"/>
                <w:tag w:val="CHECK_1063"/>
                <w:id w:val="1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  <w:r>
              <w:t xml:space="preserve">  Emotional regulation</w:t>
            </w:r>
          </w:p>
        </w:tc>
        <w:tc>
          <w:tcPr>
            <w:tcW w:w="5112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1BC15F1" w14:textId="77777777" w:rsidR="0090309E" w:rsidRDefault="00ED5CBF">
            <w:pPr>
              <w:spacing w:after="0"/>
            </w:pPr>
            <w:sdt>
              <w:sdtPr>
                <w:alias w:val="Checkbox 1064"/>
                <w:tag w:val="CHECK_1064"/>
                <w:id w:val="10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  <w:r>
              <w:t xml:space="preserve">  Healthy routines</w:t>
            </w:r>
          </w:p>
        </w:tc>
      </w:tr>
      <w:tr w:rsidR="0090309E" w14:paraId="02C8E3FD" w14:textId="77777777">
        <w:tblPrEx>
          <w:tblBorders>
            <w:top w:val="single" w:sz="5" w:space="0" w:color="CFC3EC"/>
            <w:left w:val="single" w:sz="5" w:space="0" w:color="CFC3EC"/>
            <w:bottom w:val="single" w:sz="5" w:space="0" w:color="CFC3EC"/>
            <w:right w:val="single" w:sz="5" w:space="0" w:color="CFC3EC"/>
            <w:insideH w:val="single" w:sz="5" w:space="0" w:color="CFC3EC"/>
            <w:insideV w:val="single" w:sz="5" w:space="0" w:color="CFC3EC"/>
          </w:tblBorders>
        </w:tblPrEx>
        <w:trPr>
          <w:jc w:val="center"/>
        </w:trPr>
        <w:tc>
          <w:tcPr>
            <w:tcW w:w="5112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1DE4D6E" w14:textId="77777777" w:rsidR="0090309E" w:rsidRDefault="00ED5CBF">
            <w:pPr>
              <w:spacing w:after="0"/>
            </w:pPr>
            <w:sdt>
              <w:sdtPr>
                <w:alias w:val="Checkbox 1065"/>
                <w:tag w:val="CHECK_1065"/>
                <w:id w:val="10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  <w:r>
              <w:t xml:space="preserve">  Accountability</w:t>
            </w:r>
          </w:p>
        </w:tc>
        <w:tc>
          <w:tcPr>
            <w:tcW w:w="5112" w:type="dxa"/>
            <w:shd w:val="clear" w:color="auto" w:fill="FAF8FE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5B8E4C0" w14:textId="77777777" w:rsidR="0090309E" w:rsidRDefault="00ED5CBF">
            <w:pPr>
              <w:spacing w:after="0"/>
            </w:pPr>
            <w:sdt>
              <w:sdtPr>
                <w:alias w:val="Checkbox 1066"/>
                <w:tag w:val="CHECK_1066"/>
                <w:id w:val="10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7C59D7"/>
                  </w:rPr>
                  <w:t>☐</w:t>
                </w:r>
              </w:sdtContent>
            </w:sdt>
            <w:r>
              <w:t xml:space="preserve">  Other: ____________________</w:t>
            </w:r>
          </w:p>
        </w:tc>
      </w:tr>
    </w:tbl>
    <w:p w14:paraId="33D4B53B" w14:textId="77777777" w:rsidR="0090309E" w:rsidRDefault="00ED5CBF">
      <w:pPr>
        <w:keepNext/>
        <w:spacing w:before="80" w:after="40"/>
      </w:pPr>
      <w:r>
        <w:rPr>
          <w:b/>
          <w:color w:val="4E2E86"/>
          <w:sz w:val="19"/>
        </w:rPr>
        <w:t>What support would be most helpful from your coach today?</w:t>
      </w:r>
    </w:p>
    <w:tbl>
      <w:tblPr>
        <w:tblW w:w="0" w:type="auto"/>
        <w:jc w:val="center"/>
        <w:tblBorders>
          <w:top w:val="single" w:sz="6" w:space="0" w:color="CFC3EC"/>
          <w:left w:val="single" w:sz="6" w:space="0" w:color="CFC3EC"/>
          <w:bottom w:val="single" w:sz="6" w:space="0" w:color="CFC3EC"/>
          <w:right w:val="single" w:sz="6" w:space="0" w:color="CFC3EC"/>
          <w:insideH w:val="single" w:sz="6" w:space="0" w:color="CFC3EC"/>
          <w:insideV w:val="single" w:sz="6" w:space="0" w:color="CFC3EC"/>
        </w:tblBorders>
        <w:tblLook w:val="04A0" w:firstRow="1" w:lastRow="0" w:firstColumn="1" w:lastColumn="0" w:noHBand="0" w:noVBand="1"/>
      </w:tblPr>
      <w:tblGrid>
        <w:gridCol w:w="10208"/>
      </w:tblGrid>
      <w:tr w:rsidR="0090309E" w14:paraId="54E27D6D" w14:textId="77777777">
        <w:trPr>
          <w:jc w:val="center"/>
        </w:trPr>
        <w:tc>
          <w:tcPr>
            <w:tcW w:w="10224" w:type="dxa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26395BFE" w14:textId="77777777" w:rsidR="0090309E" w:rsidRDefault="00ED5CBF">
            <w:pPr>
              <w:spacing w:after="0"/>
            </w:pPr>
            <w:sdt>
              <w:sdtPr>
                <w:alias w:val="Fillable field 1011"/>
                <w:tag w:val="FIELD_1011"/>
                <w:id w:val="6011"/>
                <w:showingPlcHdr/>
                <w:text/>
              </w:sdtPr>
              <w:sdtEndPr/>
              <w:sdtContent>
                <w:r>
                  <w:rPr>
                    <w:i/>
                    <w:color w:val="8A8192"/>
                  </w:rPr>
                  <w:t>Click or tap here to enter text.</w:t>
                </w:r>
              </w:sdtContent>
            </w:sdt>
          </w:p>
        </w:tc>
      </w:tr>
      <w:tr w:rsidR="0090309E" w14:paraId="473EC3D1" w14:textId="77777777">
        <w:trPr>
          <w:jc w:val="center"/>
        </w:trPr>
        <w:tc>
          <w:tcPr>
            <w:tcW w:w="10224" w:type="dxa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10643D94" w14:textId="77777777" w:rsidR="0090309E" w:rsidRDefault="00ED5CBF">
            <w:pPr>
              <w:spacing w:after="0"/>
            </w:pPr>
            <w:sdt>
              <w:sdtPr>
                <w:alias w:val="Fillable field 1012"/>
                <w:tag w:val="FIELD_1012"/>
                <w:id w:val="6012"/>
                <w:showingPlcHdr/>
                <w:text/>
              </w:sdtPr>
              <w:sdtEndPr/>
              <w:sdtContent>
                <w:r>
                  <w:rPr>
                    <w:i/>
                    <w:color w:val="8A8192"/>
                  </w:rPr>
                  <w:t>Click or tap here to enter text.</w:t>
                </w:r>
              </w:sdtContent>
            </w:sdt>
          </w:p>
        </w:tc>
      </w:tr>
      <w:tr w:rsidR="0090309E" w14:paraId="073D4682" w14:textId="77777777">
        <w:tblPrEx>
          <w:tblBorders>
            <w:top w:val="single" w:sz="0" w:space="0" w:color="4E2E86"/>
            <w:left w:val="single" w:sz="0" w:space="0" w:color="4E2E86"/>
            <w:bottom w:val="single" w:sz="0" w:space="0" w:color="4E2E86"/>
            <w:right w:val="single" w:sz="0" w:space="0" w:color="4E2E86"/>
            <w:insideH w:val="single" w:sz="0" w:space="0" w:color="4E2E86"/>
            <w:insideV w:val="single" w:sz="0" w:space="0" w:color="4E2E86"/>
          </w:tblBorders>
        </w:tblPrEx>
        <w:trPr>
          <w:jc w:val="center"/>
        </w:trPr>
        <w:tc>
          <w:tcPr>
            <w:tcW w:w="10224" w:type="dxa"/>
            <w:shd w:val="clear" w:color="auto" w:fill="4E2E8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AAFE543" w14:textId="77777777" w:rsidR="0090309E" w:rsidRDefault="00ED5CBF">
            <w:pPr>
              <w:keepNext/>
              <w:spacing w:after="0"/>
            </w:pPr>
            <w:r>
              <w:rPr>
                <w:b/>
                <w:color w:val="FFFFFF"/>
                <w:sz w:val="21"/>
              </w:rPr>
              <w:t>5. NEXT STEPS</w:t>
            </w:r>
          </w:p>
        </w:tc>
      </w:tr>
    </w:tbl>
    <w:p w14:paraId="700E9539" w14:textId="77777777" w:rsidR="0090309E" w:rsidRDefault="00ED5CBF">
      <w:pPr>
        <w:keepNext/>
        <w:spacing w:before="80" w:after="40"/>
      </w:pPr>
      <w:r>
        <w:rPr>
          <w:b/>
          <w:color w:val="4E2E86"/>
          <w:sz w:val="19"/>
        </w:rPr>
        <w:t>My top priority before the next session is:</w:t>
      </w:r>
    </w:p>
    <w:tbl>
      <w:tblPr>
        <w:tblW w:w="0" w:type="auto"/>
        <w:jc w:val="center"/>
        <w:tblBorders>
          <w:top w:val="single" w:sz="6" w:space="0" w:color="CFC3EC"/>
          <w:left w:val="single" w:sz="6" w:space="0" w:color="CFC3EC"/>
          <w:bottom w:val="single" w:sz="6" w:space="0" w:color="CFC3EC"/>
          <w:right w:val="single" w:sz="6" w:space="0" w:color="CFC3EC"/>
          <w:insideH w:val="single" w:sz="6" w:space="0" w:color="CFC3EC"/>
          <w:insideV w:val="single" w:sz="6" w:space="0" w:color="CFC3EC"/>
        </w:tblBorders>
        <w:tblLook w:val="04A0" w:firstRow="1" w:lastRow="0" w:firstColumn="1" w:lastColumn="0" w:noHBand="0" w:noVBand="1"/>
      </w:tblPr>
      <w:tblGrid>
        <w:gridCol w:w="10208"/>
      </w:tblGrid>
      <w:tr w:rsidR="0090309E" w14:paraId="4E79EA04" w14:textId="77777777">
        <w:trPr>
          <w:jc w:val="center"/>
        </w:trPr>
        <w:tc>
          <w:tcPr>
            <w:tcW w:w="10224" w:type="dxa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0825EB79" w14:textId="77777777" w:rsidR="0090309E" w:rsidRDefault="00ED5CBF">
            <w:pPr>
              <w:spacing w:after="0"/>
            </w:pPr>
            <w:sdt>
              <w:sdtPr>
                <w:alias w:val="Fillable field 1013"/>
                <w:tag w:val="FIELD_1013"/>
                <w:id w:val="6013"/>
                <w:showingPlcHdr/>
                <w:text/>
              </w:sdtPr>
              <w:sdtEndPr/>
              <w:sdtContent>
                <w:r>
                  <w:rPr>
                    <w:i/>
                    <w:color w:val="8A8192"/>
                  </w:rPr>
                  <w:t>Click or tap here to enter text.</w:t>
                </w:r>
              </w:sdtContent>
            </w:sdt>
          </w:p>
        </w:tc>
      </w:tr>
    </w:tbl>
    <w:p w14:paraId="0832C787" w14:textId="77777777" w:rsidR="0090309E" w:rsidRDefault="00ED5CBF">
      <w:pPr>
        <w:keepNext/>
        <w:spacing w:before="80" w:after="40"/>
      </w:pPr>
      <w:r>
        <w:rPr>
          <w:b/>
          <w:color w:val="4E2E86"/>
          <w:sz w:val="19"/>
        </w:rPr>
        <w:t xml:space="preserve">One </w:t>
      </w:r>
      <w:proofErr w:type="gramStart"/>
      <w:r>
        <w:rPr>
          <w:b/>
          <w:color w:val="4E2E86"/>
          <w:sz w:val="19"/>
        </w:rPr>
        <w:t>small action</w:t>
      </w:r>
      <w:proofErr w:type="gramEnd"/>
      <w:r>
        <w:rPr>
          <w:b/>
          <w:color w:val="4E2E86"/>
          <w:sz w:val="19"/>
        </w:rPr>
        <w:t xml:space="preserve"> step I will take:</w:t>
      </w:r>
    </w:p>
    <w:tbl>
      <w:tblPr>
        <w:tblW w:w="0" w:type="auto"/>
        <w:jc w:val="center"/>
        <w:tblBorders>
          <w:top w:val="single" w:sz="6" w:space="0" w:color="CFC3EC"/>
          <w:left w:val="single" w:sz="6" w:space="0" w:color="CFC3EC"/>
          <w:bottom w:val="single" w:sz="6" w:space="0" w:color="CFC3EC"/>
          <w:right w:val="single" w:sz="6" w:space="0" w:color="CFC3EC"/>
          <w:insideH w:val="single" w:sz="6" w:space="0" w:color="CFC3EC"/>
          <w:insideV w:val="single" w:sz="6" w:space="0" w:color="CFC3EC"/>
        </w:tblBorders>
        <w:tblLook w:val="04A0" w:firstRow="1" w:lastRow="0" w:firstColumn="1" w:lastColumn="0" w:noHBand="0" w:noVBand="1"/>
      </w:tblPr>
      <w:tblGrid>
        <w:gridCol w:w="10208"/>
      </w:tblGrid>
      <w:tr w:rsidR="0090309E" w14:paraId="59E437EE" w14:textId="77777777">
        <w:trPr>
          <w:jc w:val="center"/>
        </w:trPr>
        <w:tc>
          <w:tcPr>
            <w:tcW w:w="10224" w:type="dxa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0B521261" w14:textId="77777777" w:rsidR="0090309E" w:rsidRDefault="00ED5CBF">
            <w:pPr>
              <w:spacing w:after="0"/>
            </w:pPr>
            <w:sdt>
              <w:sdtPr>
                <w:alias w:val="Fillable field 1014"/>
                <w:tag w:val="FIELD_1014"/>
                <w:id w:val="6014"/>
                <w:showingPlcHdr/>
                <w:text/>
              </w:sdtPr>
              <w:sdtEndPr/>
              <w:sdtContent>
                <w:r>
                  <w:rPr>
                    <w:i/>
                    <w:color w:val="8A8192"/>
                  </w:rPr>
                  <w:t>Click or tap here to enter text.</w:t>
                </w:r>
              </w:sdtContent>
            </w:sdt>
          </w:p>
        </w:tc>
      </w:tr>
    </w:tbl>
    <w:p w14:paraId="3E4B3145" w14:textId="77777777" w:rsidR="0090309E" w:rsidRDefault="00ED5CBF">
      <w:pPr>
        <w:keepNext/>
        <w:spacing w:before="80" w:after="40"/>
      </w:pPr>
      <w:r>
        <w:rPr>
          <w:b/>
          <w:color w:val="4E2E86"/>
          <w:sz w:val="19"/>
        </w:rPr>
        <w:t>When I plan to complete it:</w:t>
      </w:r>
    </w:p>
    <w:tbl>
      <w:tblPr>
        <w:tblW w:w="0" w:type="auto"/>
        <w:jc w:val="center"/>
        <w:tblBorders>
          <w:top w:val="single" w:sz="6" w:space="0" w:color="CFC3EC"/>
          <w:left w:val="single" w:sz="6" w:space="0" w:color="CFC3EC"/>
          <w:bottom w:val="single" w:sz="6" w:space="0" w:color="CFC3EC"/>
          <w:right w:val="single" w:sz="6" w:space="0" w:color="CFC3EC"/>
          <w:insideH w:val="single" w:sz="6" w:space="0" w:color="CFC3EC"/>
          <w:insideV w:val="single" w:sz="6" w:space="0" w:color="CFC3EC"/>
        </w:tblBorders>
        <w:tblLook w:val="04A0" w:firstRow="1" w:lastRow="0" w:firstColumn="1" w:lastColumn="0" w:noHBand="0" w:noVBand="1"/>
      </w:tblPr>
      <w:tblGrid>
        <w:gridCol w:w="10208"/>
      </w:tblGrid>
      <w:tr w:rsidR="0090309E" w14:paraId="3B9B6ABF" w14:textId="77777777">
        <w:trPr>
          <w:jc w:val="center"/>
        </w:trPr>
        <w:tc>
          <w:tcPr>
            <w:tcW w:w="10224" w:type="dxa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53F18E65" w14:textId="77777777" w:rsidR="0090309E" w:rsidRDefault="00ED5CBF">
            <w:pPr>
              <w:spacing w:after="0"/>
            </w:pPr>
            <w:sdt>
              <w:sdtPr>
                <w:alias w:val="Fillable field 1015"/>
                <w:tag w:val="FIELD_1015"/>
                <w:id w:val="6015"/>
                <w:showingPlcHdr/>
                <w:text/>
              </w:sdtPr>
              <w:sdtEndPr/>
              <w:sdtContent>
                <w:r>
                  <w:rPr>
                    <w:i/>
                    <w:color w:val="8A8192"/>
                  </w:rPr>
                  <w:t>Click or tap here to enter text.</w:t>
                </w:r>
              </w:sdtContent>
            </w:sdt>
          </w:p>
        </w:tc>
      </w:tr>
      <w:tr w:rsidR="0090309E" w14:paraId="7AB1FF17" w14:textId="77777777">
        <w:tblPrEx>
          <w:tblBorders>
            <w:top w:val="single" w:sz="0" w:space="0" w:color="4E2E86"/>
            <w:left w:val="single" w:sz="0" w:space="0" w:color="4E2E86"/>
            <w:bottom w:val="single" w:sz="0" w:space="0" w:color="4E2E86"/>
            <w:right w:val="single" w:sz="0" w:space="0" w:color="4E2E86"/>
            <w:insideH w:val="single" w:sz="0" w:space="0" w:color="4E2E86"/>
            <w:insideV w:val="single" w:sz="0" w:space="0" w:color="4E2E86"/>
          </w:tblBorders>
        </w:tblPrEx>
        <w:trPr>
          <w:jc w:val="center"/>
        </w:trPr>
        <w:tc>
          <w:tcPr>
            <w:tcW w:w="10224" w:type="dxa"/>
            <w:shd w:val="clear" w:color="auto" w:fill="4E2E8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6673926" w14:textId="77777777" w:rsidR="0090309E" w:rsidRDefault="00ED5CBF">
            <w:pPr>
              <w:keepNext/>
              <w:spacing w:after="0"/>
            </w:pPr>
            <w:r>
              <w:rPr>
                <w:b/>
                <w:color w:val="FFFFFF"/>
                <w:sz w:val="21"/>
              </w:rPr>
              <w:t>6. FINAL REFLECTION</w:t>
            </w:r>
          </w:p>
        </w:tc>
      </w:tr>
    </w:tbl>
    <w:p w14:paraId="419A7213" w14:textId="77777777" w:rsidR="0090309E" w:rsidRDefault="00ED5CBF">
      <w:pPr>
        <w:keepNext/>
        <w:spacing w:before="80" w:after="40"/>
      </w:pPr>
      <w:r>
        <w:rPr>
          <w:b/>
          <w:color w:val="4E2E86"/>
          <w:sz w:val="19"/>
        </w:rPr>
        <w:t>One word or short phrase that describes how I feel right now:</w:t>
      </w:r>
    </w:p>
    <w:tbl>
      <w:tblPr>
        <w:tblW w:w="0" w:type="auto"/>
        <w:jc w:val="center"/>
        <w:tblBorders>
          <w:top w:val="single" w:sz="6" w:space="0" w:color="CFC3EC"/>
          <w:left w:val="single" w:sz="6" w:space="0" w:color="CFC3EC"/>
          <w:bottom w:val="single" w:sz="6" w:space="0" w:color="CFC3EC"/>
          <w:right w:val="single" w:sz="6" w:space="0" w:color="CFC3EC"/>
          <w:insideH w:val="single" w:sz="6" w:space="0" w:color="CFC3EC"/>
          <w:insideV w:val="single" w:sz="6" w:space="0" w:color="CFC3EC"/>
        </w:tblBorders>
        <w:tblLook w:val="04A0" w:firstRow="1" w:lastRow="0" w:firstColumn="1" w:lastColumn="0" w:noHBand="0" w:noVBand="1"/>
      </w:tblPr>
      <w:tblGrid>
        <w:gridCol w:w="10208"/>
      </w:tblGrid>
      <w:tr w:rsidR="0090309E" w14:paraId="298481D3" w14:textId="77777777">
        <w:trPr>
          <w:jc w:val="center"/>
        </w:trPr>
        <w:tc>
          <w:tcPr>
            <w:tcW w:w="10224" w:type="dxa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3DCAF6A6" w14:textId="77777777" w:rsidR="0090309E" w:rsidRDefault="00ED5CBF">
            <w:pPr>
              <w:spacing w:after="0"/>
            </w:pPr>
            <w:sdt>
              <w:sdtPr>
                <w:alias w:val="Fillable field 1016"/>
                <w:tag w:val="FIELD_1016"/>
                <w:id w:val="6016"/>
                <w:showingPlcHdr/>
                <w:text/>
              </w:sdtPr>
              <w:sdtEndPr/>
              <w:sdtContent>
                <w:r>
                  <w:rPr>
                    <w:i/>
                    <w:color w:val="8A8192"/>
                  </w:rPr>
                  <w:t>Click or tap here to enter text.</w:t>
                </w:r>
              </w:sdtContent>
            </w:sdt>
          </w:p>
        </w:tc>
      </w:tr>
    </w:tbl>
    <w:p w14:paraId="77C2D1D1" w14:textId="77777777" w:rsidR="0090309E" w:rsidRDefault="00ED5CBF">
      <w:pPr>
        <w:keepNext/>
        <w:spacing w:before="80" w:after="40"/>
      </w:pPr>
      <w:r>
        <w:rPr>
          <w:b/>
          <w:color w:val="4E2E86"/>
          <w:sz w:val="19"/>
        </w:rPr>
        <w:t>Anything else I want my coach to know:</w:t>
      </w:r>
    </w:p>
    <w:tbl>
      <w:tblPr>
        <w:tblW w:w="0" w:type="auto"/>
        <w:jc w:val="center"/>
        <w:tblBorders>
          <w:top w:val="single" w:sz="6" w:space="0" w:color="CFC3EC"/>
          <w:left w:val="single" w:sz="6" w:space="0" w:color="CFC3EC"/>
          <w:bottom w:val="single" w:sz="6" w:space="0" w:color="CFC3EC"/>
          <w:right w:val="single" w:sz="6" w:space="0" w:color="CFC3EC"/>
          <w:insideH w:val="single" w:sz="6" w:space="0" w:color="CFC3EC"/>
          <w:insideV w:val="single" w:sz="6" w:space="0" w:color="CFC3EC"/>
        </w:tblBorders>
        <w:tblLook w:val="04A0" w:firstRow="1" w:lastRow="0" w:firstColumn="1" w:lastColumn="0" w:noHBand="0" w:noVBand="1"/>
      </w:tblPr>
      <w:tblGrid>
        <w:gridCol w:w="2552"/>
        <w:gridCol w:w="2552"/>
        <w:gridCol w:w="2552"/>
        <w:gridCol w:w="2552"/>
      </w:tblGrid>
      <w:tr w:rsidR="0090309E" w14:paraId="0E3E5EDF" w14:textId="77777777">
        <w:trPr>
          <w:jc w:val="center"/>
        </w:trPr>
        <w:tc>
          <w:tcPr>
            <w:tcW w:w="10224" w:type="dxa"/>
            <w:gridSpan w:val="4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335E6539" w14:textId="77777777" w:rsidR="0090309E" w:rsidRDefault="00ED5CBF">
            <w:pPr>
              <w:spacing w:after="0"/>
            </w:pPr>
            <w:sdt>
              <w:sdtPr>
                <w:alias w:val="Fillable field 1017"/>
                <w:tag w:val="FIELD_1017"/>
                <w:id w:val="6017"/>
                <w:showingPlcHdr/>
                <w:text/>
              </w:sdtPr>
              <w:sdtEndPr/>
              <w:sdtContent>
                <w:r>
                  <w:rPr>
                    <w:i/>
                    <w:color w:val="8A8192"/>
                  </w:rPr>
                  <w:t>Click or tap here to enter text.</w:t>
                </w:r>
              </w:sdtContent>
            </w:sdt>
          </w:p>
        </w:tc>
      </w:tr>
      <w:tr w:rsidR="0090309E" w14:paraId="2C2315A5" w14:textId="77777777">
        <w:trPr>
          <w:jc w:val="center"/>
        </w:trPr>
        <w:tc>
          <w:tcPr>
            <w:tcW w:w="10224" w:type="dxa"/>
            <w:gridSpan w:val="4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404391F3" w14:textId="77777777" w:rsidR="0090309E" w:rsidRDefault="00ED5CBF">
            <w:pPr>
              <w:spacing w:after="0"/>
            </w:pPr>
            <w:sdt>
              <w:sdtPr>
                <w:alias w:val="Fillable field 1018"/>
                <w:tag w:val="FIELD_1018"/>
                <w:id w:val="6018"/>
                <w:showingPlcHdr/>
                <w:text/>
              </w:sdtPr>
              <w:sdtEndPr/>
              <w:sdtContent>
                <w:r>
                  <w:rPr>
                    <w:i/>
                    <w:color w:val="8A8192"/>
                  </w:rPr>
                  <w:t>Click or tap here to enter text.</w:t>
                </w:r>
              </w:sdtContent>
            </w:sdt>
          </w:p>
        </w:tc>
      </w:tr>
      <w:tr w:rsidR="0090309E" w14:paraId="3A501557" w14:textId="77777777">
        <w:trPr>
          <w:jc w:val="center"/>
        </w:trPr>
        <w:tc>
          <w:tcPr>
            <w:tcW w:w="2556" w:type="dxa"/>
            <w:shd w:val="clear" w:color="auto" w:fill="F1ECFB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2B75C0A" w14:textId="77777777" w:rsidR="0090309E" w:rsidRDefault="00ED5CBF">
            <w:pPr>
              <w:spacing w:after="0"/>
              <w:jc w:val="center"/>
            </w:pPr>
            <w:r>
              <w:rPr>
                <w:b/>
                <w:color w:val="4E2E86"/>
                <w:sz w:val="16"/>
              </w:rPr>
              <w:t>Client Signature</w:t>
            </w:r>
          </w:p>
        </w:tc>
        <w:tc>
          <w:tcPr>
            <w:tcW w:w="2556" w:type="dxa"/>
            <w:shd w:val="clear" w:color="auto" w:fill="F1ECFB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F3F821A" w14:textId="77777777" w:rsidR="0090309E" w:rsidRDefault="00ED5CBF">
            <w:pPr>
              <w:spacing w:after="0"/>
              <w:jc w:val="center"/>
            </w:pPr>
            <w:r>
              <w:rPr>
                <w:b/>
                <w:color w:val="4E2E86"/>
                <w:sz w:val="16"/>
              </w:rPr>
              <w:t>Date</w:t>
            </w:r>
          </w:p>
        </w:tc>
        <w:tc>
          <w:tcPr>
            <w:tcW w:w="2556" w:type="dxa"/>
            <w:shd w:val="clear" w:color="auto" w:fill="F1ECFB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1A9A9EE" w14:textId="77777777" w:rsidR="0090309E" w:rsidRDefault="00ED5CBF">
            <w:pPr>
              <w:spacing w:after="0"/>
              <w:jc w:val="center"/>
            </w:pPr>
            <w:r>
              <w:rPr>
                <w:b/>
                <w:color w:val="4E2E86"/>
                <w:sz w:val="16"/>
              </w:rPr>
              <w:t>Coach Signature</w:t>
            </w:r>
          </w:p>
        </w:tc>
        <w:tc>
          <w:tcPr>
            <w:tcW w:w="2556" w:type="dxa"/>
            <w:shd w:val="clear" w:color="auto" w:fill="F1ECFB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ECD21A2" w14:textId="77777777" w:rsidR="0090309E" w:rsidRDefault="00ED5CBF">
            <w:pPr>
              <w:spacing w:after="0"/>
              <w:jc w:val="center"/>
            </w:pPr>
            <w:r>
              <w:rPr>
                <w:b/>
                <w:color w:val="4E2E86"/>
                <w:sz w:val="16"/>
              </w:rPr>
              <w:t>Date</w:t>
            </w:r>
          </w:p>
        </w:tc>
      </w:tr>
      <w:tr w:rsidR="0090309E" w14:paraId="727F03FC" w14:textId="77777777">
        <w:trPr>
          <w:jc w:val="center"/>
        </w:trPr>
        <w:tc>
          <w:tcPr>
            <w:tcW w:w="2556" w:type="dxa"/>
            <w:tcMar>
              <w:top w:w="210" w:type="dxa"/>
              <w:left w:w="120" w:type="dxa"/>
              <w:bottom w:w="210" w:type="dxa"/>
              <w:right w:w="120" w:type="dxa"/>
            </w:tcMar>
            <w:vAlign w:val="center"/>
          </w:tcPr>
          <w:p w14:paraId="7DABFEB2" w14:textId="77777777" w:rsidR="0090309E" w:rsidRDefault="00ED5CBF">
            <w:pPr>
              <w:spacing w:after="0"/>
            </w:pPr>
            <w:sdt>
              <w:sdtPr>
                <w:alias w:val="Fillable field 1019"/>
                <w:tag w:val="FIELD_1019"/>
                <w:id w:val="6019"/>
                <w:showingPlcHdr/>
                <w:text/>
              </w:sdtPr>
              <w:sdtEndPr/>
              <w:sdtContent>
                <w:r>
                  <w:rPr>
                    <w:i/>
                    <w:color w:val="8A8192"/>
                  </w:rPr>
                  <w:t>Click or tap here to enter text.</w:t>
                </w:r>
              </w:sdtContent>
            </w:sdt>
          </w:p>
        </w:tc>
        <w:tc>
          <w:tcPr>
            <w:tcW w:w="2556" w:type="dxa"/>
            <w:tcMar>
              <w:top w:w="210" w:type="dxa"/>
              <w:left w:w="120" w:type="dxa"/>
              <w:bottom w:w="210" w:type="dxa"/>
              <w:right w:w="120" w:type="dxa"/>
            </w:tcMar>
            <w:vAlign w:val="center"/>
          </w:tcPr>
          <w:p w14:paraId="274521A0" w14:textId="77777777" w:rsidR="0090309E" w:rsidRDefault="00ED5CBF">
            <w:pPr>
              <w:spacing w:after="0"/>
            </w:pPr>
            <w:sdt>
              <w:sdtPr>
                <w:alias w:val="Fillable field 1020"/>
                <w:tag w:val="FIELD_1020"/>
                <w:id w:val="6020"/>
                <w:showingPlcHdr/>
                <w:text/>
              </w:sdtPr>
              <w:sdtEndPr/>
              <w:sdtContent>
                <w:r>
                  <w:rPr>
                    <w:i/>
                    <w:color w:val="8A8192"/>
                  </w:rPr>
                  <w:t>Click or tap here to enter text.</w:t>
                </w:r>
              </w:sdtContent>
            </w:sdt>
          </w:p>
        </w:tc>
        <w:tc>
          <w:tcPr>
            <w:tcW w:w="2556" w:type="dxa"/>
            <w:tcMar>
              <w:top w:w="210" w:type="dxa"/>
              <w:left w:w="120" w:type="dxa"/>
              <w:bottom w:w="210" w:type="dxa"/>
              <w:right w:w="120" w:type="dxa"/>
            </w:tcMar>
            <w:vAlign w:val="center"/>
          </w:tcPr>
          <w:p w14:paraId="28A81841" w14:textId="77777777" w:rsidR="0090309E" w:rsidRDefault="00ED5CBF">
            <w:pPr>
              <w:spacing w:after="0"/>
            </w:pPr>
            <w:sdt>
              <w:sdtPr>
                <w:alias w:val="Fillable field 1021"/>
                <w:tag w:val="FIELD_1021"/>
                <w:id w:val="6021"/>
                <w:showingPlcHdr/>
                <w:text/>
              </w:sdtPr>
              <w:sdtEndPr/>
              <w:sdtContent>
                <w:r>
                  <w:rPr>
                    <w:i/>
                    <w:color w:val="8A8192"/>
                  </w:rPr>
                  <w:t>Click or tap here to enter text.</w:t>
                </w:r>
              </w:sdtContent>
            </w:sdt>
          </w:p>
        </w:tc>
        <w:tc>
          <w:tcPr>
            <w:tcW w:w="2556" w:type="dxa"/>
            <w:tcMar>
              <w:top w:w="210" w:type="dxa"/>
              <w:left w:w="120" w:type="dxa"/>
              <w:bottom w:w="210" w:type="dxa"/>
              <w:right w:w="120" w:type="dxa"/>
            </w:tcMar>
            <w:vAlign w:val="center"/>
          </w:tcPr>
          <w:p w14:paraId="17A872D1" w14:textId="77777777" w:rsidR="0090309E" w:rsidRDefault="00ED5CBF">
            <w:pPr>
              <w:spacing w:after="0"/>
            </w:pPr>
            <w:sdt>
              <w:sdtPr>
                <w:alias w:val="Fillable field 1022"/>
                <w:tag w:val="FIELD_1022"/>
                <w:id w:val="6022"/>
                <w:showingPlcHdr/>
                <w:text/>
              </w:sdtPr>
              <w:sdtEndPr/>
              <w:sdtContent>
                <w:r>
                  <w:rPr>
                    <w:i/>
                    <w:color w:val="8A8192"/>
                  </w:rPr>
                  <w:t>Click or tap here to enter text.</w:t>
                </w:r>
              </w:sdtContent>
            </w:sdt>
          </w:p>
        </w:tc>
      </w:tr>
    </w:tbl>
    <w:p w14:paraId="6F32095D" w14:textId="33AB7B8A" w:rsidR="0090309E" w:rsidRDefault="00ED5CBF">
      <w:pPr>
        <w:spacing w:before="120" w:after="0"/>
        <w:jc w:val="center"/>
      </w:pPr>
      <w:r>
        <w:rPr>
          <w:i/>
          <w:sz w:val="15"/>
        </w:rPr>
        <w:t>Coaching is goal-focused and educational and is not a substitute for medical care, psychotherapy, crisis intervention, or emergency services.</w:t>
      </w:r>
      <w:r w:rsidR="003755AA">
        <w:rPr>
          <w:i/>
          <w:sz w:val="15"/>
        </w:rPr>
        <w:t xml:space="preserve"> Typed signatures serves as official signatures in acknowledging the weekly check-in.</w:t>
      </w:r>
    </w:p>
    <w:sectPr w:rsidR="0090309E" w:rsidSect="00034616">
      <w:headerReference w:type="default" r:id="rId9"/>
      <w:footerReference w:type="default" r:id="rId10"/>
      <w:pgSz w:w="12240" w:h="15840"/>
      <w:pgMar w:top="648" w:right="1008" w:bottom="64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8BF1D" w14:textId="77777777" w:rsidR="00ED5CBF" w:rsidRDefault="00ED5CBF">
      <w:pPr>
        <w:spacing w:after="0" w:line="240" w:lineRule="auto"/>
      </w:pPr>
      <w:r>
        <w:separator/>
      </w:r>
    </w:p>
  </w:endnote>
  <w:endnote w:type="continuationSeparator" w:id="0">
    <w:p w14:paraId="400FC566" w14:textId="77777777" w:rsidR="00ED5CBF" w:rsidRDefault="00ED5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5F8CA" w14:textId="02ACA10F" w:rsidR="0090309E" w:rsidRDefault="00ED5CBF">
    <w:pPr>
      <w:pStyle w:val="Footer"/>
      <w:jc w:val="center"/>
    </w:pPr>
    <w:r>
      <w:rPr>
        <w:sz w:val="16"/>
      </w:rPr>
      <w:t>Leading with Love Care Services</w:t>
    </w:r>
    <w:r>
      <w:rPr>
        <w:sz w:val="16"/>
      </w:rPr>
      <w:t xml:space="preserve"> | </w:t>
    </w:r>
    <w:r>
      <w:rPr>
        <w:sz w:val="16"/>
      </w:rPr>
      <w:t>Coaching Check-In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B5B74" w14:textId="77777777" w:rsidR="00ED5CBF" w:rsidRDefault="00ED5CBF">
      <w:pPr>
        <w:spacing w:after="0" w:line="240" w:lineRule="auto"/>
      </w:pPr>
      <w:r>
        <w:separator/>
      </w:r>
    </w:p>
  </w:footnote>
  <w:footnote w:type="continuationSeparator" w:id="0">
    <w:p w14:paraId="3F222C88" w14:textId="77777777" w:rsidR="00ED5CBF" w:rsidRDefault="00ED5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5F7E3" w14:textId="77777777" w:rsidR="0090309E" w:rsidRDefault="00ED5CBF">
    <w:pPr>
      <w:pStyle w:val="Header"/>
      <w:jc w:val="right"/>
    </w:pPr>
    <w:r>
      <w:rPr>
        <w:color w:val="7C59D7"/>
        <w:sz w:val="16"/>
      </w:rPr>
      <w:t xml:space="preserve">Leading with Love Care </w:t>
    </w:r>
    <w:proofErr w:type="gramStart"/>
    <w:r>
      <w:rPr>
        <w:color w:val="7C59D7"/>
        <w:sz w:val="16"/>
      </w:rPr>
      <w:t>Services  |</w:t>
    </w:r>
    <w:proofErr w:type="gramEnd"/>
    <w:r>
      <w:rPr>
        <w:color w:val="7C59D7"/>
        <w:sz w:val="16"/>
      </w:rPr>
      <w:t xml:space="preserve">  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689400">
    <w:abstractNumId w:val="8"/>
  </w:num>
  <w:num w:numId="2" w16cid:durableId="35013256">
    <w:abstractNumId w:val="6"/>
  </w:num>
  <w:num w:numId="3" w16cid:durableId="1864980161">
    <w:abstractNumId w:val="5"/>
  </w:num>
  <w:num w:numId="4" w16cid:durableId="1045374422">
    <w:abstractNumId w:val="4"/>
  </w:num>
  <w:num w:numId="5" w16cid:durableId="1709985194">
    <w:abstractNumId w:val="7"/>
  </w:num>
  <w:num w:numId="6" w16cid:durableId="129135432">
    <w:abstractNumId w:val="3"/>
  </w:num>
  <w:num w:numId="7" w16cid:durableId="907154706">
    <w:abstractNumId w:val="2"/>
  </w:num>
  <w:num w:numId="8" w16cid:durableId="1558779034">
    <w:abstractNumId w:val="1"/>
  </w:num>
  <w:num w:numId="9" w16cid:durableId="57830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55AA"/>
    <w:rsid w:val="0090309E"/>
    <w:rsid w:val="00AA1D8D"/>
    <w:rsid w:val="00B47730"/>
    <w:rsid w:val="00CB0664"/>
    <w:rsid w:val="00ED5CBF"/>
    <w:rsid w:val="00F72BB8"/>
    <w:rsid w:val="00FC693F"/>
    <w:rsid w:val="7845316F"/>
    <w:rsid w:val="7E96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D6E0DFF-8447-4CC7-9C3D-033226F69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55515B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428</Words>
  <Characters>1741</Characters>
  <Application>Microsoft Office Word</Application>
  <DocSecurity>0</DocSecurity>
  <Lines>124</Lines>
  <Paragraphs>135</Paragraphs>
  <ScaleCrop>false</ScaleCrop>
  <Manager/>
  <Company/>
  <LinksUpToDate>false</LinksUpToDate>
  <CharactersWithSpaces>2034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Adult Coaching Check-In</dc:title>
  <dc:subject/>
  <dc:creator>Quiona Bryant Love</dc:creator>
  <cp:keywords/>
  <dc:description>generated by python-docx</dc:description>
  <cp:lastModifiedBy>Quiona Bryant Love</cp:lastModifiedBy>
  <cp:revision>2</cp:revision>
  <dcterms:created xsi:type="dcterms:W3CDTF">2026-09-08T02:57:00Z</dcterms:created>
  <dcterms:modified xsi:type="dcterms:W3CDTF">2026-09-08T02:57:00Z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b638e0-f50f-48bd-992f-bcb55031a99f_Enabled">
    <vt:lpwstr>true</vt:lpwstr>
  </property>
  <property fmtid="{D5CDD505-2E9C-101B-9397-08002B2CF9AE}" pid="3" name="MSIP_Label_b0b638e0-f50f-48bd-992f-bcb55031a99f_SetDate">
    <vt:lpwstr>2026-09-08T02:49:24Z</vt:lpwstr>
  </property>
  <property fmtid="{D5CDD505-2E9C-101B-9397-08002B2CF9AE}" pid="4" name="MSIP_Label_b0b638e0-f50f-48bd-992f-bcb55031a99f_Method">
    <vt:lpwstr>Standard</vt:lpwstr>
  </property>
  <property fmtid="{D5CDD505-2E9C-101B-9397-08002B2CF9AE}" pid="5" name="MSIP_Label_b0b638e0-f50f-48bd-992f-bcb55031a99f_Name">
    <vt:lpwstr>Confidential Default</vt:lpwstr>
  </property>
  <property fmtid="{D5CDD505-2E9C-101B-9397-08002B2CF9AE}" pid="6" name="MSIP_Label_b0b638e0-f50f-48bd-992f-bcb55031a99f_SiteId">
    <vt:lpwstr>f45ccc07-e57e-4d15-bf6f-f6cbccd2d395</vt:lpwstr>
  </property>
  <property fmtid="{D5CDD505-2E9C-101B-9397-08002B2CF9AE}" pid="7" name="MSIP_Label_b0b638e0-f50f-48bd-992f-bcb55031a99f_ActionId">
    <vt:lpwstr>05fdf075-d0e5-4c67-8a64-40111c82401a</vt:lpwstr>
  </property>
  <property fmtid="{D5CDD505-2E9C-101B-9397-08002B2CF9AE}" pid="8" name="MSIP_Label_b0b638e0-f50f-48bd-992f-bcb55031a99f_ContentBits">
    <vt:lpwstr>0</vt:lpwstr>
  </property>
</Properties>
</file>