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27E532" w14:textId="3AF1DF8D" w:rsidR="001E54D4" w:rsidRPr="003C3EE7" w:rsidRDefault="00525F87" w:rsidP="00A87572">
      <w:pPr>
        <w:pStyle w:val="Title"/>
        <w:jc w:val="center"/>
        <w:rPr>
          <w14:textFill>
            <w14:gradFill>
              <w14:gsLst>
                <w14:gs w14:pos="0">
                  <w14:srgbClr w14:val="9966FF">
                    <w14:shade w14:val="30000"/>
                    <w14:satMod w14:val="115000"/>
                  </w14:srgbClr>
                </w14:gs>
                <w14:gs w14:pos="50000">
                  <w14:srgbClr w14:val="9966FF">
                    <w14:shade w14:val="67500"/>
                    <w14:satMod w14:val="115000"/>
                  </w14:srgbClr>
                </w14:gs>
                <w14:gs w14:pos="100000">
                  <w14:srgbClr w14:val="9966FF">
                    <w14:shade w14:val="100000"/>
                    <w14:satMod w14:val="115000"/>
                  </w14:srgbClr>
                </w14:gs>
              </w14:gsLst>
              <w14:lin w14:ang="5400000" w14:scaled="0"/>
            </w14:gradFill>
          </w14:textFill>
        </w:rPr>
      </w:pPr>
      <w:r w:rsidRPr="003C3EE7">
        <w:rPr>
          <w14:textFill>
            <w14:gradFill>
              <w14:gsLst>
                <w14:gs w14:pos="0">
                  <w14:srgbClr w14:val="9966FF">
                    <w14:shade w14:val="30000"/>
                    <w14:satMod w14:val="115000"/>
                  </w14:srgbClr>
                </w14:gs>
                <w14:gs w14:pos="50000">
                  <w14:srgbClr w14:val="9966FF">
                    <w14:shade w14:val="67500"/>
                    <w14:satMod w14:val="115000"/>
                  </w14:srgbClr>
                </w14:gs>
                <w14:gs w14:pos="100000">
                  <w14:srgbClr w14:val="9966FF">
                    <w14:shade w14:val="100000"/>
                    <w14:satMod w14:val="115000"/>
                  </w14:srgbClr>
                </w14:gs>
              </w14:gsLst>
              <w14:lin w14:ang="5400000" w14:scaled="0"/>
            </w14:gradFill>
          </w14:textFill>
        </w:rPr>
        <w:t>Initial Client Intake Form</w:t>
      </w:r>
    </w:p>
    <w:p w14:paraId="72F2B80D" w14:textId="3AF8CFC7" w:rsidR="001E54D4" w:rsidRDefault="00525F87">
      <w:pPr>
        <w:spacing w:after="100"/>
        <w:jc w:val="center"/>
      </w:pPr>
      <w:r>
        <w:rPr>
          <w:b/>
          <w:color w:val="7C59D7"/>
          <w:sz w:val="19"/>
        </w:rPr>
        <w:t>Life Skills Coaching | Anger Management | Substance Use Support</w:t>
      </w:r>
    </w:p>
    <w:tbl>
      <w:tblPr>
        <w:tblW w:w="0" w:type="auto"/>
        <w:tblBorders>
          <w:top w:val="single" w:sz="4" w:space="0" w:color="4E2E86"/>
          <w:left w:val="single" w:sz="4" w:space="0" w:color="4E2E86"/>
          <w:bottom w:val="single" w:sz="4" w:space="0" w:color="4E2E86"/>
          <w:right w:val="single" w:sz="4" w:space="0" w:color="4E2E86"/>
          <w:insideH w:val="single" w:sz="4" w:space="0" w:color="4E2E86"/>
          <w:insideV w:val="single" w:sz="4" w:space="0" w:color="4E2E86"/>
        </w:tblBorders>
        <w:tblLook w:val="04A0" w:firstRow="1" w:lastRow="0" w:firstColumn="1" w:lastColumn="0" w:noHBand="0" w:noVBand="1"/>
      </w:tblPr>
      <w:tblGrid>
        <w:gridCol w:w="10358"/>
      </w:tblGrid>
      <w:tr w:rsidR="001E54D4" w14:paraId="26FF22F3" w14:textId="77777777">
        <w:tc>
          <w:tcPr>
            <w:tcW w:w="10368" w:type="dxa"/>
            <w:shd w:val="clear" w:color="auto" w:fill="4E2E86"/>
            <w:tcMar>
              <w:top w:w="70" w:type="dxa"/>
              <w:left w:w="130" w:type="dxa"/>
              <w:bottom w:w="70" w:type="dxa"/>
              <w:right w:w="130" w:type="dxa"/>
            </w:tcMar>
          </w:tcPr>
          <w:p w14:paraId="265764AB" w14:textId="77777777" w:rsidR="001E54D4" w:rsidRDefault="00525F87">
            <w:pPr>
              <w:spacing w:after="0"/>
            </w:pPr>
            <w:r>
              <w:rPr>
                <w:rFonts w:ascii="Aptos Display" w:hAnsi="Aptos Display"/>
                <w:b/>
                <w:color w:val="FFFFFF"/>
                <w:sz w:val="21"/>
              </w:rPr>
              <w:t>1. CLIENT INFORMATION</w:t>
            </w:r>
          </w:p>
        </w:tc>
      </w:tr>
    </w:tbl>
    <w:tbl>
      <w:tblPr>
        <w:tblW w:w="0" w:type="auto"/>
        <w:jc w:val="center"/>
        <w:tblBorders>
          <w:top w:val="single" w:sz="5" w:space="0" w:color="E9DDFF"/>
          <w:left w:val="single" w:sz="5" w:space="0" w:color="E9DDFF"/>
          <w:bottom w:val="single" w:sz="5" w:space="0" w:color="E9DDFF"/>
          <w:right w:val="single" w:sz="5" w:space="0" w:color="E9DDFF"/>
          <w:insideH w:val="single" w:sz="5" w:space="0" w:color="E9DDFF"/>
          <w:insideV w:val="single" w:sz="5" w:space="0" w:color="E9DDFF"/>
        </w:tblBorders>
        <w:tblLayout w:type="fixed"/>
        <w:tblLook w:val="04A0" w:firstRow="1" w:lastRow="0" w:firstColumn="1" w:lastColumn="0" w:noHBand="0" w:noVBand="1"/>
      </w:tblPr>
      <w:tblGrid>
        <w:gridCol w:w="5184"/>
        <w:gridCol w:w="5184"/>
      </w:tblGrid>
      <w:tr w:rsidR="001E54D4" w14:paraId="6F542C40" w14:textId="77777777">
        <w:trPr>
          <w:jc w:val="center"/>
        </w:trPr>
        <w:tc>
          <w:tcPr>
            <w:tcW w:w="5184" w:type="dxa"/>
            <w:tcBorders>
              <w:bottom w:val="single" w:sz="8" w:space="0" w:color="7C59D7"/>
            </w:tcBorders>
            <w:tcMar>
              <w:top w:w="85" w:type="dxa"/>
              <w:left w:w="100" w:type="dxa"/>
              <w:bottom w:w="120" w:type="dxa"/>
              <w:right w:w="100" w:type="dxa"/>
            </w:tcMar>
          </w:tcPr>
          <w:p w14:paraId="7138CD5F" w14:textId="77777777" w:rsidR="001E54D4" w:rsidRDefault="00525F87">
            <w:r>
              <w:rPr>
                <w:b/>
              </w:rPr>
              <w:t>Full Legal Name</w:t>
            </w:r>
          </w:p>
          <w:p w14:paraId="672A6659" w14:textId="77777777" w:rsidR="001E54D4" w:rsidRDefault="001E54D4"/>
        </w:tc>
        <w:tc>
          <w:tcPr>
            <w:tcW w:w="5184" w:type="dxa"/>
            <w:tcBorders>
              <w:bottom w:val="single" w:sz="8" w:space="0" w:color="7C59D7"/>
            </w:tcBorders>
            <w:tcMar>
              <w:top w:w="85" w:type="dxa"/>
              <w:left w:w="100" w:type="dxa"/>
              <w:bottom w:w="120" w:type="dxa"/>
              <w:right w:w="100" w:type="dxa"/>
            </w:tcMar>
          </w:tcPr>
          <w:p w14:paraId="318BF562" w14:textId="77777777" w:rsidR="001E54D4" w:rsidRDefault="00525F87">
            <w:r>
              <w:rPr>
                <w:b/>
              </w:rPr>
              <w:t>Preferred Name</w:t>
            </w:r>
          </w:p>
          <w:p w14:paraId="0A37501D" w14:textId="77777777" w:rsidR="001E54D4" w:rsidRDefault="001E54D4"/>
        </w:tc>
      </w:tr>
      <w:tr w:rsidR="001E54D4" w14:paraId="4B3DBE0D" w14:textId="77777777">
        <w:trPr>
          <w:jc w:val="center"/>
        </w:trPr>
        <w:tc>
          <w:tcPr>
            <w:tcW w:w="5184" w:type="dxa"/>
            <w:tcBorders>
              <w:bottom w:val="single" w:sz="8" w:space="0" w:color="7C59D7"/>
            </w:tcBorders>
            <w:tcMar>
              <w:top w:w="85" w:type="dxa"/>
              <w:left w:w="100" w:type="dxa"/>
              <w:bottom w:w="120" w:type="dxa"/>
              <w:right w:w="100" w:type="dxa"/>
            </w:tcMar>
          </w:tcPr>
          <w:p w14:paraId="4B39FEE2" w14:textId="77777777" w:rsidR="001E54D4" w:rsidRDefault="00525F87">
            <w:r>
              <w:rPr>
                <w:b/>
              </w:rPr>
              <w:t>Date of Birth</w:t>
            </w:r>
          </w:p>
          <w:p w14:paraId="5DAB6C7B" w14:textId="77777777" w:rsidR="001E54D4" w:rsidRDefault="001E54D4"/>
        </w:tc>
        <w:tc>
          <w:tcPr>
            <w:tcW w:w="5184" w:type="dxa"/>
            <w:tcBorders>
              <w:bottom w:val="single" w:sz="8" w:space="0" w:color="7C59D7"/>
            </w:tcBorders>
            <w:tcMar>
              <w:top w:w="85" w:type="dxa"/>
              <w:left w:w="100" w:type="dxa"/>
              <w:bottom w:w="120" w:type="dxa"/>
              <w:right w:w="100" w:type="dxa"/>
            </w:tcMar>
          </w:tcPr>
          <w:p w14:paraId="1104976D" w14:textId="77777777" w:rsidR="001E54D4" w:rsidRDefault="00525F87">
            <w:r>
              <w:rPr>
                <w:b/>
              </w:rPr>
              <w:t>Primary Phone</w:t>
            </w:r>
          </w:p>
          <w:p w14:paraId="02EB378F" w14:textId="77777777" w:rsidR="001E54D4" w:rsidRDefault="001E54D4"/>
        </w:tc>
      </w:tr>
      <w:tr w:rsidR="001E54D4" w14:paraId="28E97B20" w14:textId="77777777">
        <w:trPr>
          <w:jc w:val="center"/>
        </w:trPr>
        <w:tc>
          <w:tcPr>
            <w:tcW w:w="5184" w:type="dxa"/>
            <w:tcBorders>
              <w:bottom w:val="single" w:sz="8" w:space="0" w:color="7C59D7"/>
            </w:tcBorders>
            <w:tcMar>
              <w:top w:w="85" w:type="dxa"/>
              <w:left w:w="100" w:type="dxa"/>
              <w:bottom w:w="120" w:type="dxa"/>
              <w:right w:w="100" w:type="dxa"/>
            </w:tcMar>
          </w:tcPr>
          <w:p w14:paraId="6688DE13" w14:textId="77777777" w:rsidR="001E54D4" w:rsidRDefault="00525F87">
            <w:r>
              <w:rPr>
                <w:b/>
              </w:rPr>
              <w:t>Email Address</w:t>
            </w:r>
          </w:p>
          <w:p w14:paraId="6A05A809" w14:textId="77777777" w:rsidR="001E54D4" w:rsidRDefault="001E54D4"/>
        </w:tc>
        <w:tc>
          <w:tcPr>
            <w:tcW w:w="5184" w:type="dxa"/>
            <w:tcBorders>
              <w:bottom w:val="single" w:sz="8" w:space="0" w:color="7C59D7"/>
            </w:tcBorders>
            <w:tcMar>
              <w:top w:w="85" w:type="dxa"/>
              <w:left w:w="100" w:type="dxa"/>
              <w:bottom w:w="120" w:type="dxa"/>
              <w:right w:w="100" w:type="dxa"/>
            </w:tcMar>
          </w:tcPr>
          <w:p w14:paraId="37FC7999" w14:textId="77777777" w:rsidR="001E54D4" w:rsidRDefault="00525F87">
            <w:r>
              <w:rPr>
                <w:b/>
              </w:rPr>
              <w:t>Physical Address</w:t>
            </w:r>
          </w:p>
          <w:p w14:paraId="5A39BBE3" w14:textId="77777777" w:rsidR="001E54D4" w:rsidRDefault="001E54D4"/>
        </w:tc>
      </w:tr>
      <w:tr w:rsidR="001E54D4" w14:paraId="61553661" w14:textId="77777777">
        <w:trPr>
          <w:jc w:val="center"/>
        </w:trPr>
        <w:tc>
          <w:tcPr>
            <w:tcW w:w="5184" w:type="dxa"/>
            <w:tcBorders>
              <w:bottom w:val="single" w:sz="8" w:space="0" w:color="7C59D7"/>
            </w:tcBorders>
            <w:tcMar>
              <w:top w:w="85" w:type="dxa"/>
              <w:left w:w="100" w:type="dxa"/>
              <w:bottom w:w="120" w:type="dxa"/>
              <w:right w:w="100" w:type="dxa"/>
            </w:tcMar>
          </w:tcPr>
          <w:p w14:paraId="363F6E9F" w14:textId="77777777" w:rsidR="001E54D4" w:rsidRDefault="00525F87">
            <w:r>
              <w:rPr>
                <w:b/>
              </w:rPr>
              <w:t>Occupation / School</w:t>
            </w:r>
          </w:p>
          <w:p w14:paraId="41C8F396" w14:textId="7765149F" w:rsidR="001E54D4" w:rsidRDefault="001E54D4"/>
        </w:tc>
        <w:tc>
          <w:tcPr>
            <w:tcW w:w="5184" w:type="dxa"/>
            <w:tcBorders>
              <w:bottom w:val="single" w:sz="8" w:space="0" w:color="7C59D7"/>
            </w:tcBorders>
            <w:tcMar>
              <w:top w:w="85" w:type="dxa"/>
              <w:left w:w="100" w:type="dxa"/>
              <w:bottom w:w="120" w:type="dxa"/>
              <w:right w:w="100" w:type="dxa"/>
            </w:tcMar>
          </w:tcPr>
          <w:p w14:paraId="1EEA2ADA" w14:textId="77777777" w:rsidR="001E54D4" w:rsidRDefault="00525F87">
            <w:r>
              <w:rPr>
                <w:b/>
              </w:rPr>
              <w:t>Emergency Contact Name &amp; Phone</w:t>
            </w:r>
          </w:p>
          <w:p w14:paraId="72A3D3EC" w14:textId="77777777" w:rsidR="001E54D4" w:rsidRDefault="001E54D4"/>
        </w:tc>
      </w:tr>
    </w:tbl>
    <w:tbl>
      <w:tblPr>
        <w:tblW w:w="0" w:type="auto"/>
        <w:tblBorders>
          <w:top w:val="single" w:sz="4" w:space="0" w:color="4E2E86"/>
          <w:left w:val="single" w:sz="4" w:space="0" w:color="4E2E86"/>
          <w:bottom w:val="single" w:sz="4" w:space="0" w:color="4E2E86"/>
          <w:right w:val="single" w:sz="4" w:space="0" w:color="4E2E86"/>
          <w:insideH w:val="single" w:sz="4" w:space="0" w:color="4E2E86"/>
          <w:insideV w:val="single" w:sz="4" w:space="0" w:color="4E2E86"/>
        </w:tblBorders>
        <w:tblLook w:val="04A0" w:firstRow="1" w:lastRow="0" w:firstColumn="1" w:lastColumn="0" w:noHBand="0" w:noVBand="1"/>
      </w:tblPr>
      <w:tblGrid>
        <w:gridCol w:w="10358"/>
      </w:tblGrid>
      <w:tr w:rsidR="001E54D4" w14:paraId="2A4DC4BD" w14:textId="77777777">
        <w:tc>
          <w:tcPr>
            <w:tcW w:w="10368" w:type="dxa"/>
            <w:shd w:val="clear" w:color="auto" w:fill="4E2E86"/>
            <w:tcMar>
              <w:top w:w="70" w:type="dxa"/>
              <w:left w:w="130" w:type="dxa"/>
              <w:bottom w:w="70" w:type="dxa"/>
              <w:right w:w="130" w:type="dxa"/>
            </w:tcMar>
          </w:tcPr>
          <w:p w14:paraId="6323E370" w14:textId="24AB78D4" w:rsidR="001E54D4" w:rsidRDefault="00525F87">
            <w:pPr>
              <w:spacing w:after="0"/>
            </w:pPr>
            <w:r>
              <w:rPr>
                <w:rFonts w:ascii="Aptos Display" w:hAnsi="Aptos Display"/>
                <w:b/>
                <w:color w:val="FFFFFF"/>
                <w:sz w:val="21"/>
              </w:rPr>
              <w:t>2. COACHING SERVICES REQUESTED</w:t>
            </w:r>
            <w:r w:rsidR="0069624A">
              <w:rPr>
                <w:rFonts w:ascii="Aptos Display" w:hAnsi="Aptos Display"/>
                <w:b/>
                <w:color w:val="FFFFFF"/>
                <w:sz w:val="21"/>
              </w:rPr>
              <w:t xml:space="preserve"> </w:t>
            </w:r>
            <w:r w:rsidR="0069624A" w:rsidRPr="0069624A">
              <w:rPr>
                <w:rFonts w:ascii="Aptos Display" w:hAnsi="Aptos Display"/>
                <w:bCs/>
                <w:i/>
                <w:iCs/>
                <w:color w:val="FFFFFF"/>
                <w:sz w:val="21"/>
              </w:rPr>
              <w:t>(Select all that apply)</w:t>
            </w:r>
          </w:p>
        </w:tc>
      </w:tr>
    </w:tbl>
    <w:tbl>
      <w:tblPr>
        <w:tblW w:w="0" w:type="auto"/>
        <w:tblLayout w:type="fixed"/>
        <w:tblLook w:val="04A0" w:firstRow="1" w:lastRow="0" w:firstColumn="1" w:lastColumn="0" w:noHBand="0" w:noVBand="1"/>
      </w:tblPr>
      <w:tblGrid>
        <w:gridCol w:w="5184"/>
        <w:gridCol w:w="5184"/>
      </w:tblGrid>
      <w:tr w:rsidR="001E54D4" w14:paraId="246EB0B7" w14:textId="77777777">
        <w:tc>
          <w:tcPr>
            <w:tcW w:w="5184" w:type="dxa"/>
            <w:tcMar>
              <w:top w:w="35" w:type="dxa"/>
              <w:left w:w="65" w:type="dxa"/>
              <w:bottom w:w="35" w:type="dxa"/>
              <w:right w:w="65" w:type="dxa"/>
            </w:tcMar>
          </w:tcPr>
          <w:p w14:paraId="6AEF9CD5" w14:textId="73B6AF6B" w:rsidR="001E54D4" w:rsidRDefault="0079432B">
            <w:r>
              <w:t>___ Court / Employer Referred</w:t>
            </w:r>
          </w:p>
        </w:tc>
        <w:tc>
          <w:tcPr>
            <w:tcW w:w="5184" w:type="dxa"/>
            <w:tcMar>
              <w:top w:w="35" w:type="dxa"/>
              <w:left w:w="65" w:type="dxa"/>
              <w:bottom w:w="35" w:type="dxa"/>
              <w:right w:w="65" w:type="dxa"/>
            </w:tcMar>
          </w:tcPr>
          <w:p w14:paraId="15370955" w14:textId="0EC4E9CF" w:rsidR="001E54D4" w:rsidRDefault="0069624A">
            <w:r>
              <w:t>___</w:t>
            </w:r>
            <w:r w:rsidR="00525F87">
              <w:t xml:space="preserve"> Life Skills Coaching</w:t>
            </w:r>
          </w:p>
        </w:tc>
      </w:tr>
      <w:tr w:rsidR="0079432B" w14:paraId="62FE26E6" w14:textId="77777777">
        <w:tc>
          <w:tcPr>
            <w:tcW w:w="5184" w:type="dxa"/>
            <w:tcMar>
              <w:top w:w="35" w:type="dxa"/>
              <w:left w:w="65" w:type="dxa"/>
              <w:bottom w:w="35" w:type="dxa"/>
              <w:right w:w="65" w:type="dxa"/>
            </w:tcMar>
          </w:tcPr>
          <w:p w14:paraId="3D14A444" w14:textId="38F2E90B" w:rsidR="0079432B" w:rsidRDefault="0079432B" w:rsidP="0079432B">
            <w:r>
              <w:t>___ Parent / Guardian Requested</w:t>
            </w:r>
          </w:p>
        </w:tc>
        <w:tc>
          <w:tcPr>
            <w:tcW w:w="5184" w:type="dxa"/>
            <w:tcMar>
              <w:top w:w="35" w:type="dxa"/>
              <w:left w:w="65" w:type="dxa"/>
              <w:bottom w:w="35" w:type="dxa"/>
              <w:right w:w="65" w:type="dxa"/>
            </w:tcMar>
          </w:tcPr>
          <w:p w14:paraId="050B3ADC" w14:textId="28705ED6" w:rsidR="0079432B" w:rsidRDefault="0079432B" w:rsidP="0079432B">
            <w:r>
              <w:t>___ Substance Use Recovery Support</w:t>
            </w:r>
          </w:p>
        </w:tc>
      </w:tr>
      <w:tr w:rsidR="0079432B" w14:paraId="020D3683" w14:textId="77777777">
        <w:tc>
          <w:tcPr>
            <w:tcW w:w="5184" w:type="dxa"/>
            <w:tcMar>
              <w:top w:w="35" w:type="dxa"/>
              <w:left w:w="65" w:type="dxa"/>
              <w:bottom w:w="35" w:type="dxa"/>
              <w:right w:w="65" w:type="dxa"/>
            </w:tcMar>
          </w:tcPr>
          <w:p w14:paraId="7D4E36A4" w14:textId="59E31600" w:rsidR="0079432B" w:rsidRDefault="0079432B" w:rsidP="0079432B">
            <w:r>
              <w:t>___ Self-Referred</w:t>
            </w:r>
          </w:p>
        </w:tc>
        <w:tc>
          <w:tcPr>
            <w:tcW w:w="5184" w:type="dxa"/>
            <w:tcMar>
              <w:top w:w="35" w:type="dxa"/>
              <w:left w:w="65" w:type="dxa"/>
              <w:bottom w:w="35" w:type="dxa"/>
              <w:right w:w="65" w:type="dxa"/>
            </w:tcMar>
          </w:tcPr>
          <w:p w14:paraId="2FB53126" w14:textId="7EBDA5C1" w:rsidR="0079432B" w:rsidRDefault="0079432B" w:rsidP="0079432B">
            <w:r>
              <w:t>___ Anger Management Coaching</w:t>
            </w:r>
          </w:p>
        </w:tc>
      </w:tr>
      <w:tr w:rsidR="0079432B" w14:paraId="21FEAA1D" w14:textId="77777777">
        <w:tc>
          <w:tcPr>
            <w:tcW w:w="5184" w:type="dxa"/>
            <w:tcMar>
              <w:top w:w="35" w:type="dxa"/>
              <w:left w:w="65" w:type="dxa"/>
              <w:bottom w:w="35" w:type="dxa"/>
              <w:right w:w="65" w:type="dxa"/>
            </w:tcMar>
          </w:tcPr>
          <w:p w14:paraId="305C4466" w14:textId="63C01BB5" w:rsidR="0079432B" w:rsidRDefault="0079432B" w:rsidP="0079432B">
            <w:r>
              <w:t>___ Other:</w:t>
            </w:r>
          </w:p>
        </w:tc>
        <w:tc>
          <w:tcPr>
            <w:tcW w:w="5184" w:type="dxa"/>
            <w:tcMar>
              <w:top w:w="35" w:type="dxa"/>
              <w:left w:w="65" w:type="dxa"/>
              <w:bottom w:w="35" w:type="dxa"/>
              <w:right w:w="65" w:type="dxa"/>
            </w:tcMar>
          </w:tcPr>
          <w:p w14:paraId="0197D70E" w14:textId="6BA39CA7" w:rsidR="0079432B" w:rsidRDefault="0079432B" w:rsidP="0079432B"/>
        </w:tc>
      </w:tr>
    </w:tbl>
    <w:p w14:paraId="6D5FB662" w14:textId="77777777" w:rsidR="001E54D4" w:rsidRDefault="00525F87">
      <w:r>
        <w:rPr>
          <w:b/>
          <w:color w:val="4E2E86"/>
        </w:rPr>
        <w:t>Primary reason for seeking coaching now</w:t>
      </w:r>
      <w:proofErr w:type="gramStart"/>
      <w:r>
        <w:rPr>
          <w:b/>
          <w:color w:val="4E2E86"/>
        </w:rPr>
        <w:t>:</w:t>
      </w:r>
      <w:proofErr w:type="gramEnd"/>
    </w:p>
    <w:p w14:paraId="0D0B940D" w14:textId="1B4700CF" w:rsidR="001E54D4" w:rsidRDefault="001E54D4">
      <w:pPr>
        <w:spacing w:before="60"/>
      </w:pPr>
    </w:p>
    <w:tbl>
      <w:tblPr>
        <w:tblW w:w="0" w:type="auto"/>
        <w:tblLook w:val="04A0" w:firstRow="1" w:lastRow="0" w:firstColumn="1" w:lastColumn="0" w:noHBand="0" w:noVBand="1"/>
      </w:tblPr>
      <w:tblGrid>
        <w:gridCol w:w="10250"/>
        <w:gridCol w:w="118"/>
      </w:tblGrid>
      <w:tr w:rsidR="001E54D4" w14:paraId="0E27B00A" w14:textId="77777777">
        <w:tc>
          <w:tcPr>
            <w:tcW w:w="10368" w:type="dxa"/>
            <w:gridSpan w:val="2"/>
            <w:tcBorders>
              <w:bottom w:val="single" w:sz="8" w:space="0" w:color="E9DDFF"/>
            </w:tcBorders>
            <w:tcMar>
              <w:top w:w="15" w:type="dxa"/>
              <w:left w:w="20" w:type="dxa"/>
              <w:bottom w:w="55" w:type="dxa"/>
              <w:right w:w="20" w:type="dxa"/>
            </w:tcMar>
          </w:tcPr>
          <w:p w14:paraId="60061E4C" w14:textId="77777777" w:rsidR="001E54D4" w:rsidRDefault="001E54D4"/>
        </w:tc>
      </w:tr>
      <w:tr w:rsidR="001E54D4" w14:paraId="44EAFD9C" w14:textId="77777777">
        <w:tc>
          <w:tcPr>
            <w:tcW w:w="10368" w:type="dxa"/>
            <w:gridSpan w:val="2"/>
            <w:tcBorders>
              <w:bottom w:val="single" w:sz="8" w:space="0" w:color="E9DDFF"/>
            </w:tcBorders>
            <w:tcMar>
              <w:top w:w="15" w:type="dxa"/>
              <w:left w:w="20" w:type="dxa"/>
              <w:bottom w:w="55" w:type="dxa"/>
              <w:right w:w="20" w:type="dxa"/>
            </w:tcMar>
          </w:tcPr>
          <w:p w14:paraId="4B94D5A5" w14:textId="77777777" w:rsidR="001E54D4" w:rsidRDefault="001E54D4"/>
        </w:tc>
      </w:tr>
      <w:tr w:rsidR="001E54D4" w14:paraId="4EF9C8BF" w14:textId="77777777">
        <w:tblPrEx>
          <w:tblBorders>
            <w:top w:val="single" w:sz="4" w:space="0" w:color="4E2E86"/>
            <w:left w:val="single" w:sz="4" w:space="0" w:color="4E2E86"/>
            <w:bottom w:val="single" w:sz="4" w:space="0" w:color="4E2E86"/>
            <w:right w:val="single" w:sz="4" w:space="0" w:color="4E2E86"/>
            <w:insideH w:val="single" w:sz="4" w:space="0" w:color="4E2E86"/>
            <w:insideV w:val="single" w:sz="4" w:space="0" w:color="4E2E86"/>
          </w:tblBorders>
        </w:tblPrEx>
        <w:trPr>
          <w:gridAfter w:val="1"/>
          <w:wAfter w:w="110" w:type="dxa"/>
        </w:trPr>
        <w:tc>
          <w:tcPr>
            <w:tcW w:w="10368" w:type="dxa"/>
            <w:shd w:val="clear" w:color="auto" w:fill="4E2E86"/>
            <w:tcMar>
              <w:top w:w="70" w:type="dxa"/>
              <w:left w:w="130" w:type="dxa"/>
              <w:bottom w:w="70" w:type="dxa"/>
              <w:right w:w="130" w:type="dxa"/>
            </w:tcMar>
          </w:tcPr>
          <w:p w14:paraId="5EBE1131" w14:textId="695887F5" w:rsidR="001E54D4" w:rsidRDefault="00525F87">
            <w:pPr>
              <w:spacing w:after="0"/>
            </w:pPr>
            <w:r>
              <w:rPr>
                <w:rFonts w:ascii="Aptos Display" w:hAnsi="Aptos Display"/>
                <w:b/>
                <w:color w:val="FFFFFF"/>
                <w:sz w:val="21"/>
              </w:rPr>
              <w:t>3. CURRENT SUPPORTS &amp; RELEVANT BACKGROUND</w:t>
            </w:r>
            <w:r w:rsidR="0069624A">
              <w:rPr>
                <w:rFonts w:ascii="Aptos Display" w:hAnsi="Aptos Display"/>
                <w:b/>
                <w:color w:val="FFFFFF"/>
                <w:sz w:val="21"/>
              </w:rPr>
              <w:t xml:space="preserve"> </w:t>
            </w:r>
            <w:r w:rsidR="0069624A" w:rsidRPr="0069624A">
              <w:rPr>
                <w:rFonts w:ascii="Aptos Display" w:hAnsi="Aptos Display"/>
                <w:bCs/>
                <w:i/>
                <w:iCs/>
                <w:color w:val="FFFFFF"/>
                <w:sz w:val="21"/>
              </w:rPr>
              <w:t>(select all that apply)</w:t>
            </w:r>
          </w:p>
        </w:tc>
      </w:tr>
      <w:tr w:rsidR="001E54D4" w14:paraId="6059A9BE" w14:textId="77777777">
        <w:tblPrEx>
          <w:tblBorders>
            <w:top w:val="single" w:sz="7" w:space="0" w:color="E9DDFF"/>
            <w:left w:val="single" w:sz="7" w:space="0" w:color="E9DDFF"/>
            <w:bottom w:val="single" w:sz="7" w:space="0" w:color="E9DDFF"/>
            <w:right w:val="single" w:sz="7" w:space="0" w:color="E9DDFF"/>
            <w:insideH w:val="single" w:sz="7" w:space="0" w:color="E9DDFF"/>
            <w:insideV w:val="single" w:sz="7" w:space="0" w:color="E9DDFF"/>
          </w:tblBorders>
        </w:tblPrEx>
        <w:trPr>
          <w:gridAfter w:val="1"/>
          <w:wAfter w:w="120" w:type="dxa"/>
        </w:trPr>
        <w:tc>
          <w:tcPr>
            <w:tcW w:w="10368" w:type="dxa"/>
            <w:shd w:val="clear" w:color="auto" w:fill="F7F4FF"/>
            <w:tcMar>
              <w:top w:w="100" w:type="dxa"/>
              <w:left w:w="140" w:type="dxa"/>
              <w:bottom w:w="100" w:type="dxa"/>
              <w:right w:w="140" w:type="dxa"/>
            </w:tcMar>
          </w:tcPr>
          <w:p w14:paraId="678921F9" w14:textId="77777777" w:rsidR="001E54D4" w:rsidRDefault="00525F87">
            <w:r>
              <w:rPr>
                <w:b/>
                <w:color w:val="4E2E86"/>
              </w:rPr>
              <w:t xml:space="preserve">Important: </w:t>
            </w:r>
            <w:r>
              <w:rPr>
                <w:i/>
                <w:color w:val="66616D"/>
              </w:rPr>
              <w:t>Coaching is educational, goal-focused, and action-oriented. It is not psychotherapy, medical care, detoxification, crisis intervention, or a substitute for licensed treatment. Information is requested only to support appropriate coaching and referrals.</w:t>
            </w:r>
          </w:p>
        </w:tc>
      </w:tr>
    </w:tbl>
    <w:tbl>
      <w:tblPr>
        <w:tblW w:w="0" w:type="auto"/>
        <w:tblLayout w:type="fixed"/>
        <w:tblLook w:val="04A0" w:firstRow="1" w:lastRow="0" w:firstColumn="1" w:lastColumn="0" w:noHBand="0" w:noVBand="1"/>
      </w:tblPr>
      <w:tblGrid>
        <w:gridCol w:w="10368"/>
      </w:tblGrid>
      <w:tr w:rsidR="001E54D4" w14:paraId="65DABD9C" w14:textId="77777777">
        <w:tc>
          <w:tcPr>
            <w:tcW w:w="10368" w:type="dxa"/>
            <w:tcMar>
              <w:top w:w="35" w:type="dxa"/>
              <w:left w:w="65" w:type="dxa"/>
              <w:bottom w:w="35" w:type="dxa"/>
              <w:right w:w="65" w:type="dxa"/>
            </w:tcMar>
          </w:tcPr>
          <w:p w14:paraId="0D69BB03" w14:textId="60CA241D" w:rsidR="001E54D4" w:rsidRDefault="0069624A">
            <w:r>
              <w:t>___</w:t>
            </w:r>
            <w:r w:rsidR="00525F87">
              <w:t xml:space="preserve"> Currently working with a therapist or counselor</w:t>
            </w:r>
          </w:p>
        </w:tc>
      </w:tr>
      <w:tr w:rsidR="001E54D4" w14:paraId="6CD16CF9" w14:textId="77777777">
        <w:tc>
          <w:tcPr>
            <w:tcW w:w="10368" w:type="dxa"/>
            <w:tcMar>
              <w:top w:w="35" w:type="dxa"/>
              <w:left w:w="65" w:type="dxa"/>
              <w:bottom w:w="35" w:type="dxa"/>
              <w:right w:w="65" w:type="dxa"/>
            </w:tcMar>
          </w:tcPr>
          <w:p w14:paraId="0847820C" w14:textId="1DF9E957" w:rsidR="001E54D4" w:rsidRDefault="0069624A">
            <w:r>
              <w:t>___</w:t>
            </w:r>
            <w:r w:rsidR="00525F87">
              <w:t xml:space="preserve"> Currently working with a physician or psychiatrist</w:t>
            </w:r>
          </w:p>
        </w:tc>
      </w:tr>
      <w:tr w:rsidR="001E54D4" w14:paraId="419B46F7" w14:textId="77777777">
        <w:tc>
          <w:tcPr>
            <w:tcW w:w="10368" w:type="dxa"/>
            <w:tcMar>
              <w:top w:w="35" w:type="dxa"/>
              <w:left w:w="65" w:type="dxa"/>
              <w:bottom w:w="35" w:type="dxa"/>
              <w:right w:w="65" w:type="dxa"/>
            </w:tcMar>
          </w:tcPr>
          <w:p w14:paraId="19E44705" w14:textId="79E8F5C0" w:rsidR="001E54D4" w:rsidRDefault="0069624A">
            <w:r>
              <w:t>___</w:t>
            </w:r>
            <w:r w:rsidR="00525F87">
              <w:t xml:space="preserve"> Currently participating in a recovery or support group</w:t>
            </w:r>
          </w:p>
        </w:tc>
      </w:tr>
      <w:tr w:rsidR="001E54D4" w14:paraId="389072FB" w14:textId="77777777">
        <w:tc>
          <w:tcPr>
            <w:tcW w:w="10368" w:type="dxa"/>
            <w:tcMar>
              <w:top w:w="35" w:type="dxa"/>
              <w:left w:w="65" w:type="dxa"/>
              <w:bottom w:w="35" w:type="dxa"/>
              <w:right w:w="65" w:type="dxa"/>
            </w:tcMar>
          </w:tcPr>
          <w:p w14:paraId="11081155" w14:textId="4CD35A33" w:rsidR="001E54D4" w:rsidRDefault="0069624A">
            <w:r>
              <w:t>___</w:t>
            </w:r>
            <w:r w:rsidR="00525F87">
              <w:t xml:space="preserve"> Currently taking prescribed medication</w:t>
            </w:r>
            <w:r>
              <w:t xml:space="preserve"> – If applicable, list medicine: </w:t>
            </w:r>
          </w:p>
        </w:tc>
      </w:tr>
      <w:tr w:rsidR="001E54D4" w14:paraId="0CB927EF" w14:textId="77777777">
        <w:tc>
          <w:tcPr>
            <w:tcW w:w="10368" w:type="dxa"/>
            <w:tcMar>
              <w:top w:w="35" w:type="dxa"/>
              <w:left w:w="65" w:type="dxa"/>
              <w:bottom w:w="35" w:type="dxa"/>
              <w:right w:w="65" w:type="dxa"/>
            </w:tcMar>
          </w:tcPr>
          <w:p w14:paraId="1BFD169D" w14:textId="22EE11E0" w:rsidR="001E54D4" w:rsidRDefault="0069624A">
            <w:r>
              <w:t>___</w:t>
            </w:r>
            <w:r w:rsidR="00525F87">
              <w:t xml:space="preserve"> Currently involved with probation, court, school, or employer requirements</w:t>
            </w:r>
          </w:p>
        </w:tc>
      </w:tr>
      <w:tr w:rsidR="001E54D4" w14:paraId="290DD449" w14:textId="77777777">
        <w:tc>
          <w:tcPr>
            <w:tcW w:w="10368" w:type="dxa"/>
            <w:tcMar>
              <w:top w:w="35" w:type="dxa"/>
              <w:left w:w="65" w:type="dxa"/>
              <w:bottom w:w="35" w:type="dxa"/>
              <w:right w:w="65" w:type="dxa"/>
            </w:tcMar>
          </w:tcPr>
          <w:p w14:paraId="0825BF92" w14:textId="24672F17" w:rsidR="001E54D4" w:rsidRDefault="0069624A">
            <w:r>
              <w:t>___</w:t>
            </w:r>
            <w:r w:rsidR="00525F87">
              <w:t xml:space="preserve"> None of the above</w:t>
            </w:r>
          </w:p>
        </w:tc>
      </w:tr>
      <w:tr w:rsidR="001E54D4" w14:paraId="0DF78728" w14:textId="77777777">
        <w:tc>
          <w:tcPr>
            <w:tcW w:w="10368" w:type="dxa"/>
            <w:tcMar>
              <w:top w:w="35" w:type="dxa"/>
              <w:left w:w="65" w:type="dxa"/>
              <w:bottom w:w="35" w:type="dxa"/>
              <w:right w:w="65" w:type="dxa"/>
            </w:tcMar>
          </w:tcPr>
          <w:p w14:paraId="44E2C666" w14:textId="6C4B6111" w:rsidR="001E54D4" w:rsidRDefault="0069624A">
            <w:r>
              <w:t>___</w:t>
            </w:r>
            <w:r w:rsidR="00525F87">
              <w:t xml:space="preserve"> Prefer to discuss privately</w:t>
            </w:r>
          </w:p>
        </w:tc>
      </w:tr>
    </w:tbl>
    <w:p w14:paraId="5A90BAED" w14:textId="77777777" w:rsidR="001E54D4" w:rsidRDefault="00525F87">
      <w:pPr>
        <w:spacing w:before="60"/>
      </w:pPr>
      <w:r>
        <w:rPr>
          <w:b/>
          <w:color w:val="4E2E86"/>
        </w:rPr>
        <w:t>Please identify current providers, programs, or supports you want the coach to coordinate with, if any:</w:t>
      </w:r>
    </w:p>
    <w:tbl>
      <w:tblPr>
        <w:tblW w:w="0" w:type="auto"/>
        <w:tblLayout w:type="fixed"/>
        <w:tblLook w:val="04A0" w:firstRow="1" w:lastRow="0" w:firstColumn="1" w:lastColumn="0" w:noHBand="0" w:noVBand="1"/>
      </w:tblPr>
      <w:tblGrid>
        <w:gridCol w:w="5580"/>
        <w:gridCol w:w="810"/>
        <w:gridCol w:w="810"/>
        <w:gridCol w:w="720"/>
        <w:gridCol w:w="629"/>
        <w:gridCol w:w="6"/>
      </w:tblGrid>
      <w:tr w:rsidR="001E54D4" w14:paraId="3DEEC669" w14:textId="77777777" w:rsidTr="0069624A">
        <w:trPr>
          <w:gridAfter w:val="1"/>
          <w:wAfter w:w="6" w:type="dxa"/>
        </w:trPr>
        <w:tc>
          <w:tcPr>
            <w:tcW w:w="8549" w:type="dxa"/>
            <w:gridSpan w:val="5"/>
            <w:tcBorders>
              <w:bottom w:val="single" w:sz="8" w:space="0" w:color="E9DDFF"/>
            </w:tcBorders>
            <w:tcMar>
              <w:top w:w="15" w:type="dxa"/>
              <w:left w:w="20" w:type="dxa"/>
              <w:bottom w:w="55" w:type="dxa"/>
              <w:right w:w="20" w:type="dxa"/>
            </w:tcMar>
          </w:tcPr>
          <w:p w14:paraId="3656B9AB" w14:textId="77777777" w:rsidR="001E54D4" w:rsidRDefault="001E54D4"/>
        </w:tc>
      </w:tr>
      <w:tr w:rsidR="001E54D4" w14:paraId="45FB0818" w14:textId="77777777" w:rsidTr="0069624A">
        <w:trPr>
          <w:gridAfter w:val="1"/>
          <w:wAfter w:w="6" w:type="dxa"/>
        </w:trPr>
        <w:tc>
          <w:tcPr>
            <w:tcW w:w="8549" w:type="dxa"/>
            <w:gridSpan w:val="5"/>
            <w:tcBorders>
              <w:bottom w:val="single" w:sz="8" w:space="0" w:color="E9DDFF"/>
            </w:tcBorders>
            <w:tcMar>
              <w:top w:w="15" w:type="dxa"/>
              <w:left w:w="20" w:type="dxa"/>
              <w:bottom w:w="55" w:type="dxa"/>
              <w:right w:w="20" w:type="dxa"/>
            </w:tcMar>
          </w:tcPr>
          <w:p w14:paraId="049F31CB" w14:textId="77777777" w:rsidR="001E54D4" w:rsidRDefault="001E54D4"/>
        </w:tc>
      </w:tr>
      <w:tr w:rsidR="001E54D4" w14:paraId="176F01D8" w14:textId="77777777" w:rsidTr="0069624A">
        <w:tblPrEx>
          <w:tblBorders>
            <w:top w:val="single" w:sz="4" w:space="0" w:color="4E2E86"/>
            <w:left w:val="single" w:sz="4" w:space="0" w:color="4E2E86"/>
            <w:bottom w:val="single" w:sz="4" w:space="0" w:color="4E2E86"/>
            <w:right w:val="single" w:sz="4" w:space="0" w:color="4E2E86"/>
            <w:insideH w:val="single" w:sz="4" w:space="0" w:color="4E2E86"/>
            <w:insideV w:val="single" w:sz="4" w:space="0" w:color="4E2E86"/>
          </w:tblBorders>
        </w:tblPrEx>
        <w:tc>
          <w:tcPr>
            <w:tcW w:w="8555" w:type="dxa"/>
            <w:gridSpan w:val="6"/>
            <w:shd w:val="clear" w:color="auto" w:fill="4E2E86"/>
            <w:tcMar>
              <w:top w:w="70" w:type="dxa"/>
              <w:left w:w="130" w:type="dxa"/>
              <w:bottom w:w="70" w:type="dxa"/>
              <w:right w:w="130" w:type="dxa"/>
            </w:tcMar>
          </w:tcPr>
          <w:p w14:paraId="666BD392" w14:textId="77777777" w:rsidR="001E54D4" w:rsidRDefault="00525F87">
            <w:pPr>
              <w:spacing w:after="0"/>
            </w:pPr>
            <w:r>
              <w:rPr>
                <w:rFonts w:ascii="Aptos Display" w:hAnsi="Aptos Display"/>
                <w:b/>
                <w:color w:val="FFFFFF"/>
                <w:sz w:val="21"/>
              </w:rPr>
              <w:lastRenderedPageBreak/>
              <w:t>4. CURRENT CHALLENGES &amp; COACHING PRIORITIES</w:t>
            </w:r>
          </w:p>
        </w:tc>
      </w:tr>
      <w:tr w:rsidR="001E54D4" w14:paraId="628CF7FB" w14:textId="77777777" w:rsidTr="00A87572">
        <w:tblPrEx>
          <w:tblBorders>
            <w:top w:val="single" w:sz="5" w:space="0" w:color="E9DDFF"/>
            <w:left w:val="single" w:sz="5" w:space="0" w:color="E9DDFF"/>
            <w:bottom w:val="single" w:sz="5" w:space="0" w:color="E9DDFF"/>
            <w:right w:val="single" w:sz="5" w:space="0" w:color="E9DDFF"/>
            <w:insideH w:val="single" w:sz="5" w:space="0" w:color="E9DDFF"/>
            <w:insideV w:val="single" w:sz="5" w:space="0" w:color="E9DDFF"/>
          </w:tblBorders>
        </w:tblPrEx>
        <w:trPr>
          <w:cantSplit/>
        </w:trPr>
        <w:tc>
          <w:tcPr>
            <w:tcW w:w="5580" w:type="dxa"/>
            <w:shd w:val="clear" w:color="auto" w:fill="4E2E86"/>
            <w:tcMar>
              <w:top w:w="75" w:type="dxa"/>
              <w:left w:w="70" w:type="dxa"/>
              <w:bottom w:w="75" w:type="dxa"/>
              <w:right w:w="70" w:type="dxa"/>
            </w:tcMar>
          </w:tcPr>
          <w:p w14:paraId="0FC9331B" w14:textId="77777777" w:rsidR="001E54D4" w:rsidRDefault="00525F87">
            <w:pPr>
              <w:jc w:val="center"/>
            </w:pPr>
            <w:r>
              <w:rPr>
                <w:b/>
                <w:color w:val="FFFFFF"/>
                <w:sz w:val="16"/>
              </w:rPr>
              <w:t>Current Challenge / Concern</w:t>
            </w:r>
          </w:p>
        </w:tc>
        <w:tc>
          <w:tcPr>
            <w:tcW w:w="810" w:type="dxa"/>
            <w:shd w:val="clear" w:color="auto" w:fill="4E2E86"/>
            <w:tcMar>
              <w:top w:w="75" w:type="dxa"/>
              <w:left w:w="70" w:type="dxa"/>
              <w:bottom w:w="75" w:type="dxa"/>
              <w:right w:w="70" w:type="dxa"/>
            </w:tcMar>
          </w:tcPr>
          <w:p w14:paraId="410FD7D8" w14:textId="77777777" w:rsidR="001E54D4" w:rsidRDefault="00525F87" w:rsidP="00A87572">
            <w:r>
              <w:rPr>
                <w:b/>
                <w:color w:val="FFFFFF"/>
                <w:sz w:val="16"/>
              </w:rPr>
              <w:t>Mild</w:t>
            </w:r>
          </w:p>
        </w:tc>
        <w:tc>
          <w:tcPr>
            <w:tcW w:w="810" w:type="dxa"/>
            <w:shd w:val="clear" w:color="auto" w:fill="4E2E86"/>
            <w:tcMar>
              <w:top w:w="75" w:type="dxa"/>
              <w:left w:w="70" w:type="dxa"/>
              <w:bottom w:w="75" w:type="dxa"/>
              <w:right w:w="70" w:type="dxa"/>
            </w:tcMar>
          </w:tcPr>
          <w:p w14:paraId="34B92B97" w14:textId="77777777" w:rsidR="001E54D4" w:rsidRPr="00A87572" w:rsidRDefault="00525F87" w:rsidP="00A87572">
            <w:pPr>
              <w:rPr>
                <w:sz w:val="15"/>
                <w:szCs w:val="15"/>
              </w:rPr>
            </w:pPr>
            <w:r w:rsidRPr="00A87572">
              <w:rPr>
                <w:b/>
                <w:color w:val="FFFFFF"/>
                <w:sz w:val="15"/>
                <w:szCs w:val="15"/>
              </w:rPr>
              <w:t>Moderate</w:t>
            </w:r>
          </w:p>
        </w:tc>
        <w:tc>
          <w:tcPr>
            <w:tcW w:w="720" w:type="dxa"/>
            <w:shd w:val="clear" w:color="auto" w:fill="4E2E86"/>
            <w:tcMar>
              <w:top w:w="75" w:type="dxa"/>
              <w:left w:w="70" w:type="dxa"/>
              <w:bottom w:w="75" w:type="dxa"/>
              <w:right w:w="70" w:type="dxa"/>
            </w:tcMar>
          </w:tcPr>
          <w:p w14:paraId="7E177962" w14:textId="77777777" w:rsidR="001E54D4" w:rsidRDefault="00525F87" w:rsidP="00A87572">
            <w:r>
              <w:rPr>
                <w:b/>
                <w:color w:val="FFFFFF"/>
                <w:sz w:val="16"/>
              </w:rPr>
              <w:t>High</w:t>
            </w:r>
          </w:p>
        </w:tc>
        <w:tc>
          <w:tcPr>
            <w:tcW w:w="635" w:type="dxa"/>
            <w:gridSpan w:val="2"/>
            <w:shd w:val="clear" w:color="auto" w:fill="4E2E86"/>
            <w:tcMar>
              <w:top w:w="75" w:type="dxa"/>
              <w:left w:w="70" w:type="dxa"/>
              <w:bottom w:w="75" w:type="dxa"/>
              <w:right w:w="70" w:type="dxa"/>
            </w:tcMar>
          </w:tcPr>
          <w:p w14:paraId="629D792A" w14:textId="77777777" w:rsidR="001E54D4" w:rsidRDefault="00525F87" w:rsidP="00A87572">
            <w:r>
              <w:rPr>
                <w:b/>
                <w:color w:val="FFFFFF"/>
                <w:sz w:val="16"/>
              </w:rPr>
              <w:t>N/A</w:t>
            </w:r>
          </w:p>
        </w:tc>
      </w:tr>
      <w:tr w:rsidR="001E54D4" w14:paraId="17F4DE83" w14:textId="77777777" w:rsidTr="00A87572">
        <w:tblPrEx>
          <w:tblBorders>
            <w:top w:val="single" w:sz="5" w:space="0" w:color="E9DDFF"/>
            <w:left w:val="single" w:sz="5" w:space="0" w:color="E9DDFF"/>
            <w:bottom w:val="single" w:sz="5" w:space="0" w:color="E9DDFF"/>
            <w:right w:val="single" w:sz="5" w:space="0" w:color="E9DDFF"/>
            <w:insideH w:val="single" w:sz="5" w:space="0" w:color="E9DDFF"/>
            <w:insideV w:val="single" w:sz="5" w:space="0" w:color="E9DDFF"/>
          </w:tblBorders>
        </w:tblPrEx>
        <w:trPr>
          <w:cantSplit/>
        </w:trPr>
        <w:tc>
          <w:tcPr>
            <w:tcW w:w="5580" w:type="dxa"/>
            <w:tcMar>
              <w:top w:w="65" w:type="dxa"/>
              <w:left w:w="80" w:type="dxa"/>
              <w:bottom w:w="65" w:type="dxa"/>
              <w:right w:w="80" w:type="dxa"/>
            </w:tcMar>
          </w:tcPr>
          <w:p w14:paraId="570BEFAB" w14:textId="77777777" w:rsidR="001E54D4" w:rsidRDefault="00525F87">
            <w:r>
              <w:rPr>
                <w:b/>
                <w:sz w:val="17"/>
              </w:rPr>
              <w:t>Attention, focus, or distractibility</w:t>
            </w:r>
          </w:p>
        </w:tc>
        <w:tc>
          <w:tcPr>
            <w:tcW w:w="810" w:type="dxa"/>
            <w:tcMar>
              <w:top w:w="65" w:type="dxa"/>
              <w:left w:w="40" w:type="dxa"/>
              <w:bottom w:w="65" w:type="dxa"/>
              <w:right w:w="40" w:type="dxa"/>
            </w:tcMar>
          </w:tcPr>
          <w:p w14:paraId="0D1C84E6" w14:textId="156A8DAB" w:rsidR="001E54D4" w:rsidRDefault="0079432B">
            <w:pPr>
              <w:jc w:val="center"/>
            </w:pPr>
            <w:r>
              <w:rPr>
                <w:noProof/>
              </w:rPr>
              <mc:AlternateContent>
                <mc:Choice Requires="wps">
                  <w:drawing>
                    <wp:anchor distT="45720" distB="45720" distL="114300" distR="114300" simplePos="0" relativeHeight="251659264" behindDoc="0" locked="0" layoutInCell="1" allowOverlap="1" wp14:anchorId="33C99E6E" wp14:editId="58CFBC79">
                      <wp:simplePos x="0" y="0"/>
                      <wp:positionH relativeFrom="column">
                        <wp:posOffset>-3810</wp:posOffset>
                      </wp:positionH>
                      <wp:positionV relativeFrom="paragraph">
                        <wp:posOffset>46990</wp:posOffset>
                      </wp:positionV>
                      <wp:extent cx="208915" cy="166370"/>
                      <wp:effectExtent l="0" t="0" r="19685" b="24130"/>
                      <wp:wrapNone/>
                      <wp:docPr id="20195504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915" cy="166370"/>
                              </a:xfrm>
                              <a:prstGeom prst="rect">
                                <a:avLst/>
                              </a:prstGeom>
                              <a:solidFill>
                                <a:srgbClr val="FFFFFF"/>
                              </a:solidFill>
                              <a:ln w="9525">
                                <a:solidFill>
                                  <a:srgbClr val="B77FED"/>
                                </a:solidFill>
                                <a:miter lim="800000"/>
                                <a:headEnd/>
                                <a:tailEnd/>
                              </a:ln>
                            </wps:spPr>
                            <wps:txbx>
                              <w:txbxContent>
                                <w:p w14:paraId="61F8C1FC" w14:textId="77777777" w:rsidR="0079432B" w:rsidRPr="007A2E54" w:rsidRDefault="0079432B" w:rsidP="0079432B">
                                  <w:pPr>
                                    <w:jc w:val="center"/>
                                    <w:rPr>
                                      <w:i/>
                                      <w:iCs/>
                                      <w:sz w:val="10"/>
                                      <w:szCs w:val="1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3C99E6E" id="_x0000_t202" coordsize="21600,21600" o:spt="202" path="m,l,21600r21600,l21600,xe">
                      <v:stroke joinstyle="miter"/>
                      <v:path gradientshapeok="t" o:connecttype="rect"/>
                    </v:shapetype>
                    <v:shape id="Text Box 2" o:spid="_x0000_s1026" type="#_x0000_t202" style="position:absolute;left:0;text-align:left;margin-left:-.3pt;margin-top:3.7pt;width:16.45pt;height:13.1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" strokecolor="#b77fed">
                      <v:textbox>
                        <w:txbxContent>
                          <w:p w14:paraId="61F8C1FC" w14:textId="77777777" w:rsidR="0079432B" w:rsidRPr="007A2E54" w:rsidRDefault="0079432B" w:rsidP="0079432B">
                            <w:pPr>
                              <w:jc w:val="center"/>
                              <w:rPr>
                                <w:i/>
                                <w:iCs/>
                                <w:sz w:val="10"/>
                                <w:szCs w:val="10"/>
                              </w:rPr>
                            </w:pPr>
                          </w:p>
                        </w:txbxContent>
                      </v:textbox>
                    </v:shape>
                  </w:pict>
                </mc:Fallback>
              </mc:AlternateContent>
            </w:r>
          </w:p>
        </w:tc>
        <w:tc>
          <w:tcPr>
            <w:tcW w:w="810" w:type="dxa"/>
            <w:tcMar>
              <w:top w:w="65" w:type="dxa"/>
              <w:left w:w="40" w:type="dxa"/>
              <w:bottom w:w="65" w:type="dxa"/>
              <w:right w:w="40" w:type="dxa"/>
            </w:tcMar>
          </w:tcPr>
          <w:p w14:paraId="412DD878" w14:textId="11736BD2" w:rsidR="001E54D4" w:rsidRDefault="0079432B">
            <w:pPr>
              <w:jc w:val="center"/>
            </w:pPr>
            <w:r>
              <w:rPr>
                <w:noProof/>
              </w:rPr>
              <mc:AlternateContent>
                <mc:Choice Requires="wps">
                  <w:drawing>
                    <wp:anchor distT="45720" distB="45720" distL="114300" distR="114300" simplePos="0" relativeHeight="251679744" behindDoc="0" locked="0" layoutInCell="1" allowOverlap="1" wp14:anchorId="13FC249E" wp14:editId="4B158642">
                      <wp:simplePos x="0" y="0"/>
                      <wp:positionH relativeFrom="column">
                        <wp:posOffset>-3810</wp:posOffset>
                      </wp:positionH>
                      <wp:positionV relativeFrom="paragraph">
                        <wp:posOffset>46990</wp:posOffset>
                      </wp:positionV>
                      <wp:extent cx="208915" cy="166370"/>
                      <wp:effectExtent l="0" t="0" r="19685" b="24130"/>
                      <wp:wrapNone/>
                      <wp:docPr id="17638776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915" cy="166370"/>
                              </a:xfrm>
                              <a:prstGeom prst="rect">
                                <a:avLst/>
                              </a:prstGeom>
                              <a:solidFill>
                                <a:srgbClr val="FFFFFF"/>
                              </a:solidFill>
                              <a:ln w="9525">
                                <a:solidFill>
                                  <a:srgbClr val="B77FED"/>
                                </a:solidFill>
                                <a:miter lim="800000"/>
                                <a:headEnd/>
                                <a:tailEnd/>
                              </a:ln>
                            </wps:spPr>
                            <wps:txbx>
                              <w:txbxContent>
                                <w:p w14:paraId="4187D6D7" w14:textId="77777777" w:rsidR="0079432B" w:rsidRPr="007A2E54" w:rsidRDefault="0079432B" w:rsidP="0079432B">
                                  <w:pPr>
                                    <w:jc w:val="center"/>
                                    <w:rPr>
                                      <w:i/>
                                      <w:iCs/>
                                      <w:sz w:val="10"/>
                                      <w:szCs w:val="1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FC249E" id="_x0000_s1027" type="#_x0000_t202" style="position:absolute;left:0;text-align:left;margin-left:-.3pt;margin-top:3.7pt;width:16.45pt;height:13.1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" strokecolor="#b77fed">
                      <v:textbox>
                        <w:txbxContent>
                          <w:p w14:paraId="4187D6D7" w14:textId="77777777" w:rsidR="0079432B" w:rsidRPr="007A2E54" w:rsidRDefault="0079432B" w:rsidP="0079432B">
                            <w:pPr>
                              <w:jc w:val="center"/>
                              <w:rPr>
                                <w:i/>
                                <w:iCs/>
                                <w:sz w:val="10"/>
                                <w:szCs w:val="10"/>
                              </w:rPr>
                            </w:pPr>
                          </w:p>
                        </w:txbxContent>
                      </v:textbox>
                    </v:shape>
                  </w:pict>
                </mc:Fallback>
              </mc:AlternateContent>
            </w:r>
          </w:p>
        </w:tc>
        <w:tc>
          <w:tcPr>
            <w:tcW w:w="720" w:type="dxa"/>
            <w:tcMar>
              <w:top w:w="65" w:type="dxa"/>
              <w:left w:w="40" w:type="dxa"/>
              <w:bottom w:w="65" w:type="dxa"/>
              <w:right w:w="40" w:type="dxa"/>
            </w:tcMar>
          </w:tcPr>
          <w:p w14:paraId="4053F9D1" w14:textId="1A4486A9" w:rsidR="001E54D4" w:rsidRDefault="0079432B">
            <w:pPr>
              <w:jc w:val="center"/>
            </w:pPr>
            <w:r>
              <w:rPr>
                <w:noProof/>
              </w:rPr>
              <mc:AlternateContent>
                <mc:Choice Requires="wps">
                  <w:drawing>
                    <wp:anchor distT="45720" distB="45720" distL="114300" distR="114300" simplePos="0" relativeHeight="251700224" behindDoc="0" locked="0" layoutInCell="1" allowOverlap="1" wp14:anchorId="51EECE0C" wp14:editId="5163753B">
                      <wp:simplePos x="0" y="0"/>
                      <wp:positionH relativeFrom="column">
                        <wp:posOffset>-3810</wp:posOffset>
                      </wp:positionH>
                      <wp:positionV relativeFrom="paragraph">
                        <wp:posOffset>46990</wp:posOffset>
                      </wp:positionV>
                      <wp:extent cx="208915" cy="166370"/>
                      <wp:effectExtent l="0" t="0" r="19685" b="24130"/>
                      <wp:wrapNone/>
                      <wp:docPr id="13205065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915" cy="166370"/>
                              </a:xfrm>
                              <a:prstGeom prst="rect">
                                <a:avLst/>
                              </a:prstGeom>
                              <a:solidFill>
                                <a:srgbClr val="FFFFFF"/>
                              </a:solidFill>
                              <a:ln w="9525">
                                <a:solidFill>
                                  <a:srgbClr val="B77FED"/>
                                </a:solidFill>
                                <a:miter lim="800000"/>
                                <a:headEnd/>
                                <a:tailEnd/>
                              </a:ln>
                            </wps:spPr>
                            <wps:txbx>
                              <w:txbxContent>
                                <w:p w14:paraId="3071C14E" w14:textId="77777777" w:rsidR="0079432B" w:rsidRPr="007A2E54" w:rsidRDefault="0079432B" w:rsidP="0079432B">
                                  <w:pPr>
                                    <w:jc w:val="center"/>
                                    <w:rPr>
                                      <w:i/>
                                      <w:iCs/>
                                      <w:sz w:val="10"/>
                                      <w:szCs w:val="1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1EECE0C" id="_x0000_s1028" type="#_x0000_t202" style="position:absolute;left:0;text-align:left;margin-left:-.3pt;margin-top:3.7pt;width:16.45pt;height:13.1pt;z-index:2517002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" strokecolor="#b77fed">
                      <v:textbox>
                        <w:txbxContent>
                          <w:p w14:paraId="3071C14E" w14:textId="77777777" w:rsidR="0079432B" w:rsidRPr="007A2E54" w:rsidRDefault="0079432B" w:rsidP="0079432B">
                            <w:pPr>
                              <w:jc w:val="center"/>
                              <w:rPr>
                                <w:i/>
                                <w:iCs/>
                                <w:sz w:val="10"/>
                                <w:szCs w:val="10"/>
                              </w:rPr>
                            </w:pPr>
                          </w:p>
                        </w:txbxContent>
                      </v:textbox>
                    </v:shape>
                  </w:pict>
                </mc:Fallback>
              </mc:AlternateContent>
            </w:r>
          </w:p>
        </w:tc>
        <w:tc>
          <w:tcPr>
            <w:tcW w:w="635" w:type="dxa"/>
            <w:gridSpan w:val="2"/>
            <w:tcMar>
              <w:top w:w="65" w:type="dxa"/>
              <w:left w:w="40" w:type="dxa"/>
              <w:bottom w:w="65" w:type="dxa"/>
              <w:right w:w="40" w:type="dxa"/>
            </w:tcMar>
          </w:tcPr>
          <w:p w14:paraId="14E8EB90" w14:textId="58839CF6" w:rsidR="001E54D4" w:rsidRDefault="0079432B">
            <w:pPr>
              <w:jc w:val="center"/>
            </w:pPr>
            <w:r>
              <w:rPr>
                <w:noProof/>
              </w:rPr>
              <mc:AlternateContent>
                <mc:Choice Requires="wps">
                  <w:drawing>
                    <wp:anchor distT="45720" distB="45720" distL="114300" distR="114300" simplePos="0" relativeHeight="251720704" behindDoc="0" locked="0" layoutInCell="1" allowOverlap="1" wp14:anchorId="4C296082" wp14:editId="6A683E94">
                      <wp:simplePos x="0" y="0"/>
                      <wp:positionH relativeFrom="column">
                        <wp:posOffset>-3810</wp:posOffset>
                      </wp:positionH>
                      <wp:positionV relativeFrom="paragraph">
                        <wp:posOffset>46990</wp:posOffset>
                      </wp:positionV>
                      <wp:extent cx="208915" cy="166370"/>
                      <wp:effectExtent l="0" t="0" r="19685" b="24130"/>
                      <wp:wrapNone/>
                      <wp:docPr id="99797058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915" cy="166370"/>
                              </a:xfrm>
                              <a:prstGeom prst="rect">
                                <a:avLst/>
                              </a:prstGeom>
                              <a:solidFill>
                                <a:srgbClr val="FFFFFF"/>
                              </a:solidFill>
                              <a:ln w="9525">
                                <a:solidFill>
                                  <a:srgbClr val="B77FED"/>
                                </a:solidFill>
                                <a:miter lim="800000"/>
                                <a:headEnd/>
                                <a:tailEnd/>
                              </a:ln>
                            </wps:spPr>
                            <wps:txbx>
                              <w:txbxContent>
                                <w:p w14:paraId="3A15A45C" w14:textId="77777777" w:rsidR="0079432B" w:rsidRPr="007A2E54" w:rsidRDefault="0079432B" w:rsidP="0079432B">
                                  <w:pPr>
                                    <w:jc w:val="center"/>
                                    <w:rPr>
                                      <w:i/>
                                      <w:iCs/>
                                      <w:sz w:val="10"/>
                                      <w:szCs w:val="1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296082" id="_x0000_s1029" type="#_x0000_t202" style="position:absolute;left:0;text-align:left;margin-left:-.3pt;margin-top:3.7pt;width:16.45pt;height:13.1pt;z-index:251720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" strokecolor="#b77fed">
                      <v:textbox>
                        <w:txbxContent>
                          <w:p w14:paraId="3A15A45C" w14:textId="77777777" w:rsidR="0079432B" w:rsidRPr="007A2E54" w:rsidRDefault="0079432B" w:rsidP="0079432B">
                            <w:pPr>
                              <w:jc w:val="center"/>
                              <w:rPr>
                                <w:i/>
                                <w:iCs/>
                                <w:sz w:val="10"/>
                                <w:szCs w:val="10"/>
                              </w:rPr>
                            </w:pPr>
                          </w:p>
                        </w:txbxContent>
                      </v:textbox>
                    </v:shape>
                  </w:pict>
                </mc:Fallback>
              </mc:AlternateContent>
            </w:r>
          </w:p>
        </w:tc>
      </w:tr>
      <w:tr w:rsidR="001E54D4" w14:paraId="7916D994" w14:textId="77777777" w:rsidTr="00A87572">
        <w:tblPrEx>
          <w:tblBorders>
            <w:top w:val="single" w:sz="5" w:space="0" w:color="E9DDFF"/>
            <w:left w:val="single" w:sz="5" w:space="0" w:color="E9DDFF"/>
            <w:bottom w:val="single" w:sz="5" w:space="0" w:color="E9DDFF"/>
            <w:right w:val="single" w:sz="5" w:space="0" w:color="E9DDFF"/>
            <w:insideH w:val="single" w:sz="5" w:space="0" w:color="E9DDFF"/>
            <w:insideV w:val="single" w:sz="5" w:space="0" w:color="E9DDFF"/>
          </w:tblBorders>
        </w:tblPrEx>
        <w:trPr>
          <w:cantSplit/>
        </w:trPr>
        <w:tc>
          <w:tcPr>
            <w:tcW w:w="5580" w:type="dxa"/>
            <w:tcMar>
              <w:top w:w="65" w:type="dxa"/>
              <w:left w:w="80" w:type="dxa"/>
              <w:bottom w:w="65" w:type="dxa"/>
              <w:right w:w="80" w:type="dxa"/>
            </w:tcMar>
          </w:tcPr>
          <w:p w14:paraId="4BAE3291" w14:textId="77777777" w:rsidR="001E54D4" w:rsidRDefault="00525F87">
            <w:r>
              <w:rPr>
                <w:b/>
                <w:sz w:val="17"/>
              </w:rPr>
              <w:t>Time management, planning, or organization</w:t>
            </w:r>
          </w:p>
        </w:tc>
        <w:tc>
          <w:tcPr>
            <w:tcW w:w="810" w:type="dxa"/>
            <w:tcMar>
              <w:top w:w="65" w:type="dxa"/>
              <w:left w:w="40" w:type="dxa"/>
              <w:bottom w:w="65" w:type="dxa"/>
              <w:right w:w="40" w:type="dxa"/>
            </w:tcMar>
          </w:tcPr>
          <w:p w14:paraId="351D0424" w14:textId="4143E901" w:rsidR="001E54D4" w:rsidRDefault="0079432B">
            <w:pPr>
              <w:jc w:val="center"/>
            </w:pPr>
            <w:r>
              <w:rPr>
                <w:noProof/>
              </w:rPr>
              <mc:AlternateContent>
                <mc:Choice Requires="wps">
                  <w:drawing>
                    <wp:anchor distT="45720" distB="45720" distL="114300" distR="114300" simplePos="0" relativeHeight="251661312" behindDoc="0" locked="0" layoutInCell="1" allowOverlap="1" wp14:anchorId="654EA8CC" wp14:editId="15AE875C">
                      <wp:simplePos x="0" y="0"/>
                      <wp:positionH relativeFrom="column">
                        <wp:posOffset>-3810</wp:posOffset>
                      </wp:positionH>
                      <wp:positionV relativeFrom="paragraph">
                        <wp:posOffset>45085</wp:posOffset>
                      </wp:positionV>
                      <wp:extent cx="208915" cy="166370"/>
                      <wp:effectExtent l="0" t="0" r="19685" b="24130"/>
                      <wp:wrapNone/>
                      <wp:docPr id="18899789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915" cy="166370"/>
                              </a:xfrm>
                              <a:prstGeom prst="rect">
                                <a:avLst/>
                              </a:prstGeom>
                              <a:solidFill>
                                <a:srgbClr val="FFFFFF"/>
                              </a:solidFill>
                              <a:ln w="9525">
                                <a:solidFill>
                                  <a:srgbClr val="B77FED"/>
                                </a:solidFill>
                                <a:miter lim="800000"/>
                                <a:headEnd/>
                                <a:tailEnd/>
                              </a:ln>
                            </wps:spPr>
                            <wps:txbx>
                              <w:txbxContent>
                                <w:p w14:paraId="317896E5" w14:textId="77777777" w:rsidR="0079432B" w:rsidRPr="007A2E54" w:rsidRDefault="0079432B" w:rsidP="0079432B">
                                  <w:pPr>
                                    <w:jc w:val="center"/>
                                    <w:rPr>
                                      <w:i/>
                                      <w:iCs/>
                                      <w:sz w:val="10"/>
                                      <w:szCs w:val="1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4EA8CC" id="_x0000_s1030" type="#_x0000_t202" style="position:absolute;left:0;text-align:left;margin-left:-.3pt;margin-top:3.55pt;width:16.45pt;height:13.1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" strokecolor="#b77fed">
                      <v:textbox>
                        <w:txbxContent>
                          <w:p w14:paraId="317896E5" w14:textId="77777777" w:rsidR="0079432B" w:rsidRPr="007A2E54" w:rsidRDefault="0079432B" w:rsidP="0079432B">
                            <w:pPr>
                              <w:jc w:val="center"/>
                              <w:rPr>
                                <w:i/>
                                <w:iCs/>
                                <w:sz w:val="10"/>
                                <w:szCs w:val="10"/>
                              </w:rPr>
                            </w:pPr>
                          </w:p>
                        </w:txbxContent>
                      </v:textbox>
                    </v:shape>
                  </w:pict>
                </mc:Fallback>
              </mc:AlternateContent>
            </w:r>
          </w:p>
        </w:tc>
        <w:tc>
          <w:tcPr>
            <w:tcW w:w="810" w:type="dxa"/>
            <w:tcMar>
              <w:top w:w="65" w:type="dxa"/>
              <w:left w:w="40" w:type="dxa"/>
              <w:bottom w:w="65" w:type="dxa"/>
              <w:right w:w="40" w:type="dxa"/>
            </w:tcMar>
          </w:tcPr>
          <w:p w14:paraId="418A20AE" w14:textId="79F30454" w:rsidR="001E54D4" w:rsidRDefault="0079432B">
            <w:pPr>
              <w:jc w:val="center"/>
            </w:pPr>
            <w:r>
              <w:rPr>
                <w:noProof/>
              </w:rPr>
              <mc:AlternateContent>
                <mc:Choice Requires="wps">
                  <w:drawing>
                    <wp:anchor distT="45720" distB="45720" distL="114300" distR="114300" simplePos="0" relativeHeight="251681792" behindDoc="0" locked="0" layoutInCell="1" allowOverlap="1" wp14:anchorId="7AF9FBF4" wp14:editId="6343C024">
                      <wp:simplePos x="0" y="0"/>
                      <wp:positionH relativeFrom="column">
                        <wp:posOffset>-3810</wp:posOffset>
                      </wp:positionH>
                      <wp:positionV relativeFrom="paragraph">
                        <wp:posOffset>45085</wp:posOffset>
                      </wp:positionV>
                      <wp:extent cx="208915" cy="166370"/>
                      <wp:effectExtent l="0" t="0" r="19685" b="24130"/>
                      <wp:wrapNone/>
                      <wp:docPr id="6439587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915" cy="166370"/>
                              </a:xfrm>
                              <a:prstGeom prst="rect">
                                <a:avLst/>
                              </a:prstGeom>
                              <a:solidFill>
                                <a:srgbClr val="FFFFFF"/>
                              </a:solidFill>
                              <a:ln w="9525">
                                <a:solidFill>
                                  <a:srgbClr val="B77FED"/>
                                </a:solidFill>
                                <a:miter lim="800000"/>
                                <a:headEnd/>
                                <a:tailEnd/>
                              </a:ln>
                            </wps:spPr>
                            <wps:txbx>
                              <w:txbxContent>
                                <w:p w14:paraId="3D131CE7" w14:textId="77777777" w:rsidR="0079432B" w:rsidRPr="007A2E54" w:rsidRDefault="0079432B" w:rsidP="0079432B">
                                  <w:pPr>
                                    <w:jc w:val="center"/>
                                    <w:rPr>
                                      <w:i/>
                                      <w:iCs/>
                                      <w:sz w:val="10"/>
                                      <w:szCs w:val="1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F9FBF4" id="_x0000_s1031" type="#_x0000_t202" style="position:absolute;left:0;text-align:left;margin-left:-.3pt;margin-top:3.55pt;width:16.45pt;height:13.1pt;z-index:2516817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" strokecolor="#b77fed">
                      <v:textbox>
                        <w:txbxContent>
                          <w:p w14:paraId="3D131CE7" w14:textId="77777777" w:rsidR="0079432B" w:rsidRPr="007A2E54" w:rsidRDefault="0079432B" w:rsidP="0079432B">
                            <w:pPr>
                              <w:jc w:val="center"/>
                              <w:rPr>
                                <w:i/>
                                <w:iCs/>
                                <w:sz w:val="10"/>
                                <w:szCs w:val="10"/>
                              </w:rPr>
                            </w:pPr>
                          </w:p>
                        </w:txbxContent>
                      </v:textbox>
                    </v:shape>
                  </w:pict>
                </mc:Fallback>
              </mc:AlternateContent>
            </w:r>
          </w:p>
        </w:tc>
        <w:tc>
          <w:tcPr>
            <w:tcW w:w="720" w:type="dxa"/>
            <w:tcMar>
              <w:top w:w="65" w:type="dxa"/>
              <w:left w:w="40" w:type="dxa"/>
              <w:bottom w:w="65" w:type="dxa"/>
              <w:right w:w="40" w:type="dxa"/>
            </w:tcMar>
          </w:tcPr>
          <w:p w14:paraId="2027F543" w14:textId="2EBD774F" w:rsidR="001E54D4" w:rsidRDefault="0079432B">
            <w:pPr>
              <w:jc w:val="center"/>
            </w:pPr>
            <w:r>
              <w:rPr>
                <w:noProof/>
              </w:rPr>
              <mc:AlternateContent>
                <mc:Choice Requires="wps">
                  <w:drawing>
                    <wp:anchor distT="45720" distB="45720" distL="114300" distR="114300" simplePos="0" relativeHeight="251702272" behindDoc="0" locked="0" layoutInCell="1" allowOverlap="1" wp14:anchorId="3596E685" wp14:editId="79164777">
                      <wp:simplePos x="0" y="0"/>
                      <wp:positionH relativeFrom="column">
                        <wp:posOffset>-3810</wp:posOffset>
                      </wp:positionH>
                      <wp:positionV relativeFrom="paragraph">
                        <wp:posOffset>45085</wp:posOffset>
                      </wp:positionV>
                      <wp:extent cx="208915" cy="166370"/>
                      <wp:effectExtent l="0" t="0" r="19685" b="24130"/>
                      <wp:wrapNone/>
                      <wp:docPr id="17944619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915" cy="166370"/>
                              </a:xfrm>
                              <a:prstGeom prst="rect">
                                <a:avLst/>
                              </a:prstGeom>
                              <a:solidFill>
                                <a:srgbClr val="FFFFFF"/>
                              </a:solidFill>
                              <a:ln w="9525">
                                <a:solidFill>
                                  <a:srgbClr val="B77FED"/>
                                </a:solidFill>
                                <a:miter lim="800000"/>
                                <a:headEnd/>
                                <a:tailEnd/>
                              </a:ln>
                            </wps:spPr>
                            <wps:txbx>
                              <w:txbxContent>
                                <w:p w14:paraId="38B3C31C" w14:textId="77777777" w:rsidR="0079432B" w:rsidRPr="007A2E54" w:rsidRDefault="0079432B" w:rsidP="0079432B">
                                  <w:pPr>
                                    <w:jc w:val="center"/>
                                    <w:rPr>
                                      <w:i/>
                                      <w:iCs/>
                                      <w:sz w:val="10"/>
                                      <w:szCs w:val="1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96E685" id="_x0000_s1032" type="#_x0000_t202" style="position:absolute;left:0;text-align:left;margin-left:-.3pt;margin-top:3.55pt;width:16.45pt;height:13.1pt;z-index:2517022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" strokecolor="#b77fed">
                      <v:textbox>
                        <w:txbxContent>
                          <w:p w14:paraId="38B3C31C" w14:textId="77777777" w:rsidR="0079432B" w:rsidRPr="007A2E54" w:rsidRDefault="0079432B" w:rsidP="0079432B">
                            <w:pPr>
                              <w:jc w:val="center"/>
                              <w:rPr>
                                <w:i/>
                                <w:iCs/>
                                <w:sz w:val="10"/>
                                <w:szCs w:val="10"/>
                              </w:rPr>
                            </w:pPr>
                          </w:p>
                        </w:txbxContent>
                      </v:textbox>
                    </v:shape>
                  </w:pict>
                </mc:Fallback>
              </mc:AlternateContent>
            </w:r>
          </w:p>
        </w:tc>
        <w:tc>
          <w:tcPr>
            <w:tcW w:w="635" w:type="dxa"/>
            <w:gridSpan w:val="2"/>
            <w:tcMar>
              <w:top w:w="65" w:type="dxa"/>
              <w:left w:w="40" w:type="dxa"/>
              <w:bottom w:w="65" w:type="dxa"/>
              <w:right w:w="40" w:type="dxa"/>
            </w:tcMar>
          </w:tcPr>
          <w:p w14:paraId="7BF29469" w14:textId="2751C510" w:rsidR="001E54D4" w:rsidRDefault="0079432B">
            <w:pPr>
              <w:jc w:val="center"/>
            </w:pPr>
            <w:r>
              <w:rPr>
                <w:noProof/>
              </w:rPr>
              <mc:AlternateContent>
                <mc:Choice Requires="wps">
                  <w:drawing>
                    <wp:anchor distT="45720" distB="45720" distL="114300" distR="114300" simplePos="0" relativeHeight="251722752" behindDoc="0" locked="0" layoutInCell="1" allowOverlap="1" wp14:anchorId="0701CC3C" wp14:editId="6B04CFF8">
                      <wp:simplePos x="0" y="0"/>
                      <wp:positionH relativeFrom="column">
                        <wp:posOffset>-3810</wp:posOffset>
                      </wp:positionH>
                      <wp:positionV relativeFrom="paragraph">
                        <wp:posOffset>43815</wp:posOffset>
                      </wp:positionV>
                      <wp:extent cx="208915" cy="166370"/>
                      <wp:effectExtent l="0" t="0" r="19685" b="24130"/>
                      <wp:wrapNone/>
                      <wp:docPr id="4318687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915" cy="166370"/>
                              </a:xfrm>
                              <a:prstGeom prst="rect">
                                <a:avLst/>
                              </a:prstGeom>
                              <a:solidFill>
                                <a:srgbClr val="FFFFFF"/>
                              </a:solidFill>
                              <a:ln w="9525">
                                <a:solidFill>
                                  <a:srgbClr val="B77FED"/>
                                </a:solidFill>
                                <a:miter lim="800000"/>
                                <a:headEnd/>
                                <a:tailEnd/>
                              </a:ln>
                            </wps:spPr>
                            <wps:txbx>
                              <w:txbxContent>
                                <w:p w14:paraId="7B06EA17" w14:textId="77777777" w:rsidR="0079432B" w:rsidRPr="007A2E54" w:rsidRDefault="0079432B" w:rsidP="0079432B">
                                  <w:pPr>
                                    <w:jc w:val="center"/>
                                    <w:rPr>
                                      <w:i/>
                                      <w:iCs/>
                                      <w:sz w:val="10"/>
                                      <w:szCs w:val="1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01CC3C" id="_x0000_s1033" type="#_x0000_t202" style="position:absolute;left:0;text-align:left;margin-left:-.3pt;margin-top:3.45pt;width:16.45pt;height:13.1pt;z-index:251722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" strokecolor="#b77fed">
                      <v:textbox>
                        <w:txbxContent>
                          <w:p w14:paraId="7B06EA17" w14:textId="77777777" w:rsidR="0079432B" w:rsidRPr="007A2E54" w:rsidRDefault="0079432B" w:rsidP="0079432B">
                            <w:pPr>
                              <w:jc w:val="center"/>
                              <w:rPr>
                                <w:i/>
                                <w:iCs/>
                                <w:sz w:val="10"/>
                                <w:szCs w:val="10"/>
                              </w:rPr>
                            </w:pPr>
                          </w:p>
                        </w:txbxContent>
                      </v:textbox>
                    </v:shape>
                  </w:pict>
                </mc:Fallback>
              </mc:AlternateContent>
            </w:r>
          </w:p>
        </w:tc>
      </w:tr>
      <w:tr w:rsidR="001E54D4" w14:paraId="08D8A171" w14:textId="77777777" w:rsidTr="00A87572">
        <w:tblPrEx>
          <w:tblBorders>
            <w:top w:val="single" w:sz="5" w:space="0" w:color="E9DDFF"/>
            <w:left w:val="single" w:sz="5" w:space="0" w:color="E9DDFF"/>
            <w:bottom w:val="single" w:sz="5" w:space="0" w:color="E9DDFF"/>
            <w:right w:val="single" w:sz="5" w:space="0" w:color="E9DDFF"/>
            <w:insideH w:val="single" w:sz="5" w:space="0" w:color="E9DDFF"/>
            <w:insideV w:val="single" w:sz="5" w:space="0" w:color="E9DDFF"/>
          </w:tblBorders>
        </w:tblPrEx>
        <w:trPr>
          <w:cantSplit/>
        </w:trPr>
        <w:tc>
          <w:tcPr>
            <w:tcW w:w="5580" w:type="dxa"/>
            <w:tcMar>
              <w:top w:w="65" w:type="dxa"/>
              <w:left w:w="80" w:type="dxa"/>
              <w:bottom w:w="65" w:type="dxa"/>
              <w:right w:w="80" w:type="dxa"/>
            </w:tcMar>
          </w:tcPr>
          <w:p w14:paraId="43920185" w14:textId="77777777" w:rsidR="001E54D4" w:rsidRDefault="00525F87">
            <w:r>
              <w:rPr>
                <w:b/>
                <w:sz w:val="17"/>
              </w:rPr>
              <w:t>Task initiation, follow-through, or accountability</w:t>
            </w:r>
          </w:p>
        </w:tc>
        <w:tc>
          <w:tcPr>
            <w:tcW w:w="810" w:type="dxa"/>
            <w:tcMar>
              <w:top w:w="65" w:type="dxa"/>
              <w:left w:w="40" w:type="dxa"/>
              <w:bottom w:w="65" w:type="dxa"/>
              <w:right w:w="40" w:type="dxa"/>
            </w:tcMar>
          </w:tcPr>
          <w:p w14:paraId="7C9F31AF" w14:textId="0393C1F3" w:rsidR="001E54D4" w:rsidRDefault="0079432B">
            <w:pPr>
              <w:jc w:val="center"/>
            </w:pPr>
            <w:r>
              <w:rPr>
                <w:noProof/>
              </w:rPr>
              <mc:AlternateContent>
                <mc:Choice Requires="wps">
                  <w:drawing>
                    <wp:anchor distT="45720" distB="45720" distL="114300" distR="114300" simplePos="0" relativeHeight="251663360" behindDoc="0" locked="0" layoutInCell="1" allowOverlap="1" wp14:anchorId="568430F0" wp14:editId="285640BB">
                      <wp:simplePos x="0" y="0"/>
                      <wp:positionH relativeFrom="column">
                        <wp:posOffset>-3810</wp:posOffset>
                      </wp:positionH>
                      <wp:positionV relativeFrom="paragraph">
                        <wp:posOffset>48260</wp:posOffset>
                      </wp:positionV>
                      <wp:extent cx="208915" cy="166370"/>
                      <wp:effectExtent l="0" t="0" r="19685" b="24130"/>
                      <wp:wrapNone/>
                      <wp:docPr id="16689962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915" cy="166370"/>
                              </a:xfrm>
                              <a:prstGeom prst="rect">
                                <a:avLst/>
                              </a:prstGeom>
                              <a:solidFill>
                                <a:srgbClr val="FFFFFF"/>
                              </a:solidFill>
                              <a:ln w="9525">
                                <a:solidFill>
                                  <a:srgbClr val="B77FED"/>
                                </a:solidFill>
                                <a:miter lim="800000"/>
                                <a:headEnd/>
                                <a:tailEnd/>
                              </a:ln>
                            </wps:spPr>
                            <wps:txbx>
                              <w:txbxContent>
                                <w:p w14:paraId="6C4BFFA8" w14:textId="77777777" w:rsidR="0079432B" w:rsidRPr="007A2E54" w:rsidRDefault="0079432B" w:rsidP="0079432B">
                                  <w:pPr>
                                    <w:jc w:val="center"/>
                                    <w:rPr>
                                      <w:i/>
                                      <w:iCs/>
                                      <w:sz w:val="10"/>
                                      <w:szCs w:val="1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8430F0" id="_x0000_s1034" type="#_x0000_t202" style="position:absolute;left:0;text-align:left;margin-left:-.3pt;margin-top:3.8pt;width:16.45pt;height:13.1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" strokecolor="#b77fed">
                      <v:textbox>
                        <w:txbxContent>
                          <w:p w14:paraId="6C4BFFA8" w14:textId="77777777" w:rsidR="0079432B" w:rsidRPr="007A2E54" w:rsidRDefault="0079432B" w:rsidP="0079432B">
                            <w:pPr>
                              <w:jc w:val="center"/>
                              <w:rPr>
                                <w:i/>
                                <w:iCs/>
                                <w:sz w:val="10"/>
                                <w:szCs w:val="10"/>
                              </w:rPr>
                            </w:pPr>
                          </w:p>
                        </w:txbxContent>
                      </v:textbox>
                    </v:shape>
                  </w:pict>
                </mc:Fallback>
              </mc:AlternateContent>
            </w:r>
          </w:p>
        </w:tc>
        <w:tc>
          <w:tcPr>
            <w:tcW w:w="810" w:type="dxa"/>
            <w:tcMar>
              <w:top w:w="65" w:type="dxa"/>
              <w:left w:w="40" w:type="dxa"/>
              <w:bottom w:w="65" w:type="dxa"/>
              <w:right w:w="40" w:type="dxa"/>
            </w:tcMar>
          </w:tcPr>
          <w:p w14:paraId="7D7B3579" w14:textId="25887E9A" w:rsidR="001E54D4" w:rsidRDefault="0079432B">
            <w:pPr>
              <w:jc w:val="center"/>
            </w:pPr>
            <w:r>
              <w:rPr>
                <w:noProof/>
              </w:rPr>
              <mc:AlternateContent>
                <mc:Choice Requires="wps">
                  <w:drawing>
                    <wp:anchor distT="45720" distB="45720" distL="114300" distR="114300" simplePos="0" relativeHeight="251683840" behindDoc="0" locked="0" layoutInCell="1" allowOverlap="1" wp14:anchorId="006DA34E" wp14:editId="091E9426">
                      <wp:simplePos x="0" y="0"/>
                      <wp:positionH relativeFrom="column">
                        <wp:posOffset>-3810</wp:posOffset>
                      </wp:positionH>
                      <wp:positionV relativeFrom="paragraph">
                        <wp:posOffset>48260</wp:posOffset>
                      </wp:positionV>
                      <wp:extent cx="208915" cy="166370"/>
                      <wp:effectExtent l="0" t="0" r="19685" b="24130"/>
                      <wp:wrapNone/>
                      <wp:docPr id="3179329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915" cy="166370"/>
                              </a:xfrm>
                              <a:prstGeom prst="rect">
                                <a:avLst/>
                              </a:prstGeom>
                              <a:solidFill>
                                <a:srgbClr val="FFFFFF"/>
                              </a:solidFill>
                              <a:ln w="9525">
                                <a:solidFill>
                                  <a:srgbClr val="B77FED"/>
                                </a:solidFill>
                                <a:miter lim="800000"/>
                                <a:headEnd/>
                                <a:tailEnd/>
                              </a:ln>
                            </wps:spPr>
                            <wps:txbx>
                              <w:txbxContent>
                                <w:p w14:paraId="681E406E" w14:textId="77777777" w:rsidR="0079432B" w:rsidRPr="007A2E54" w:rsidRDefault="0079432B" w:rsidP="0079432B">
                                  <w:pPr>
                                    <w:jc w:val="center"/>
                                    <w:rPr>
                                      <w:i/>
                                      <w:iCs/>
                                      <w:sz w:val="10"/>
                                      <w:szCs w:val="1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6DA34E" id="_x0000_s1035" type="#_x0000_t202" style="position:absolute;left:0;text-align:left;margin-left:-.3pt;margin-top:3.8pt;width:16.45pt;height:13.1pt;z-index:2516838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" strokecolor="#b77fed">
                      <v:textbox>
                        <w:txbxContent>
                          <w:p w14:paraId="681E406E" w14:textId="77777777" w:rsidR="0079432B" w:rsidRPr="007A2E54" w:rsidRDefault="0079432B" w:rsidP="0079432B">
                            <w:pPr>
                              <w:jc w:val="center"/>
                              <w:rPr>
                                <w:i/>
                                <w:iCs/>
                                <w:sz w:val="10"/>
                                <w:szCs w:val="10"/>
                              </w:rPr>
                            </w:pPr>
                          </w:p>
                        </w:txbxContent>
                      </v:textbox>
                    </v:shape>
                  </w:pict>
                </mc:Fallback>
              </mc:AlternateContent>
            </w:r>
          </w:p>
        </w:tc>
        <w:tc>
          <w:tcPr>
            <w:tcW w:w="720" w:type="dxa"/>
            <w:tcMar>
              <w:top w:w="65" w:type="dxa"/>
              <w:left w:w="40" w:type="dxa"/>
              <w:bottom w:w="65" w:type="dxa"/>
              <w:right w:w="40" w:type="dxa"/>
            </w:tcMar>
          </w:tcPr>
          <w:p w14:paraId="2DBDC598" w14:textId="6BA65007" w:rsidR="001E54D4" w:rsidRDefault="0079432B">
            <w:pPr>
              <w:jc w:val="center"/>
            </w:pPr>
            <w:r>
              <w:rPr>
                <w:noProof/>
              </w:rPr>
              <mc:AlternateContent>
                <mc:Choice Requires="wps">
                  <w:drawing>
                    <wp:anchor distT="45720" distB="45720" distL="114300" distR="114300" simplePos="0" relativeHeight="251704320" behindDoc="0" locked="0" layoutInCell="1" allowOverlap="1" wp14:anchorId="6659183F" wp14:editId="030424E6">
                      <wp:simplePos x="0" y="0"/>
                      <wp:positionH relativeFrom="column">
                        <wp:posOffset>-3810</wp:posOffset>
                      </wp:positionH>
                      <wp:positionV relativeFrom="paragraph">
                        <wp:posOffset>48260</wp:posOffset>
                      </wp:positionV>
                      <wp:extent cx="208915" cy="166370"/>
                      <wp:effectExtent l="0" t="0" r="19685" b="24130"/>
                      <wp:wrapNone/>
                      <wp:docPr id="15207310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915" cy="166370"/>
                              </a:xfrm>
                              <a:prstGeom prst="rect">
                                <a:avLst/>
                              </a:prstGeom>
                              <a:solidFill>
                                <a:srgbClr val="FFFFFF"/>
                              </a:solidFill>
                              <a:ln w="9525">
                                <a:solidFill>
                                  <a:srgbClr val="B77FED"/>
                                </a:solidFill>
                                <a:miter lim="800000"/>
                                <a:headEnd/>
                                <a:tailEnd/>
                              </a:ln>
                            </wps:spPr>
                            <wps:txbx>
                              <w:txbxContent>
                                <w:p w14:paraId="0EAC0F53" w14:textId="77777777" w:rsidR="0079432B" w:rsidRPr="007A2E54" w:rsidRDefault="0079432B" w:rsidP="0079432B">
                                  <w:pPr>
                                    <w:jc w:val="center"/>
                                    <w:rPr>
                                      <w:i/>
                                      <w:iCs/>
                                      <w:sz w:val="10"/>
                                      <w:szCs w:val="1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59183F" id="_x0000_s1036" type="#_x0000_t202" style="position:absolute;left:0;text-align:left;margin-left:-.3pt;margin-top:3.8pt;width:16.45pt;height:13.1pt;z-index:2517043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" strokecolor="#b77fed">
                      <v:textbox>
                        <w:txbxContent>
                          <w:p w14:paraId="0EAC0F53" w14:textId="77777777" w:rsidR="0079432B" w:rsidRPr="007A2E54" w:rsidRDefault="0079432B" w:rsidP="0079432B">
                            <w:pPr>
                              <w:jc w:val="center"/>
                              <w:rPr>
                                <w:i/>
                                <w:iCs/>
                                <w:sz w:val="10"/>
                                <w:szCs w:val="10"/>
                              </w:rPr>
                            </w:pPr>
                          </w:p>
                        </w:txbxContent>
                      </v:textbox>
                    </v:shape>
                  </w:pict>
                </mc:Fallback>
              </mc:AlternateContent>
            </w:r>
          </w:p>
        </w:tc>
        <w:tc>
          <w:tcPr>
            <w:tcW w:w="635" w:type="dxa"/>
            <w:gridSpan w:val="2"/>
            <w:tcMar>
              <w:top w:w="65" w:type="dxa"/>
              <w:left w:w="40" w:type="dxa"/>
              <w:bottom w:w="65" w:type="dxa"/>
              <w:right w:w="40" w:type="dxa"/>
            </w:tcMar>
          </w:tcPr>
          <w:p w14:paraId="3DF819B1" w14:textId="300F86A6" w:rsidR="001E54D4" w:rsidRDefault="0079432B">
            <w:pPr>
              <w:jc w:val="center"/>
            </w:pPr>
            <w:r>
              <w:rPr>
                <w:noProof/>
              </w:rPr>
              <mc:AlternateContent>
                <mc:Choice Requires="wps">
                  <w:drawing>
                    <wp:anchor distT="45720" distB="45720" distL="114300" distR="114300" simplePos="0" relativeHeight="251724800" behindDoc="0" locked="0" layoutInCell="1" allowOverlap="1" wp14:anchorId="5EAD61FF" wp14:editId="3C956FB8">
                      <wp:simplePos x="0" y="0"/>
                      <wp:positionH relativeFrom="column">
                        <wp:posOffset>-3810</wp:posOffset>
                      </wp:positionH>
                      <wp:positionV relativeFrom="paragraph">
                        <wp:posOffset>46355</wp:posOffset>
                      </wp:positionV>
                      <wp:extent cx="208915" cy="166370"/>
                      <wp:effectExtent l="0" t="0" r="19685" b="24130"/>
                      <wp:wrapNone/>
                      <wp:docPr id="21034585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915" cy="166370"/>
                              </a:xfrm>
                              <a:prstGeom prst="rect">
                                <a:avLst/>
                              </a:prstGeom>
                              <a:solidFill>
                                <a:srgbClr val="FFFFFF"/>
                              </a:solidFill>
                              <a:ln w="9525">
                                <a:solidFill>
                                  <a:srgbClr val="B77FED"/>
                                </a:solidFill>
                                <a:miter lim="800000"/>
                                <a:headEnd/>
                                <a:tailEnd/>
                              </a:ln>
                            </wps:spPr>
                            <wps:txbx>
                              <w:txbxContent>
                                <w:p w14:paraId="40A1ED4D" w14:textId="77777777" w:rsidR="0079432B" w:rsidRPr="007A2E54" w:rsidRDefault="0079432B" w:rsidP="0079432B">
                                  <w:pPr>
                                    <w:jc w:val="center"/>
                                    <w:rPr>
                                      <w:i/>
                                      <w:iCs/>
                                      <w:sz w:val="10"/>
                                      <w:szCs w:val="1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AD61FF" id="_x0000_s1037" type="#_x0000_t202" style="position:absolute;left:0;text-align:left;margin-left:-.3pt;margin-top:3.65pt;width:16.45pt;height:13.1pt;z-index:2517248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" strokecolor="#b77fed">
                      <v:textbox>
                        <w:txbxContent>
                          <w:p w14:paraId="40A1ED4D" w14:textId="77777777" w:rsidR="0079432B" w:rsidRPr="007A2E54" w:rsidRDefault="0079432B" w:rsidP="0079432B">
                            <w:pPr>
                              <w:jc w:val="center"/>
                              <w:rPr>
                                <w:i/>
                                <w:iCs/>
                                <w:sz w:val="10"/>
                                <w:szCs w:val="10"/>
                              </w:rPr>
                            </w:pPr>
                          </w:p>
                        </w:txbxContent>
                      </v:textbox>
                    </v:shape>
                  </w:pict>
                </mc:Fallback>
              </mc:AlternateContent>
            </w:r>
          </w:p>
        </w:tc>
      </w:tr>
      <w:tr w:rsidR="001E54D4" w14:paraId="7580CFD4" w14:textId="77777777" w:rsidTr="00A87572">
        <w:tblPrEx>
          <w:tblBorders>
            <w:top w:val="single" w:sz="5" w:space="0" w:color="E9DDFF"/>
            <w:left w:val="single" w:sz="5" w:space="0" w:color="E9DDFF"/>
            <w:bottom w:val="single" w:sz="5" w:space="0" w:color="E9DDFF"/>
            <w:right w:val="single" w:sz="5" w:space="0" w:color="E9DDFF"/>
            <w:insideH w:val="single" w:sz="5" w:space="0" w:color="E9DDFF"/>
            <w:insideV w:val="single" w:sz="5" w:space="0" w:color="E9DDFF"/>
          </w:tblBorders>
        </w:tblPrEx>
        <w:trPr>
          <w:cantSplit/>
        </w:trPr>
        <w:tc>
          <w:tcPr>
            <w:tcW w:w="5580" w:type="dxa"/>
            <w:tcMar>
              <w:top w:w="65" w:type="dxa"/>
              <w:left w:w="80" w:type="dxa"/>
              <w:bottom w:w="65" w:type="dxa"/>
              <w:right w:w="80" w:type="dxa"/>
            </w:tcMar>
          </w:tcPr>
          <w:p w14:paraId="19E12922" w14:textId="77777777" w:rsidR="001E54D4" w:rsidRDefault="00525F87">
            <w:r>
              <w:rPr>
                <w:b/>
                <w:sz w:val="17"/>
              </w:rPr>
              <w:t>Daily living routines and independent life skills</w:t>
            </w:r>
          </w:p>
        </w:tc>
        <w:tc>
          <w:tcPr>
            <w:tcW w:w="810" w:type="dxa"/>
            <w:tcMar>
              <w:top w:w="65" w:type="dxa"/>
              <w:left w:w="40" w:type="dxa"/>
              <w:bottom w:w="65" w:type="dxa"/>
              <w:right w:w="40" w:type="dxa"/>
            </w:tcMar>
          </w:tcPr>
          <w:p w14:paraId="2ADA9296" w14:textId="77AD9D8D" w:rsidR="001E54D4" w:rsidRDefault="0079432B">
            <w:pPr>
              <w:jc w:val="center"/>
            </w:pPr>
            <w:r>
              <w:rPr>
                <w:noProof/>
              </w:rPr>
              <mc:AlternateContent>
                <mc:Choice Requires="wps">
                  <w:drawing>
                    <wp:anchor distT="45720" distB="45720" distL="114300" distR="114300" simplePos="0" relativeHeight="251665408" behindDoc="0" locked="0" layoutInCell="1" allowOverlap="1" wp14:anchorId="5A82258E" wp14:editId="4DE791D3">
                      <wp:simplePos x="0" y="0"/>
                      <wp:positionH relativeFrom="column">
                        <wp:posOffset>-3810</wp:posOffset>
                      </wp:positionH>
                      <wp:positionV relativeFrom="paragraph">
                        <wp:posOffset>46990</wp:posOffset>
                      </wp:positionV>
                      <wp:extent cx="208915" cy="166370"/>
                      <wp:effectExtent l="0" t="0" r="19685" b="24130"/>
                      <wp:wrapNone/>
                      <wp:docPr id="3332739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915" cy="166370"/>
                              </a:xfrm>
                              <a:prstGeom prst="rect">
                                <a:avLst/>
                              </a:prstGeom>
                              <a:solidFill>
                                <a:srgbClr val="FFFFFF"/>
                              </a:solidFill>
                              <a:ln w="9525">
                                <a:solidFill>
                                  <a:srgbClr val="B77FED"/>
                                </a:solidFill>
                                <a:miter lim="800000"/>
                                <a:headEnd/>
                                <a:tailEnd/>
                              </a:ln>
                            </wps:spPr>
                            <wps:txbx>
                              <w:txbxContent>
                                <w:p w14:paraId="21A505D0" w14:textId="77777777" w:rsidR="0079432B" w:rsidRPr="007A2E54" w:rsidRDefault="0079432B" w:rsidP="0079432B">
                                  <w:pPr>
                                    <w:jc w:val="center"/>
                                    <w:rPr>
                                      <w:i/>
                                      <w:iCs/>
                                      <w:sz w:val="10"/>
                                      <w:szCs w:val="1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82258E" id="_x0000_s1038" type="#_x0000_t202" style="position:absolute;left:0;text-align:left;margin-left:-.3pt;margin-top:3.7pt;width:16.45pt;height:13.1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" strokecolor="#b77fed">
                      <v:textbox>
                        <w:txbxContent>
                          <w:p w14:paraId="21A505D0" w14:textId="77777777" w:rsidR="0079432B" w:rsidRPr="007A2E54" w:rsidRDefault="0079432B" w:rsidP="0079432B">
                            <w:pPr>
                              <w:jc w:val="center"/>
                              <w:rPr>
                                <w:i/>
                                <w:iCs/>
                                <w:sz w:val="10"/>
                                <w:szCs w:val="10"/>
                              </w:rPr>
                            </w:pPr>
                          </w:p>
                        </w:txbxContent>
                      </v:textbox>
                    </v:shape>
                  </w:pict>
                </mc:Fallback>
              </mc:AlternateContent>
            </w:r>
          </w:p>
        </w:tc>
        <w:tc>
          <w:tcPr>
            <w:tcW w:w="810" w:type="dxa"/>
            <w:tcMar>
              <w:top w:w="65" w:type="dxa"/>
              <w:left w:w="40" w:type="dxa"/>
              <w:bottom w:w="65" w:type="dxa"/>
              <w:right w:w="40" w:type="dxa"/>
            </w:tcMar>
          </w:tcPr>
          <w:p w14:paraId="0D01D3DE" w14:textId="486C7CA0" w:rsidR="001E54D4" w:rsidRDefault="0079432B">
            <w:pPr>
              <w:jc w:val="center"/>
            </w:pPr>
            <w:r>
              <w:rPr>
                <w:noProof/>
              </w:rPr>
              <mc:AlternateContent>
                <mc:Choice Requires="wps">
                  <w:drawing>
                    <wp:anchor distT="45720" distB="45720" distL="114300" distR="114300" simplePos="0" relativeHeight="251685888" behindDoc="0" locked="0" layoutInCell="1" allowOverlap="1" wp14:anchorId="04F5EDAE" wp14:editId="69ABE0BC">
                      <wp:simplePos x="0" y="0"/>
                      <wp:positionH relativeFrom="column">
                        <wp:posOffset>-3810</wp:posOffset>
                      </wp:positionH>
                      <wp:positionV relativeFrom="paragraph">
                        <wp:posOffset>46990</wp:posOffset>
                      </wp:positionV>
                      <wp:extent cx="208915" cy="166370"/>
                      <wp:effectExtent l="0" t="0" r="19685" b="24130"/>
                      <wp:wrapNone/>
                      <wp:docPr id="18226377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915" cy="166370"/>
                              </a:xfrm>
                              <a:prstGeom prst="rect">
                                <a:avLst/>
                              </a:prstGeom>
                              <a:solidFill>
                                <a:srgbClr val="FFFFFF"/>
                              </a:solidFill>
                              <a:ln w="9525">
                                <a:solidFill>
                                  <a:srgbClr val="B77FED"/>
                                </a:solidFill>
                                <a:miter lim="800000"/>
                                <a:headEnd/>
                                <a:tailEnd/>
                              </a:ln>
                            </wps:spPr>
                            <wps:txbx>
                              <w:txbxContent>
                                <w:p w14:paraId="07C617DD" w14:textId="77777777" w:rsidR="0079432B" w:rsidRPr="007A2E54" w:rsidRDefault="0079432B" w:rsidP="0079432B">
                                  <w:pPr>
                                    <w:jc w:val="center"/>
                                    <w:rPr>
                                      <w:i/>
                                      <w:iCs/>
                                      <w:sz w:val="10"/>
                                      <w:szCs w:val="1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F5EDAE" id="_x0000_s1039" type="#_x0000_t202" style="position:absolute;left:0;text-align:left;margin-left:-.3pt;margin-top:3.7pt;width:16.45pt;height:13.1pt;z-index:2516858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" strokecolor="#b77fed">
                      <v:textbox>
                        <w:txbxContent>
                          <w:p w14:paraId="07C617DD" w14:textId="77777777" w:rsidR="0079432B" w:rsidRPr="007A2E54" w:rsidRDefault="0079432B" w:rsidP="0079432B">
                            <w:pPr>
                              <w:jc w:val="center"/>
                              <w:rPr>
                                <w:i/>
                                <w:iCs/>
                                <w:sz w:val="10"/>
                                <w:szCs w:val="10"/>
                              </w:rPr>
                            </w:pPr>
                          </w:p>
                        </w:txbxContent>
                      </v:textbox>
                    </v:shape>
                  </w:pict>
                </mc:Fallback>
              </mc:AlternateContent>
            </w:r>
          </w:p>
        </w:tc>
        <w:tc>
          <w:tcPr>
            <w:tcW w:w="720" w:type="dxa"/>
            <w:tcMar>
              <w:top w:w="65" w:type="dxa"/>
              <w:left w:w="40" w:type="dxa"/>
              <w:bottom w:w="65" w:type="dxa"/>
              <w:right w:w="40" w:type="dxa"/>
            </w:tcMar>
          </w:tcPr>
          <w:p w14:paraId="6A3B6897" w14:textId="78C29902" w:rsidR="001E54D4" w:rsidRDefault="0079432B">
            <w:pPr>
              <w:jc w:val="center"/>
            </w:pPr>
            <w:r>
              <w:rPr>
                <w:noProof/>
              </w:rPr>
              <mc:AlternateContent>
                <mc:Choice Requires="wps">
                  <w:drawing>
                    <wp:anchor distT="45720" distB="45720" distL="114300" distR="114300" simplePos="0" relativeHeight="251706368" behindDoc="0" locked="0" layoutInCell="1" allowOverlap="1" wp14:anchorId="5C74DACF" wp14:editId="09FB256C">
                      <wp:simplePos x="0" y="0"/>
                      <wp:positionH relativeFrom="column">
                        <wp:posOffset>-3810</wp:posOffset>
                      </wp:positionH>
                      <wp:positionV relativeFrom="paragraph">
                        <wp:posOffset>46990</wp:posOffset>
                      </wp:positionV>
                      <wp:extent cx="208915" cy="166370"/>
                      <wp:effectExtent l="0" t="0" r="19685" b="24130"/>
                      <wp:wrapNone/>
                      <wp:docPr id="9154307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915" cy="166370"/>
                              </a:xfrm>
                              <a:prstGeom prst="rect">
                                <a:avLst/>
                              </a:prstGeom>
                              <a:solidFill>
                                <a:srgbClr val="FFFFFF"/>
                              </a:solidFill>
                              <a:ln w="9525">
                                <a:solidFill>
                                  <a:srgbClr val="B77FED"/>
                                </a:solidFill>
                                <a:miter lim="800000"/>
                                <a:headEnd/>
                                <a:tailEnd/>
                              </a:ln>
                            </wps:spPr>
                            <wps:txbx>
                              <w:txbxContent>
                                <w:p w14:paraId="7A6D3751" w14:textId="77777777" w:rsidR="0079432B" w:rsidRPr="007A2E54" w:rsidRDefault="0079432B" w:rsidP="0079432B">
                                  <w:pPr>
                                    <w:jc w:val="center"/>
                                    <w:rPr>
                                      <w:i/>
                                      <w:iCs/>
                                      <w:sz w:val="10"/>
                                      <w:szCs w:val="1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74DACF" id="_x0000_s1040" type="#_x0000_t202" style="position:absolute;left:0;text-align:left;margin-left:-.3pt;margin-top:3.7pt;width:16.45pt;height:13.1pt;z-index:2517063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" strokecolor="#b77fed">
                      <v:textbox>
                        <w:txbxContent>
                          <w:p w14:paraId="7A6D3751" w14:textId="77777777" w:rsidR="0079432B" w:rsidRPr="007A2E54" w:rsidRDefault="0079432B" w:rsidP="0079432B">
                            <w:pPr>
                              <w:jc w:val="center"/>
                              <w:rPr>
                                <w:i/>
                                <w:iCs/>
                                <w:sz w:val="10"/>
                                <w:szCs w:val="10"/>
                              </w:rPr>
                            </w:pPr>
                          </w:p>
                        </w:txbxContent>
                      </v:textbox>
                    </v:shape>
                  </w:pict>
                </mc:Fallback>
              </mc:AlternateContent>
            </w:r>
          </w:p>
        </w:tc>
        <w:tc>
          <w:tcPr>
            <w:tcW w:w="635" w:type="dxa"/>
            <w:gridSpan w:val="2"/>
            <w:tcMar>
              <w:top w:w="65" w:type="dxa"/>
              <w:left w:w="40" w:type="dxa"/>
              <w:bottom w:w="65" w:type="dxa"/>
              <w:right w:w="40" w:type="dxa"/>
            </w:tcMar>
          </w:tcPr>
          <w:p w14:paraId="245270B7" w14:textId="13CBD30C" w:rsidR="001E54D4" w:rsidRDefault="0079432B">
            <w:pPr>
              <w:jc w:val="center"/>
            </w:pPr>
            <w:r>
              <w:rPr>
                <w:noProof/>
              </w:rPr>
              <mc:AlternateContent>
                <mc:Choice Requires="wps">
                  <w:drawing>
                    <wp:anchor distT="45720" distB="45720" distL="114300" distR="114300" simplePos="0" relativeHeight="251726848" behindDoc="0" locked="0" layoutInCell="1" allowOverlap="1" wp14:anchorId="0D6C2A83" wp14:editId="09A7A215">
                      <wp:simplePos x="0" y="0"/>
                      <wp:positionH relativeFrom="column">
                        <wp:posOffset>-3810</wp:posOffset>
                      </wp:positionH>
                      <wp:positionV relativeFrom="paragraph">
                        <wp:posOffset>47625</wp:posOffset>
                      </wp:positionV>
                      <wp:extent cx="208915" cy="166370"/>
                      <wp:effectExtent l="0" t="0" r="19685" b="24130"/>
                      <wp:wrapNone/>
                      <wp:docPr id="16381937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915" cy="166370"/>
                              </a:xfrm>
                              <a:prstGeom prst="rect">
                                <a:avLst/>
                              </a:prstGeom>
                              <a:solidFill>
                                <a:srgbClr val="FFFFFF"/>
                              </a:solidFill>
                              <a:ln w="9525">
                                <a:solidFill>
                                  <a:srgbClr val="B77FED"/>
                                </a:solidFill>
                                <a:miter lim="800000"/>
                                <a:headEnd/>
                                <a:tailEnd/>
                              </a:ln>
                            </wps:spPr>
                            <wps:txbx>
                              <w:txbxContent>
                                <w:p w14:paraId="3B42888B" w14:textId="77777777" w:rsidR="0079432B" w:rsidRPr="007A2E54" w:rsidRDefault="0079432B" w:rsidP="0079432B">
                                  <w:pPr>
                                    <w:jc w:val="center"/>
                                    <w:rPr>
                                      <w:i/>
                                      <w:iCs/>
                                      <w:sz w:val="10"/>
                                      <w:szCs w:val="1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6C2A83" id="_x0000_s1041" type="#_x0000_t202" style="position:absolute;left:0;text-align:left;margin-left:-.3pt;margin-top:3.75pt;width:16.45pt;height:13.1pt;z-index:2517268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" strokecolor="#b77fed">
                      <v:textbox>
                        <w:txbxContent>
                          <w:p w14:paraId="3B42888B" w14:textId="77777777" w:rsidR="0079432B" w:rsidRPr="007A2E54" w:rsidRDefault="0079432B" w:rsidP="0079432B">
                            <w:pPr>
                              <w:jc w:val="center"/>
                              <w:rPr>
                                <w:i/>
                                <w:iCs/>
                                <w:sz w:val="10"/>
                                <w:szCs w:val="10"/>
                              </w:rPr>
                            </w:pPr>
                          </w:p>
                        </w:txbxContent>
                      </v:textbox>
                    </v:shape>
                  </w:pict>
                </mc:Fallback>
              </mc:AlternateContent>
            </w:r>
          </w:p>
        </w:tc>
      </w:tr>
      <w:tr w:rsidR="001E54D4" w14:paraId="60047288" w14:textId="77777777" w:rsidTr="00A87572">
        <w:tblPrEx>
          <w:tblBorders>
            <w:top w:val="single" w:sz="5" w:space="0" w:color="E9DDFF"/>
            <w:left w:val="single" w:sz="5" w:space="0" w:color="E9DDFF"/>
            <w:bottom w:val="single" w:sz="5" w:space="0" w:color="E9DDFF"/>
            <w:right w:val="single" w:sz="5" w:space="0" w:color="E9DDFF"/>
            <w:insideH w:val="single" w:sz="5" w:space="0" w:color="E9DDFF"/>
            <w:insideV w:val="single" w:sz="5" w:space="0" w:color="E9DDFF"/>
          </w:tblBorders>
        </w:tblPrEx>
        <w:trPr>
          <w:cantSplit/>
        </w:trPr>
        <w:tc>
          <w:tcPr>
            <w:tcW w:w="5580" w:type="dxa"/>
            <w:tcMar>
              <w:top w:w="65" w:type="dxa"/>
              <w:left w:w="80" w:type="dxa"/>
              <w:bottom w:w="65" w:type="dxa"/>
              <w:right w:w="80" w:type="dxa"/>
            </w:tcMar>
          </w:tcPr>
          <w:p w14:paraId="2320A3BB" w14:textId="77777777" w:rsidR="001E54D4" w:rsidRDefault="00525F87">
            <w:r>
              <w:rPr>
                <w:b/>
                <w:sz w:val="17"/>
              </w:rPr>
              <w:t>Communication, relationships, or conflict resolution</w:t>
            </w:r>
          </w:p>
        </w:tc>
        <w:tc>
          <w:tcPr>
            <w:tcW w:w="810" w:type="dxa"/>
            <w:tcMar>
              <w:top w:w="65" w:type="dxa"/>
              <w:left w:w="40" w:type="dxa"/>
              <w:bottom w:w="65" w:type="dxa"/>
              <w:right w:w="40" w:type="dxa"/>
            </w:tcMar>
          </w:tcPr>
          <w:p w14:paraId="36205D4F" w14:textId="7494F4B8" w:rsidR="001E54D4" w:rsidRDefault="0079432B">
            <w:pPr>
              <w:jc w:val="center"/>
            </w:pPr>
            <w:r>
              <w:rPr>
                <w:noProof/>
              </w:rPr>
              <mc:AlternateContent>
                <mc:Choice Requires="wps">
                  <w:drawing>
                    <wp:anchor distT="45720" distB="45720" distL="114300" distR="114300" simplePos="0" relativeHeight="251667456" behindDoc="0" locked="0" layoutInCell="1" allowOverlap="1" wp14:anchorId="117D1F4D" wp14:editId="0826791C">
                      <wp:simplePos x="0" y="0"/>
                      <wp:positionH relativeFrom="column">
                        <wp:posOffset>-3810</wp:posOffset>
                      </wp:positionH>
                      <wp:positionV relativeFrom="paragraph">
                        <wp:posOffset>45085</wp:posOffset>
                      </wp:positionV>
                      <wp:extent cx="208915" cy="166370"/>
                      <wp:effectExtent l="0" t="0" r="19685" b="24130"/>
                      <wp:wrapNone/>
                      <wp:docPr id="96903067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915" cy="166370"/>
                              </a:xfrm>
                              <a:prstGeom prst="rect">
                                <a:avLst/>
                              </a:prstGeom>
                              <a:solidFill>
                                <a:srgbClr val="FFFFFF"/>
                              </a:solidFill>
                              <a:ln w="9525">
                                <a:solidFill>
                                  <a:srgbClr val="B77FED"/>
                                </a:solidFill>
                                <a:miter lim="800000"/>
                                <a:headEnd/>
                                <a:tailEnd/>
                              </a:ln>
                            </wps:spPr>
                            <wps:txbx>
                              <w:txbxContent>
                                <w:p w14:paraId="6E63BAE0" w14:textId="77777777" w:rsidR="0079432B" w:rsidRPr="007A2E54" w:rsidRDefault="0079432B" w:rsidP="0079432B">
                                  <w:pPr>
                                    <w:jc w:val="center"/>
                                    <w:rPr>
                                      <w:i/>
                                      <w:iCs/>
                                      <w:sz w:val="10"/>
                                      <w:szCs w:val="1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7D1F4D" id="_x0000_s1042" type="#_x0000_t202" style="position:absolute;left:0;text-align:left;margin-left:-.3pt;margin-top:3.55pt;width:16.45pt;height:13.1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" strokecolor="#b77fed">
                      <v:textbox>
                        <w:txbxContent>
                          <w:p w14:paraId="6E63BAE0" w14:textId="77777777" w:rsidR="0079432B" w:rsidRPr="007A2E54" w:rsidRDefault="0079432B" w:rsidP="0079432B">
                            <w:pPr>
                              <w:jc w:val="center"/>
                              <w:rPr>
                                <w:i/>
                                <w:iCs/>
                                <w:sz w:val="10"/>
                                <w:szCs w:val="10"/>
                              </w:rPr>
                            </w:pPr>
                          </w:p>
                        </w:txbxContent>
                      </v:textbox>
                    </v:shape>
                  </w:pict>
                </mc:Fallback>
              </mc:AlternateContent>
            </w:r>
          </w:p>
        </w:tc>
        <w:tc>
          <w:tcPr>
            <w:tcW w:w="810" w:type="dxa"/>
            <w:tcMar>
              <w:top w:w="65" w:type="dxa"/>
              <w:left w:w="40" w:type="dxa"/>
              <w:bottom w:w="65" w:type="dxa"/>
              <w:right w:w="40" w:type="dxa"/>
            </w:tcMar>
          </w:tcPr>
          <w:p w14:paraId="48E0D061" w14:textId="1E7C9985" w:rsidR="001E54D4" w:rsidRDefault="0079432B">
            <w:pPr>
              <w:jc w:val="center"/>
            </w:pPr>
            <w:r>
              <w:rPr>
                <w:noProof/>
              </w:rPr>
              <mc:AlternateContent>
                <mc:Choice Requires="wps">
                  <w:drawing>
                    <wp:anchor distT="45720" distB="45720" distL="114300" distR="114300" simplePos="0" relativeHeight="251687936" behindDoc="0" locked="0" layoutInCell="1" allowOverlap="1" wp14:anchorId="2D1A4BB3" wp14:editId="64D6D756">
                      <wp:simplePos x="0" y="0"/>
                      <wp:positionH relativeFrom="column">
                        <wp:posOffset>-3810</wp:posOffset>
                      </wp:positionH>
                      <wp:positionV relativeFrom="paragraph">
                        <wp:posOffset>45085</wp:posOffset>
                      </wp:positionV>
                      <wp:extent cx="208915" cy="166370"/>
                      <wp:effectExtent l="0" t="0" r="19685" b="24130"/>
                      <wp:wrapNone/>
                      <wp:docPr id="6639084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915" cy="166370"/>
                              </a:xfrm>
                              <a:prstGeom prst="rect">
                                <a:avLst/>
                              </a:prstGeom>
                              <a:solidFill>
                                <a:srgbClr val="FFFFFF"/>
                              </a:solidFill>
                              <a:ln w="9525">
                                <a:solidFill>
                                  <a:srgbClr val="B77FED"/>
                                </a:solidFill>
                                <a:miter lim="800000"/>
                                <a:headEnd/>
                                <a:tailEnd/>
                              </a:ln>
                            </wps:spPr>
                            <wps:txbx>
                              <w:txbxContent>
                                <w:p w14:paraId="6082FBF6" w14:textId="77777777" w:rsidR="0079432B" w:rsidRPr="007A2E54" w:rsidRDefault="0079432B" w:rsidP="0079432B">
                                  <w:pPr>
                                    <w:jc w:val="center"/>
                                    <w:rPr>
                                      <w:i/>
                                      <w:iCs/>
                                      <w:sz w:val="10"/>
                                      <w:szCs w:val="1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1A4BB3" id="_x0000_s1043" type="#_x0000_t202" style="position:absolute;left:0;text-align:left;margin-left:-.3pt;margin-top:3.55pt;width:16.45pt;height:13.1pt;z-index:2516879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" strokecolor="#b77fed">
                      <v:textbox>
                        <w:txbxContent>
                          <w:p w14:paraId="6082FBF6" w14:textId="77777777" w:rsidR="0079432B" w:rsidRPr="007A2E54" w:rsidRDefault="0079432B" w:rsidP="0079432B">
                            <w:pPr>
                              <w:jc w:val="center"/>
                              <w:rPr>
                                <w:i/>
                                <w:iCs/>
                                <w:sz w:val="10"/>
                                <w:szCs w:val="10"/>
                              </w:rPr>
                            </w:pPr>
                          </w:p>
                        </w:txbxContent>
                      </v:textbox>
                    </v:shape>
                  </w:pict>
                </mc:Fallback>
              </mc:AlternateContent>
            </w:r>
          </w:p>
        </w:tc>
        <w:tc>
          <w:tcPr>
            <w:tcW w:w="720" w:type="dxa"/>
            <w:tcMar>
              <w:top w:w="65" w:type="dxa"/>
              <w:left w:w="40" w:type="dxa"/>
              <w:bottom w:w="65" w:type="dxa"/>
              <w:right w:w="40" w:type="dxa"/>
            </w:tcMar>
          </w:tcPr>
          <w:p w14:paraId="02B5592F" w14:textId="3AA93C30" w:rsidR="001E54D4" w:rsidRDefault="0079432B">
            <w:pPr>
              <w:jc w:val="center"/>
            </w:pPr>
            <w:r>
              <w:rPr>
                <w:noProof/>
              </w:rPr>
              <mc:AlternateContent>
                <mc:Choice Requires="wps">
                  <w:drawing>
                    <wp:anchor distT="45720" distB="45720" distL="114300" distR="114300" simplePos="0" relativeHeight="251708416" behindDoc="0" locked="0" layoutInCell="1" allowOverlap="1" wp14:anchorId="0976D99A" wp14:editId="2F86AC75">
                      <wp:simplePos x="0" y="0"/>
                      <wp:positionH relativeFrom="column">
                        <wp:posOffset>-3810</wp:posOffset>
                      </wp:positionH>
                      <wp:positionV relativeFrom="paragraph">
                        <wp:posOffset>45085</wp:posOffset>
                      </wp:positionV>
                      <wp:extent cx="208915" cy="166370"/>
                      <wp:effectExtent l="0" t="0" r="19685" b="24130"/>
                      <wp:wrapNone/>
                      <wp:docPr id="7178157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915" cy="166370"/>
                              </a:xfrm>
                              <a:prstGeom prst="rect">
                                <a:avLst/>
                              </a:prstGeom>
                              <a:solidFill>
                                <a:srgbClr val="FFFFFF"/>
                              </a:solidFill>
                              <a:ln w="9525">
                                <a:solidFill>
                                  <a:srgbClr val="B77FED"/>
                                </a:solidFill>
                                <a:miter lim="800000"/>
                                <a:headEnd/>
                                <a:tailEnd/>
                              </a:ln>
                            </wps:spPr>
                            <wps:txbx>
                              <w:txbxContent>
                                <w:p w14:paraId="709964B7" w14:textId="77777777" w:rsidR="0079432B" w:rsidRPr="007A2E54" w:rsidRDefault="0079432B" w:rsidP="0079432B">
                                  <w:pPr>
                                    <w:jc w:val="center"/>
                                    <w:rPr>
                                      <w:i/>
                                      <w:iCs/>
                                      <w:sz w:val="10"/>
                                      <w:szCs w:val="1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76D99A" id="_x0000_s1044" type="#_x0000_t202" style="position:absolute;left:0;text-align:left;margin-left:-.3pt;margin-top:3.55pt;width:16.45pt;height:13.1pt;z-index:2517084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" strokecolor="#b77fed">
                      <v:textbox>
                        <w:txbxContent>
                          <w:p w14:paraId="709964B7" w14:textId="77777777" w:rsidR="0079432B" w:rsidRPr="007A2E54" w:rsidRDefault="0079432B" w:rsidP="0079432B">
                            <w:pPr>
                              <w:jc w:val="center"/>
                              <w:rPr>
                                <w:i/>
                                <w:iCs/>
                                <w:sz w:val="10"/>
                                <w:szCs w:val="10"/>
                              </w:rPr>
                            </w:pPr>
                          </w:p>
                        </w:txbxContent>
                      </v:textbox>
                    </v:shape>
                  </w:pict>
                </mc:Fallback>
              </mc:AlternateContent>
            </w:r>
          </w:p>
        </w:tc>
        <w:tc>
          <w:tcPr>
            <w:tcW w:w="635" w:type="dxa"/>
            <w:gridSpan w:val="2"/>
            <w:tcMar>
              <w:top w:w="65" w:type="dxa"/>
              <w:left w:w="40" w:type="dxa"/>
              <w:bottom w:w="65" w:type="dxa"/>
              <w:right w:w="40" w:type="dxa"/>
            </w:tcMar>
          </w:tcPr>
          <w:p w14:paraId="27B61044" w14:textId="16737432" w:rsidR="001E54D4" w:rsidRDefault="0079432B">
            <w:pPr>
              <w:jc w:val="center"/>
            </w:pPr>
            <w:r>
              <w:rPr>
                <w:noProof/>
              </w:rPr>
              <mc:AlternateContent>
                <mc:Choice Requires="wps">
                  <w:drawing>
                    <wp:anchor distT="45720" distB="45720" distL="114300" distR="114300" simplePos="0" relativeHeight="251728896" behindDoc="0" locked="0" layoutInCell="1" allowOverlap="1" wp14:anchorId="663D6539" wp14:editId="5C612B59">
                      <wp:simplePos x="0" y="0"/>
                      <wp:positionH relativeFrom="column">
                        <wp:posOffset>-3810</wp:posOffset>
                      </wp:positionH>
                      <wp:positionV relativeFrom="paragraph">
                        <wp:posOffset>44450</wp:posOffset>
                      </wp:positionV>
                      <wp:extent cx="208915" cy="166370"/>
                      <wp:effectExtent l="0" t="0" r="19685" b="24130"/>
                      <wp:wrapNone/>
                      <wp:docPr id="12591281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915" cy="166370"/>
                              </a:xfrm>
                              <a:prstGeom prst="rect">
                                <a:avLst/>
                              </a:prstGeom>
                              <a:solidFill>
                                <a:srgbClr val="FFFFFF"/>
                              </a:solidFill>
                              <a:ln w="9525">
                                <a:solidFill>
                                  <a:srgbClr val="B77FED"/>
                                </a:solidFill>
                                <a:miter lim="800000"/>
                                <a:headEnd/>
                                <a:tailEnd/>
                              </a:ln>
                            </wps:spPr>
                            <wps:txbx>
                              <w:txbxContent>
                                <w:p w14:paraId="7A5A0A7A" w14:textId="77777777" w:rsidR="0079432B" w:rsidRPr="007A2E54" w:rsidRDefault="0079432B" w:rsidP="0079432B">
                                  <w:pPr>
                                    <w:jc w:val="center"/>
                                    <w:rPr>
                                      <w:i/>
                                      <w:iCs/>
                                      <w:sz w:val="10"/>
                                      <w:szCs w:val="1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3D6539" id="_x0000_s1045" type="#_x0000_t202" style="position:absolute;left:0;text-align:left;margin-left:-.3pt;margin-top:3.5pt;width:16.45pt;height:13.1pt;z-index:2517288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" strokecolor="#b77fed">
                      <v:textbox>
                        <w:txbxContent>
                          <w:p w14:paraId="7A5A0A7A" w14:textId="77777777" w:rsidR="0079432B" w:rsidRPr="007A2E54" w:rsidRDefault="0079432B" w:rsidP="0079432B">
                            <w:pPr>
                              <w:jc w:val="center"/>
                              <w:rPr>
                                <w:i/>
                                <w:iCs/>
                                <w:sz w:val="10"/>
                                <w:szCs w:val="10"/>
                              </w:rPr>
                            </w:pPr>
                          </w:p>
                        </w:txbxContent>
                      </v:textbox>
                    </v:shape>
                  </w:pict>
                </mc:Fallback>
              </mc:AlternateContent>
            </w:r>
          </w:p>
        </w:tc>
      </w:tr>
      <w:tr w:rsidR="001E54D4" w14:paraId="3B4B1AD1" w14:textId="77777777" w:rsidTr="00A87572">
        <w:tblPrEx>
          <w:tblBorders>
            <w:top w:val="single" w:sz="5" w:space="0" w:color="E9DDFF"/>
            <w:left w:val="single" w:sz="5" w:space="0" w:color="E9DDFF"/>
            <w:bottom w:val="single" w:sz="5" w:space="0" w:color="E9DDFF"/>
            <w:right w:val="single" w:sz="5" w:space="0" w:color="E9DDFF"/>
            <w:insideH w:val="single" w:sz="5" w:space="0" w:color="E9DDFF"/>
            <w:insideV w:val="single" w:sz="5" w:space="0" w:color="E9DDFF"/>
          </w:tblBorders>
        </w:tblPrEx>
        <w:trPr>
          <w:cantSplit/>
        </w:trPr>
        <w:tc>
          <w:tcPr>
            <w:tcW w:w="5580" w:type="dxa"/>
            <w:tcMar>
              <w:top w:w="65" w:type="dxa"/>
              <w:left w:w="80" w:type="dxa"/>
              <w:bottom w:w="65" w:type="dxa"/>
              <w:right w:w="80" w:type="dxa"/>
            </w:tcMar>
          </w:tcPr>
          <w:p w14:paraId="464B151A" w14:textId="77777777" w:rsidR="001E54D4" w:rsidRDefault="00525F87">
            <w:r>
              <w:rPr>
                <w:b/>
                <w:sz w:val="17"/>
              </w:rPr>
              <w:t>Frustration tolerance, anger triggers, or emotional regulation</w:t>
            </w:r>
          </w:p>
        </w:tc>
        <w:tc>
          <w:tcPr>
            <w:tcW w:w="810" w:type="dxa"/>
            <w:tcMar>
              <w:top w:w="65" w:type="dxa"/>
              <w:left w:w="40" w:type="dxa"/>
              <w:bottom w:w="65" w:type="dxa"/>
              <w:right w:w="40" w:type="dxa"/>
            </w:tcMar>
          </w:tcPr>
          <w:p w14:paraId="501105B3" w14:textId="1CAB3B34" w:rsidR="001E54D4" w:rsidRDefault="0079432B">
            <w:pPr>
              <w:jc w:val="center"/>
            </w:pPr>
            <w:r>
              <w:rPr>
                <w:noProof/>
              </w:rPr>
              <mc:AlternateContent>
                <mc:Choice Requires="wps">
                  <w:drawing>
                    <wp:anchor distT="45720" distB="45720" distL="114300" distR="114300" simplePos="0" relativeHeight="251669504" behindDoc="0" locked="0" layoutInCell="1" allowOverlap="1" wp14:anchorId="700AEAF7" wp14:editId="6DE504F5">
                      <wp:simplePos x="0" y="0"/>
                      <wp:positionH relativeFrom="column">
                        <wp:posOffset>-3810</wp:posOffset>
                      </wp:positionH>
                      <wp:positionV relativeFrom="paragraph">
                        <wp:posOffset>47625</wp:posOffset>
                      </wp:positionV>
                      <wp:extent cx="208915" cy="166370"/>
                      <wp:effectExtent l="0" t="0" r="19685" b="24130"/>
                      <wp:wrapNone/>
                      <wp:docPr id="15826109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915" cy="166370"/>
                              </a:xfrm>
                              <a:prstGeom prst="rect">
                                <a:avLst/>
                              </a:prstGeom>
                              <a:solidFill>
                                <a:srgbClr val="FFFFFF"/>
                              </a:solidFill>
                              <a:ln w="9525">
                                <a:solidFill>
                                  <a:srgbClr val="B77FED"/>
                                </a:solidFill>
                                <a:miter lim="800000"/>
                                <a:headEnd/>
                                <a:tailEnd/>
                              </a:ln>
                            </wps:spPr>
                            <wps:txbx>
                              <w:txbxContent>
                                <w:p w14:paraId="24A8C61E" w14:textId="77777777" w:rsidR="0079432B" w:rsidRPr="007A2E54" w:rsidRDefault="0079432B" w:rsidP="0079432B">
                                  <w:pPr>
                                    <w:jc w:val="center"/>
                                    <w:rPr>
                                      <w:i/>
                                      <w:iCs/>
                                      <w:sz w:val="10"/>
                                      <w:szCs w:val="1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0AEAF7" id="_x0000_s1046" type="#_x0000_t202" style="position:absolute;left:0;text-align:left;margin-left:-.3pt;margin-top:3.75pt;width:16.45pt;height:13.1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" strokecolor="#b77fed">
                      <v:textbox>
                        <w:txbxContent>
                          <w:p w14:paraId="24A8C61E" w14:textId="77777777" w:rsidR="0079432B" w:rsidRPr="007A2E54" w:rsidRDefault="0079432B" w:rsidP="0079432B">
                            <w:pPr>
                              <w:jc w:val="center"/>
                              <w:rPr>
                                <w:i/>
                                <w:iCs/>
                                <w:sz w:val="10"/>
                                <w:szCs w:val="10"/>
                              </w:rPr>
                            </w:pPr>
                          </w:p>
                        </w:txbxContent>
                      </v:textbox>
                    </v:shape>
                  </w:pict>
                </mc:Fallback>
              </mc:AlternateContent>
            </w:r>
          </w:p>
        </w:tc>
        <w:tc>
          <w:tcPr>
            <w:tcW w:w="810" w:type="dxa"/>
            <w:tcMar>
              <w:top w:w="65" w:type="dxa"/>
              <w:left w:w="40" w:type="dxa"/>
              <w:bottom w:w="65" w:type="dxa"/>
              <w:right w:w="40" w:type="dxa"/>
            </w:tcMar>
          </w:tcPr>
          <w:p w14:paraId="45AEC62B" w14:textId="3209102D" w:rsidR="001E54D4" w:rsidRDefault="0079432B">
            <w:pPr>
              <w:jc w:val="center"/>
            </w:pPr>
            <w:r>
              <w:rPr>
                <w:noProof/>
              </w:rPr>
              <mc:AlternateContent>
                <mc:Choice Requires="wps">
                  <w:drawing>
                    <wp:anchor distT="45720" distB="45720" distL="114300" distR="114300" simplePos="0" relativeHeight="251689984" behindDoc="0" locked="0" layoutInCell="1" allowOverlap="1" wp14:anchorId="20BE58D4" wp14:editId="4162859F">
                      <wp:simplePos x="0" y="0"/>
                      <wp:positionH relativeFrom="column">
                        <wp:posOffset>-3810</wp:posOffset>
                      </wp:positionH>
                      <wp:positionV relativeFrom="paragraph">
                        <wp:posOffset>47625</wp:posOffset>
                      </wp:positionV>
                      <wp:extent cx="208915" cy="166370"/>
                      <wp:effectExtent l="0" t="0" r="19685" b="24130"/>
                      <wp:wrapNone/>
                      <wp:docPr id="114493128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915" cy="166370"/>
                              </a:xfrm>
                              <a:prstGeom prst="rect">
                                <a:avLst/>
                              </a:prstGeom>
                              <a:solidFill>
                                <a:srgbClr val="FFFFFF"/>
                              </a:solidFill>
                              <a:ln w="9525">
                                <a:solidFill>
                                  <a:srgbClr val="B77FED"/>
                                </a:solidFill>
                                <a:miter lim="800000"/>
                                <a:headEnd/>
                                <a:tailEnd/>
                              </a:ln>
                            </wps:spPr>
                            <wps:txbx>
                              <w:txbxContent>
                                <w:p w14:paraId="6B3D6A4C" w14:textId="77777777" w:rsidR="0079432B" w:rsidRPr="007A2E54" w:rsidRDefault="0079432B" w:rsidP="0079432B">
                                  <w:pPr>
                                    <w:jc w:val="center"/>
                                    <w:rPr>
                                      <w:i/>
                                      <w:iCs/>
                                      <w:sz w:val="10"/>
                                      <w:szCs w:val="1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BE58D4" id="_x0000_s1047" type="#_x0000_t202" style="position:absolute;left:0;text-align:left;margin-left:-.3pt;margin-top:3.75pt;width:16.45pt;height:13.1pt;z-index:2516899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" strokecolor="#b77fed">
                      <v:textbox>
                        <w:txbxContent>
                          <w:p w14:paraId="6B3D6A4C" w14:textId="77777777" w:rsidR="0079432B" w:rsidRPr="007A2E54" w:rsidRDefault="0079432B" w:rsidP="0079432B">
                            <w:pPr>
                              <w:jc w:val="center"/>
                              <w:rPr>
                                <w:i/>
                                <w:iCs/>
                                <w:sz w:val="10"/>
                                <w:szCs w:val="10"/>
                              </w:rPr>
                            </w:pPr>
                          </w:p>
                        </w:txbxContent>
                      </v:textbox>
                    </v:shape>
                  </w:pict>
                </mc:Fallback>
              </mc:AlternateContent>
            </w:r>
          </w:p>
        </w:tc>
        <w:tc>
          <w:tcPr>
            <w:tcW w:w="720" w:type="dxa"/>
            <w:tcMar>
              <w:top w:w="65" w:type="dxa"/>
              <w:left w:w="40" w:type="dxa"/>
              <w:bottom w:w="65" w:type="dxa"/>
              <w:right w:w="40" w:type="dxa"/>
            </w:tcMar>
          </w:tcPr>
          <w:p w14:paraId="388EE0E5" w14:textId="111EDA9C" w:rsidR="001E54D4" w:rsidRDefault="0079432B">
            <w:pPr>
              <w:jc w:val="center"/>
            </w:pPr>
            <w:r>
              <w:rPr>
                <w:noProof/>
              </w:rPr>
              <mc:AlternateContent>
                <mc:Choice Requires="wps">
                  <w:drawing>
                    <wp:anchor distT="45720" distB="45720" distL="114300" distR="114300" simplePos="0" relativeHeight="251710464" behindDoc="0" locked="0" layoutInCell="1" allowOverlap="1" wp14:anchorId="67B53A28" wp14:editId="2E85062C">
                      <wp:simplePos x="0" y="0"/>
                      <wp:positionH relativeFrom="column">
                        <wp:posOffset>-3810</wp:posOffset>
                      </wp:positionH>
                      <wp:positionV relativeFrom="paragraph">
                        <wp:posOffset>47625</wp:posOffset>
                      </wp:positionV>
                      <wp:extent cx="208915" cy="166370"/>
                      <wp:effectExtent l="0" t="0" r="19685" b="24130"/>
                      <wp:wrapNone/>
                      <wp:docPr id="14305582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915" cy="166370"/>
                              </a:xfrm>
                              <a:prstGeom prst="rect">
                                <a:avLst/>
                              </a:prstGeom>
                              <a:solidFill>
                                <a:srgbClr val="FFFFFF"/>
                              </a:solidFill>
                              <a:ln w="9525">
                                <a:solidFill>
                                  <a:srgbClr val="B77FED"/>
                                </a:solidFill>
                                <a:miter lim="800000"/>
                                <a:headEnd/>
                                <a:tailEnd/>
                              </a:ln>
                            </wps:spPr>
                            <wps:txbx>
                              <w:txbxContent>
                                <w:p w14:paraId="4DD35E13" w14:textId="77777777" w:rsidR="0079432B" w:rsidRPr="007A2E54" w:rsidRDefault="0079432B" w:rsidP="0079432B">
                                  <w:pPr>
                                    <w:jc w:val="center"/>
                                    <w:rPr>
                                      <w:i/>
                                      <w:iCs/>
                                      <w:sz w:val="10"/>
                                      <w:szCs w:val="1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B53A28" id="_x0000_s1048" type="#_x0000_t202" style="position:absolute;left:0;text-align:left;margin-left:-.3pt;margin-top:3.75pt;width:16.45pt;height:13.1pt;z-index:2517104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" strokecolor="#b77fed">
                      <v:textbox>
                        <w:txbxContent>
                          <w:p w14:paraId="4DD35E13" w14:textId="77777777" w:rsidR="0079432B" w:rsidRPr="007A2E54" w:rsidRDefault="0079432B" w:rsidP="0079432B">
                            <w:pPr>
                              <w:jc w:val="center"/>
                              <w:rPr>
                                <w:i/>
                                <w:iCs/>
                                <w:sz w:val="10"/>
                                <w:szCs w:val="10"/>
                              </w:rPr>
                            </w:pPr>
                          </w:p>
                        </w:txbxContent>
                      </v:textbox>
                    </v:shape>
                  </w:pict>
                </mc:Fallback>
              </mc:AlternateContent>
            </w:r>
          </w:p>
        </w:tc>
        <w:tc>
          <w:tcPr>
            <w:tcW w:w="635" w:type="dxa"/>
            <w:gridSpan w:val="2"/>
            <w:tcMar>
              <w:top w:w="65" w:type="dxa"/>
              <w:left w:w="40" w:type="dxa"/>
              <w:bottom w:w="65" w:type="dxa"/>
              <w:right w:w="40" w:type="dxa"/>
            </w:tcMar>
          </w:tcPr>
          <w:p w14:paraId="719D89F3" w14:textId="4BE44945" w:rsidR="001E54D4" w:rsidRDefault="0079432B">
            <w:pPr>
              <w:jc w:val="center"/>
            </w:pPr>
            <w:r>
              <w:rPr>
                <w:noProof/>
              </w:rPr>
              <mc:AlternateContent>
                <mc:Choice Requires="wps">
                  <w:drawing>
                    <wp:anchor distT="45720" distB="45720" distL="114300" distR="114300" simplePos="0" relativeHeight="251730944" behindDoc="0" locked="0" layoutInCell="1" allowOverlap="1" wp14:anchorId="0FDBB695" wp14:editId="7AF835C9">
                      <wp:simplePos x="0" y="0"/>
                      <wp:positionH relativeFrom="column">
                        <wp:posOffset>-3810</wp:posOffset>
                      </wp:positionH>
                      <wp:positionV relativeFrom="paragraph">
                        <wp:posOffset>46355</wp:posOffset>
                      </wp:positionV>
                      <wp:extent cx="208915" cy="166370"/>
                      <wp:effectExtent l="0" t="0" r="19685" b="24130"/>
                      <wp:wrapNone/>
                      <wp:docPr id="11860334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915" cy="166370"/>
                              </a:xfrm>
                              <a:prstGeom prst="rect">
                                <a:avLst/>
                              </a:prstGeom>
                              <a:solidFill>
                                <a:srgbClr val="FFFFFF"/>
                              </a:solidFill>
                              <a:ln w="9525">
                                <a:solidFill>
                                  <a:srgbClr val="B77FED"/>
                                </a:solidFill>
                                <a:miter lim="800000"/>
                                <a:headEnd/>
                                <a:tailEnd/>
                              </a:ln>
                            </wps:spPr>
                            <wps:txbx>
                              <w:txbxContent>
                                <w:p w14:paraId="70FBD68C" w14:textId="77777777" w:rsidR="0079432B" w:rsidRPr="007A2E54" w:rsidRDefault="0079432B" w:rsidP="0079432B">
                                  <w:pPr>
                                    <w:jc w:val="center"/>
                                    <w:rPr>
                                      <w:i/>
                                      <w:iCs/>
                                      <w:sz w:val="10"/>
                                      <w:szCs w:val="1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DBB695" id="_x0000_s1049" type="#_x0000_t202" style="position:absolute;left:0;text-align:left;margin-left:-.3pt;margin-top:3.65pt;width:16.45pt;height:13.1pt;z-index:2517309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" strokecolor="#b77fed">
                      <v:textbox>
                        <w:txbxContent>
                          <w:p w14:paraId="70FBD68C" w14:textId="77777777" w:rsidR="0079432B" w:rsidRPr="007A2E54" w:rsidRDefault="0079432B" w:rsidP="0079432B">
                            <w:pPr>
                              <w:jc w:val="center"/>
                              <w:rPr>
                                <w:i/>
                                <w:iCs/>
                                <w:sz w:val="10"/>
                                <w:szCs w:val="10"/>
                              </w:rPr>
                            </w:pPr>
                          </w:p>
                        </w:txbxContent>
                      </v:textbox>
                    </v:shape>
                  </w:pict>
                </mc:Fallback>
              </mc:AlternateContent>
            </w:r>
          </w:p>
        </w:tc>
      </w:tr>
      <w:tr w:rsidR="001E54D4" w14:paraId="03422A1F" w14:textId="77777777" w:rsidTr="00A87572">
        <w:tblPrEx>
          <w:tblBorders>
            <w:top w:val="single" w:sz="5" w:space="0" w:color="E9DDFF"/>
            <w:left w:val="single" w:sz="5" w:space="0" w:color="E9DDFF"/>
            <w:bottom w:val="single" w:sz="5" w:space="0" w:color="E9DDFF"/>
            <w:right w:val="single" w:sz="5" w:space="0" w:color="E9DDFF"/>
            <w:insideH w:val="single" w:sz="5" w:space="0" w:color="E9DDFF"/>
            <w:insideV w:val="single" w:sz="5" w:space="0" w:color="E9DDFF"/>
          </w:tblBorders>
        </w:tblPrEx>
        <w:trPr>
          <w:cantSplit/>
        </w:trPr>
        <w:tc>
          <w:tcPr>
            <w:tcW w:w="5580" w:type="dxa"/>
            <w:tcMar>
              <w:top w:w="65" w:type="dxa"/>
              <w:left w:w="80" w:type="dxa"/>
              <w:bottom w:w="65" w:type="dxa"/>
              <w:right w:w="80" w:type="dxa"/>
            </w:tcMar>
          </w:tcPr>
          <w:p w14:paraId="36CEB77A" w14:textId="77777777" w:rsidR="001E54D4" w:rsidRDefault="00525F87">
            <w:r>
              <w:rPr>
                <w:b/>
                <w:sz w:val="17"/>
              </w:rPr>
              <w:t>Substance use patterns, cravings, relapse risks, or recovery routines</w:t>
            </w:r>
          </w:p>
        </w:tc>
        <w:tc>
          <w:tcPr>
            <w:tcW w:w="810" w:type="dxa"/>
            <w:tcMar>
              <w:top w:w="65" w:type="dxa"/>
              <w:left w:w="40" w:type="dxa"/>
              <w:bottom w:w="65" w:type="dxa"/>
              <w:right w:w="40" w:type="dxa"/>
            </w:tcMar>
          </w:tcPr>
          <w:p w14:paraId="6B8C16CB" w14:textId="20706CEA" w:rsidR="001E54D4" w:rsidRDefault="0079432B">
            <w:pPr>
              <w:jc w:val="center"/>
            </w:pPr>
            <w:r>
              <w:rPr>
                <w:noProof/>
              </w:rPr>
              <mc:AlternateContent>
                <mc:Choice Requires="wps">
                  <w:drawing>
                    <wp:anchor distT="45720" distB="45720" distL="114300" distR="114300" simplePos="0" relativeHeight="251671552" behindDoc="0" locked="0" layoutInCell="1" allowOverlap="1" wp14:anchorId="140F1D55" wp14:editId="22E514EE">
                      <wp:simplePos x="0" y="0"/>
                      <wp:positionH relativeFrom="column">
                        <wp:posOffset>-3810</wp:posOffset>
                      </wp:positionH>
                      <wp:positionV relativeFrom="paragraph">
                        <wp:posOffset>45720</wp:posOffset>
                      </wp:positionV>
                      <wp:extent cx="208915" cy="166370"/>
                      <wp:effectExtent l="0" t="0" r="19685" b="24130"/>
                      <wp:wrapNone/>
                      <wp:docPr id="16452344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915" cy="166370"/>
                              </a:xfrm>
                              <a:prstGeom prst="rect">
                                <a:avLst/>
                              </a:prstGeom>
                              <a:solidFill>
                                <a:srgbClr val="FFFFFF"/>
                              </a:solidFill>
                              <a:ln w="9525">
                                <a:solidFill>
                                  <a:srgbClr val="B77FED"/>
                                </a:solidFill>
                                <a:miter lim="800000"/>
                                <a:headEnd/>
                                <a:tailEnd/>
                              </a:ln>
                            </wps:spPr>
                            <wps:txbx>
                              <w:txbxContent>
                                <w:p w14:paraId="281D95A9" w14:textId="77777777" w:rsidR="0079432B" w:rsidRPr="007A2E54" w:rsidRDefault="0079432B" w:rsidP="0079432B">
                                  <w:pPr>
                                    <w:jc w:val="center"/>
                                    <w:rPr>
                                      <w:i/>
                                      <w:iCs/>
                                      <w:sz w:val="10"/>
                                      <w:szCs w:val="1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0F1D55" id="_x0000_s1050" type="#_x0000_t202" style="position:absolute;left:0;text-align:left;margin-left:-.3pt;margin-top:3.6pt;width:16.45pt;height:13.1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" strokecolor="#b77fed">
                      <v:textbox>
                        <w:txbxContent>
                          <w:p w14:paraId="281D95A9" w14:textId="77777777" w:rsidR="0079432B" w:rsidRPr="007A2E54" w:rsidRDefault="0079432B" w:rsidP="0079432B">
                            <w:pPr>
                              <w:jc w:val="center"/>
                              <w:rPr>
                                <w:i/>
                                <w:iCs/>
                                <w:sz w:val="10"/>
                                <w:szCs w:val="10"/>
                              </w:rPr>
                            </w:pPr>
                          </w:p>
                        </w:txbxContent>
                      </v:textbox>
                    </v:shape>
                  </w:pict>
                </mc:Fallback>
              </mc:AlternateContent>
            </w:r>
          </w:p>
        </w:tc>
        <w:tc>
          <w:tcPr>
            <w:tcW w:w="810" w:type="dxa"/>
            <w:tcMar>
              <w:top w:w="65" w:type="dxa"/>
              <w:left w:w="40" w:type="dxa"/>
              <w:bottom w:w="65" w:type="dxa"/>
              <w:right w:w="40" w:type="dxa"/>
            </w:tcMar>
          </w:tcPr>
          <w:p w14:paraId="299EC0C9" w14:textId="11E583B8" w:rsidR="001E54D4" w:rsidRDefault="0079432B">
            <w:pPr>
              <w:jc w:val="center"/>
            </w:pPr>
            <w:r>
              <w:rPr>
                <w:noProof/>
              </w:rPr>
              <mc:AlternateContent>
                <mc:Choice Requires="wps">
                  <w:drawing>
                    <wp:anchor distT="45720" distB="45720" distL="114300" distR="114300" simplePos="0" relativeHeight="251692032" behindDoc="0" locked="0" layoutInCell="1" allowOverlap="1" wp14:anchorId="2CFAD41B" wp14:editId="2DA7D45F">
                      <wp:simplePos x="0" y="0"/>
                      <wp:positionH relativeFrom="column">
                        <wp:posOffset>-3810</wp:posOffset>
                      </wp:positionH>
                      <wp:positionV relativeFrom="paragraph">
                        <wp:posOffset>45720</wp:posOffset>
                      </wp:positionV>
                      <wp:extent cx="208915" cy="166370"/>
                      <wp:effectExtent l="0" t="0" r="19685" b="24130"/>
                      <wp:wrapNone/>
                      <wp:docPr id="12399637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915" cy="166370"/>
                              </a:xfrm>
                              <a:prstGeom prst="rect">
                                <a:avLst/>
                              </a:prstGeom>
                              <a:solidFill>
                                <a:srgbClr val="FFFFFF"/>
                              </a:solidFill>
                              <a:ln w="9525">
                                <a:solidFill>
                                  <a:srgbClr val="B77FED"/>
                                </a:solidFill>
                                <a:miter lim="800000"/>
                                <a:headEnd/>
                                <a:tailEnd/>
                              </a:ln>
                            </wps:spPr>
                            <wps:txbx>
                              <w:txbxContent>
                                <w:p w14:paraId="46DA8E66" w14:textId="77777777" w:rsidR="0079432B" w:rsidRPr="007A2E54" w:rsidRDefault="0079432B" w:rsidP="0079432B">
                                  <w:pPr>
                                    <w:jc w:val="center"/>
                                    <w:rPr>
                                      <w:i/>
                                      <w:iCs/>
                                      <w:sz w:val="10"/>
                                      <w:szCs w:val="1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FAD41B" id="_x0000_s1051" type="#_x0000_t202" style="position:absolute;left:0;text-align:left;margin-left:-.3pt;margin-top:3.6pt;width:16.45pt;height:13.1pt;z-index:2516920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" strokecolor="#b77fed">
                      <v:textbox>
                        <w:txbxContent>
                          <w:p w14:paraId="46DA8E66" w14:textId="77777777" w:rsidR="0079432B" w:rsidRPr="007A2E54" w:rsidRDefault="0079432B" w:rsidP="0079432B">
                            <w:pPr>
                              <w:jc w:val="center"/>
                              <w:rPr>
                                <w:i/>
                                <w:iCs/>
                                <w:sz w:val="10"/>
                                <w:szCs w:val="10"/>
                              </w:rPr>
                            </w:pPr>
                          </w:p>
                        </w:txbxContent>
                      </v:textbox>
                    </v:shape>
                  </w:pict>
                </mc:Fallback>
              </mc:AlternateContent>
            </w:r>
          </w:p>
        </w:tc>
        <w:tc>
          <w:tcPr>
            <w:tcW w:w="720" w:type="dxa"/>
            <w:tcMar>
              <w:top w:w="65" w:type="dxa"/>
              <w:left w:w="40" w:type="dxa"/>
              <w:bottom w:w="65" w:type="dxa"/>
              <w:right w:w="40" w:type="dxa"/>
            </w:tcMar>
          </w:tcPr>
          <w:p w14:paraId="672193E7" w14:textId="01678EFA" w:rsidR="001E54D4" w:rsidRDefault="0079432B">
            <w:pPr>
              <w:jc w:val="center"/>
            </w:pPr>
            <w:r>
              <w:rPr>
                <w:noProof/>
              </w:rPr>
              <mc:AlternateContent>
                <mc:Choice Requires="wps">
                  <w:drawing>
                    <wp:anchor distT="45720" distB="45720" distL="114300" distR="114300" simplePos="0" relativeHeight="251712512" behindDoc="0" locked="0" layoutInCell="1" allowOverlap="1" wp14:anchorId="7CE4B74D" wp14:editId="6D5904CD">
                      <wp:simplePos x="0" y="0"/>
                      <wp:positionH relativeFrom="column">
                        <wp:posOffset>-3810</wp:posOffset>
                      </wp:positionH>
                      <wp:positionV relativeFrom="paragraph">
                        <wp:posOffset>45720</wp:posOffset>
                      </wp:positionV>
                      <wp:extent cx="208915" cy="166370"/>
                      <wp:effectExtent l="0" t="0" r="19685" b="24130"/>
                      <wp:wrapNone/>
                      <wp:docPr id="3733091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915" cy="166370"/>
                              </a:xfrm>
                              <a:prstGeom prst="rect">
                                <a:avLst/>
                              </a:prstGeom>
                              <a:solidFill>
                                <a:srgbClr val="FFFFFF"/>
                              </a:solidFill>
                              <a:ln w="9525">
                                <a:solidFill>
                                  <a:srgbClr val="B77FED"/>
                                </a:solidFill>
                                <a:miter lim="800000"/>
                                <a:headEnd/>
                                <a:tailEnd/>
                              </a:ln>
                            </wps:spPr>
                            <wps:txbx>
                              <w:txbxContent>
                                <w:p w14:paraId="199160FC" w14:textId="77777777" w:rsidR="0079432B" w:rsidRPr="007A2E54" w:rsidRDefault="0079432B" w:rsidP="0079432B">
                                  <w:pPr>
                                    <w:jc w:val="center"/>
                                    <w:rPr>
                                      <w:i/>
                                      <w:iCs/>
                                      <w:sz w:val="10"/>
                                      <w:szCs w:val="1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E4B74D" id="_x0000_s1052" type="#_x0000_t202" style="position:absolute;left:0;text-align:left;margin-left:-.3pt;margin-top:3.6pt;width:16.45pt;height:13.1pt;z-index:2517125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" strokecolor="#b77fed">
                      <v:textbox>
                        <w:txbxContent>
                          <w:p w14:paraId="199160FC" w14:textId="77777777" w:rsidR="0079432B" w:rsidRPr="007A2E54" w:rsidRDefault="0079432B" w:rsidP="0079432B">
                            <w:pPr>
                              <w:jc w:val="center"/>
                              <w:rPr>
                                <w:i/>
                                <w:iCs/>
                                <w:sz w:val="10"/>
                                <w:szCs w:val="10"/>
                              </w:rPr>
                            </w:pPr>
                          </w:p>
                        </w:txbxContent>
                      </v:textbox>
                    </v:shape>
                  </w:pict>
                </mc:Fallback>
              </mc:AlternateContent>
            </w:r>
          </w:p>
        </w:tc>
        <w:tc>
          <w:tcPr>
            <w:tcW w:w="635" w:type="dxa"/>
            <w:gridSpan w:val="2"/>
            <w:tcMar>
              <w:top w:w="65" w:type="dxa"/>
              <w:left w:w="40" w:type="dxa"/>
              <w:bottom w:w="65" w:type="dxa"/>
              <w:right w:w="40" w:type="dxa"/>
            </w:tcMar>
          </w:tcPr>
          <w:p w14:paraId="5671D30D" w14:textId="266703CC" w:rsidR="001E54D4" w:rsidRDefault="0079432B">
            <w:pPr>
              <w:jc w:val="center"/>
            </w:pPr>
            <w:r>
              <w:rPr>
                <w:noProof/>
              </w:rPr>
              <mc:AlternateContent>
                <mc:Choice Requires="wps">
                  <w:drawing>
                    <wp:anchor distT="45720" distB="45720" distL="114300" distR="114300" simplePos="0" relativeHeight="251732992" behindDoc="0" locked="0" layoutInCell="1" allowOverlap="1" wp14:anchorId="59096427" wp14:editId="58540B1A">
                      <wp:simplePos x="0" y="0"/>
                      <wp:positionH relativeFrom="column">
                        <wp:posOffset>-3810</wp:posOffset>
                      </wp:positionH>
                      <wp:positionV relativeFrom="paragraph">
                        <wp:posOffset>48260</wp:posOffset>
                      </wp:positionV>
                      <wp:extent cx="208915" cy="166370"/>
                      <wp:effectExtent l="0" t="0" r="19685" b="24130"/>
                      <wp:wrapNone/>
                      <wp:docPr id="20153578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915" cy="166370"/>
                              </a:xfrm>
                              <a:prstGeom prst="rect">
                                <a:avLst/>
                              </a:prstGeom>
                              <a:solidFill>
                                <a:srgbClr val="FFFFFF"/>
                              </a:solidFill>
                              <a:ln w="9525">
                                <a:solidFill>
                                  <a:srgbClr val="B77FED"/>
                                </a:solidFill>
                                <a:miter lim="800000"/>
                                <a:headEnd/>
                                <a:tailEnd/>
                              </a:ln>
                            </wps:spPr>
                            <wps:txbx>
                              <w:txbxContent>
                                <w:p w14:paraId="3F464F4F" w14:textId="77777777" w:rsidR="0079432B" w:rsidRPr="007A2E54" w:rsidRDefault="0079432B" w:rsidP="0079432B">
                                  <w:pPr>
                                    <w:jc w:val="center"/>
                                    <w:rPr>
                                      <w:i/>
                                      <w:iCs/>
                                      <w:sz w:val="10"/>
                                      <w:szCs w:val="1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096427" id="_x0000_s1053" type="#_x0000_t202" style="position:absolute;left:0;text-align:left;margin-left:-.3pt;margin-top:3.8pt;width:16.45pt;height:13.1pt;z-index:2517329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" strokecolor="#b77fed">
                      <v:textbox>
                        <w:txbxContent>
                          <w:p w14:paraId="3F464F4F" w14:textId="77777777" w:rsidR="0079432B" w:rsidRPr="007A2E54" w:rsidRDefault="0079432B" w:rsidP="0079432B">
                            <w:pPr>
                              <w:jc w:val="center"/>
                              <w:rPr>
                                <w:i/>
                                <w:iCs/>
                                <w:sz w:val="10"/>
                                <w:szCs w:val="10"/>
                              </w:rPr>
                            </w:pPr>
                          </w:p>
                        </w:txbxContent>
                      </v:textbox>
                    </v:shape>
                  </w:pict>
                </mc:Fallback>
              </mc:AlternateContent>
            </w:r>
          </w:p>
        </w:tc>
      </w:tr>
      <w:tr w:rsidR="001E54D4" w14:paraId="715CEDDD" w14:textId="77777777" w:rsidTr="00A87572">
        <w:tblPrEx>
          <w:tblBorders>
            <w:top w:val="single" w:sz="5" w:space="0" w:color="E9DDFF"/>
            <w:left w:val="single" w:sz="5" w:space="0" w:color="E9DDFF"/>
            <w:bottom w:val="single" w:sz="5" w:space="0" w:color="E9DDFF"/>
            <w:right w:val="single" w:sz="5" w:space="0" w:color="E9DDFF"/>
            <w:insideH w:val="single" w:sz="5" w:space="0" w:color="E9DDFF"/>
            <w:insideV w:val="single" w:sz="5" w:space="0" w:color="E9DDFF"/>
          </w:tblBorders>
        </w:tblPrEx>
        <w:trPr>
          <w:cantSplit/>
        </w:trPr>
        <w:tc>
          <w:tcPr>
            <w:tcW w:w="5580" w:type="dxa"/>
            <w:tcMar>
              <w:top w:w="65" w:type="dxa"/>
              <w:left w:w="80" w:type="dxa"/>
              <w:bottom w:w="65" w:type="dxa"/>
              <w:right w:w="80" w:type="dxa"/>
            </w:tcMar>
          </w:tcPr>
          <w:p w14:paraId="59E14CB9" w14:textId="77777777" w:rsidR="001E54D4" w:rsidRDefault="00525F87">
            <w:r>
              <w:rPr>
                <w:b/>
                <w:sz w:val="17"/>
              </w:rPr>
              <w:t>Employment, education, finances, housing, or transportation</w:t>
            </w:r>
          </w:p>
        </w:tc>
        <w:tc>
          <w:tcPr>
            <w:tcW w:w="810" w:type="dxa"/>
            <w:tcMar>
              <w:top w:w="65" w:type="dxa"/>
              <w:left w:w="40" w:type="dxa"/>
              <w:bottom w:w="65" w:type="dxa"/>
              <w:right w:w="40" w:type="dxa"/>
            </w:tcMar>
          </w:tcPr>
          <w:p w14:paraId="49EE17A1" w14:textId="68D1ABDC" w:rsidR="001E54D4" w:rsidRDefault="0079432B">
            <w:pPr>
              <w:jc w:val="center"/>
            </w:pPr>
            <w:r>
              <w:rPr>
                <w:noProof/>
              </w:rPr>
              <mc:AlternateContent>
                <mc:Choice Requires="wps">
                  <w:drawing>
                    <wp:anchor distT="45720" distB="45720" distL="114300" distR="114300" simplePos="0" relativeHeight="251673600" behindDoc="0" locked="0" layoutInCell="1" allowOverlap="1" wp14:anchorId="4EBAF644" wp14:editId="7586810A">
                      <wp:simplePos x="0" y="0"/>
                      <wp:positionH relativeFrom="column">
                        <wp:posOffset>-3810</wp:posOffset>
                      </wp:positionH>
                      <wp:positionV relativeFrom="paragraph">
                        <wp:posOffset>44450</wp:posOffset>
                      </wp:positionV>
                      <wp:extent cx="208915" cy="166370"/>
                      <wp:effectExtent l="0" t="0" r="19685" b="24130"/>
                      <wp:wrapNone/>
                      <wp:docPr id="17418003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915" cy="166370"/>
                              </a:xfrm>
                              <a:prstGeom prst="rect">
                                <a:avLst/>
                              </a:prstGeom>
                              <a:solidFill>
                                <a:srgbClr val="FFFFFF"/>
                              </a:solidFill>
                              <a:ln w="9525">
                                <a:solidFill>
                                  <a:srgbClr val="B77FED"/>
                                </a:solidFill>
                                <a:miter lim="800000"/>
                                <a:headEnd/>
                                <a:tailEnd/>
                              </a:ln>
                            </wps:spPr>
                            <wps:txbx>
                              <w:txbxContent>
                                <w:p w14:paraId="00F666C1" w14:textId="77777777" w:rsidR="0079432B" w:rsidRPr="007A2E54" w:rsidRDefault="0079432B" w:rsidP="0079432B">
                                  <w:pPr>
                                    <w:jc w:val="center"/>
                                    <w:rPr>
                                      <w:i/>
                                      <w:iCs/>
                                      <w:sz w:val="10"/>
                                      <w:szCs w:val="1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BAF644" id="_x0000_s1054" type="#_x0000_t202" style="position:absolute;left:0;text-align:left;margin-left:-.3pt;margin-top:3.5pt;width:16.45pt;height:13.1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" strokecolor="#b77fed">
                      <v:textbox>
                        <w:txbxContent>
                          <w:p w14:paraId="00F666C1" w14:textId="77777777" w:rsidR="0079432B" w:rsidRPr="007A2E54" w:rsidRDefault="0079432B" w:rsidP="0079432B">
                            <w:pPr>
                              <w:jc w:val="center"/>
                              <w:rPr>
                                <w:i/>
                                <w:iCs/>
                                <w:sz w:val="10"/>
                                <w:szCs w:val="10"/>
                              </w:rPr>
                            </w:pPr>
                          </w:p>
                        </w:txbxContent>
                      </v:textbox>
                    </v:shape>
                  </w:pict>
                </mc:Fallback>
              </mc:AlternateContent>
            </w:r>
          </w:p>
        </w:tc>
        <w:tc>
          <w:tcPr>
            <w:tcW w:w="810" w:type="dxa"/>
            <w:tcMar>
              <w:top w:w="65" w:type="dxa"/>
              <w:left w:w="40" w:type="dxa"/>
              <w:bottom w:w="65" w:type="dxa"/>
              <w:right w:w="40" w:type="dxa"/>
            </w:tcMar>
          </w:tcPr>
          <w:p w14:paraId="594833D8" w14:textId="01C18685" w:rsidR="001E54D4" w:rsidRDefault="0079432B">
            <w:pPr>
              <w:jc w:val="center"/>
            </w:pPr>
            <w:r>
              <w:rPr>
                <w:noProof/>
              </w:rPr>
              <mc:AlternateContent>
                <mc:Choice Requires="wps">
                  <w:drawing>
                    <wp:anchor distT="45720" distB="45720" distL="114300" distR="114300" simplePos="0" relativeHeight="251694080" behindDoc="0" locked="0" layoutInCell="1" allowOverlap="1" wp14:anchorId="785248BF" wp14:editId="07BDBC95">
                      <wp:simplePos x="0" y="0"/>
                      <wp:positionH relativeFrom="column">
                        <wp:posOffset>-3810</wp:posOffset>
                      </wp:positionH>
                      <wp:positionV relativeFrom="paragraph">
                        <wp:posOffset>44450</wp:posOffset>
                      </wp:positionV>
                      <wp:extent cx="208915" cy="166370"/>
                      <wp:effectExtent l="0" t="0" r="19685" b="24130"/>
                      <wp:wrapNone/>
                      <wp:docPr id="13747816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915" cy="166370"/>
                              </a:xfrm>
                              <a:prstGeom prst="rect">
                                <a:avLst/>
                              </a:prstGeom>
                              <a:solidFill>
                                <a:srgbClr val="FFFFFF"/>
                              </a:solidFill>
                              <a:ln w="9525">
                                <a:solidFill>
                                  <a:srgbClr val="B77FED"/>
                                </a:solidFill>
                                <a:miter lim="800000"/>
                                <a:headEnd/>
                                <a:tailEnd/>
                              </a:ln>
                            </wps:spPr>
                            <wps:txbx>
                              <w:txbxContent>
                                <w:p w14:paraId="5F85E3B0" w14:textId="77777777" w:rsidR="0079432B" w:rsidRPr="007A2E54" w:rsidRDefault="0079432B" w:rsidP="0079432B">
                                  <w:pPr>
                                    <w:jc w:val="center"/>
                                    <w:rPr>
                                      <w:i/>
                                      <w:iCs/>
                                      <w:sz w:val="10"/>
                                      <w:szCs w:val="1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5248BF" id="_x0000_s1055" type="#_x0000_t202" style="position:absolute;left:0;text-align:left;margin-left:-.3pt;margin-top:3.5pt;width:16.45pt;height:13.1pt;z-index:2516940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" strokecolor="#b77fed">
                      <v:textbox>
                        <w:txbxContent>
                          <w:p w14:paraId="5F85E3B0" w14:textId="77777777" w:rsidR="0079432B" w:rsidRPr="007A2E54" w:rsidRDefault="0079432B" w:rsidP="0079432B">
                            <w:pPr>
                              <w:jc w:val="center"/>
                              <w:rPr>
                                <w:i/>
                                <w:iCs/>
                                <w:sz w:val="10"/>
                                <w:szCs w:val="10"/>
                              </w:rPr>
                            </w:pPr>
                          </w:p>
                        </w:txbxContent>
                      </v:textbox>
                    </v:shape>
                  </w:pict>
                </mc:Fallback>
              </mc:AlternateContent>
            </w:r>
          </w:p>
        </w:tc>
        <w:tc>
          <w:tcPr>
            <w:tcW w:w="720" w:type="dxa"/>
            <w:tcMar>
              <w:top w:w="65" w:type="dxa"/>
              <w:left w:w="40" w:type="dxa"/>
              <w:bottom w:w="65" w:type="dxa"/>
              <w:right w:w="40" w:type="dxa"/>
            </w:tcMar>
          </w:tcPr>
          <w:p w14:paraId="762905CD" w14:textId="52ADF455" w:rsidR="001E54D4" w:rsidRDefault="0079432B">
            <w:pPr>
              <w:jc w:val="center"/>
            </w:pPr>
            <w:r>
              <w:rPr>
                <w:noProof/>
              </w:rPr>
              <mc:AlternateContent>
                <mc:Choice Requires="wps">
                  <w:drawing>
                    <wp:anchor distT="45720" distB="45720" distL="114300" distR="114300" simplePos="0" relativeHeight="251714560" behindDoc="0" locked="0" layoutInCell="1" allowOverlap="1" wp14:anchorId="7683341F" wp14:editId="227381E6">
                      <wp:simplePos x="0" y="0"/>
                      <wp:positionH relativeFrom="column">
                        <wp:posOffset>-3810</wp:posOffset>
                      </wp:positionH>
                      <wp:positionV relativeFrom="paragraph">
                        <wp:posOffset>44450</wp:posOffset>
                      </wp:positionV>
                      <wp:extent cx="208915" cy="166370"/>
                      <wp:effectExtent l="0" t="0" r="19685" b="24130"/>
                      <wp:wrapNone/>
                      <wp:docPr id="20065411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915" cy="166370"/>
                              </a:xfrm>
                              <a:prstGeom prst="rect">
                                <a:avLst/>
                              </a:prstGeom>
                              <a:solidFill>
                                <a:srgbClr val="FFFFFF"/>
                              </a:solidFill>
                              <a:ln w="9525">
                                <a:solidFill>
                                  <a:srgbClr val="B77FED"/>
                                </a:solidFill>
                                <a:miter lim="800000"/>
                                <a:headEnd/>
                                <a:tailEnd/>
                              </a:ln>
                            </wps:spPr>
                            <wps:txbx>
                              <w:txbxContent>
                                <w:p w14:paraId="4511C83F" w14:textId="77777777" w:rsidR="0079432B" w:rsidRPr="007A2E54" w:rsidRDefault="0079432B" w:rsidP="0079432B">
                                  <w:pPr>
                                    <w:jc w:val="center"/>
                                    <w:rPr>
                                      <w:i/>
                                      <w:iCs/>
                                      <w:sz w:val="10"/>
                                      <w:szCs w:val="1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83341F" id="_x0000_s1056" type="#_x0000_t202" style="position:absolute;left:0;text-align:left;margin-left:-.3pt;margin-top:3.5pt;width:16.45pt;height:13.1pt;z-index:2517145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" strokecolor="#b77fed">
                      <v:textbox>
                        <w:txbxContent>
                          <w:p w14:paraId="4511C83F" w14:textId="77777777" w:rsidR="0079432B" w:rsidRPr="007A2E54" w:rsidRDefault="0079432B" w:rsidP="0079432B">
                            <w:pPr>
                              <w:jc w:val="center"/>
                              <w:rPr>
                                <w:i/>
                                <w:iCs/>
                                <w:sz w:val="10"/>
                                <w:szCs w:val="10"/>
                              </w:rPr>
                            </w:pPr>
                          </w:p>
                        </w:txbxContent>
                      </v:textbox>
                    </v:shape>
                  </w:pict>
                </mc:Fallback>
              </mc:AlternateContent>
            </w:r>
          </w:p>
        </w:tc>
        <w:tc>
          <w:tcPr>
            <w:tcW w:w="635" w:type="dxa"/>
            <w:gridSpan w:val="2"/>
            <w:tcMar>
              <w:top w:w="65" w:type="dxa"/>
              <w:left w:w="40" w:type="dxa"/>
              <w:bottom w:w="65" w:type="dxa"/>
              <w:right w:w="40" w:type="dxa"/>
            </w:tcMar>
          </w:tcPr>
          <w:p w14:paraId="1D0BDA32" w14:textId="63120512" w:rsidR="001E54D4" w:rsidRDefault="0079432B">
            <w:pPr>
              <w:jc w:val="center"/>
            </w:pPr>
            <w:r>
              <w:rPr>
                <w:noProof/>
              </w:rPr>
              <mc:AlternateContent>
                <mc:Choice Requires="wps">
                  <w:drawing>
                    <wp:anchor distT="45720" distB="45720" distL="114300" distR="114300" simplePos="0" relativeHeight="251735040" behindDoc="0" locked="0" layoutInCell="1" allowOverlap="1" wp14:anchorId="45596CF7" wp14:editId="12B60903">
                      <wp:simplePos x="0" y="0"/>
                      <wp:positionH relativeFrom="column">
                        <wp:posOffset>-3810</wp:posOffset>
                      </wp:positionH>
                      <wp:positionV relativeFrom="paragraph">
                        <wp:posOffset>45085</wp:posOffset>
                      </wp:positionV>
                      <wp:extent cx="208915" cy="166370"/>
                      <wp:effectExtent l="0" t="0" r="19685" b="24130"/>
                      <wp:wrapNone/>
                      <wp:docPr id="6908953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915" cy="166370"/>
                              </a:xfrm>
                              <a:prstGeom prst="rect">
                                <a:avLst/>
                              </a:prstGeom>
                              <a:solidFill>
                                <a:srgbClr val="FFFFFF"/>
                              </a:solidFill>
                              <a:ln w="9525">
                                <a:solidFill>
                                  <a:srgbClr val="B77FED"/>
                                </a:solidFill>
                                <a:miter lim="800000"/>
                                <a:headEnd/>
                                <a:tailEnd/>
                              </a:ln>
                            </wps:spPr>
                            <wps:txbx>
                              <w:txbxContent>
                                <w:p w14:paraId="15197E4A" w14:textId="77777777" w:rsidR="0079432B" w:rsidRPr="007A2E54" w:rsidRDefault="0079432B" w:rsidP="0079432B">
                                  <w:pPr>
                                    <w:jc w:val="center"/>
                                    <w:rPr>
                                      <w:i/>
                                      <w:iCs/>
                                      <w:sz w:val="10"/>
                                      <w:szCs w:val="1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596CF7" id="_x0000_s1057" type="#_x0000_t202" style="position:absolute;left:0;text-align:left;margin-left:-.3pt;margin-top:3.55pt;width:16.45pt;height:13.1pt;z-index:2517350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" strokecolor="#b77fed">
                      <v:textbox>
                        <w:txbxContent>
                          <w:p w14:paraId="15197E4A" w14:textId="77777777" w:rsidR="0079432B" w:rsidRPr="007A2E54" w:rsidRDefault="0079432B" w:rsidP="0079432B">
                            <w:pPr>
                              <w:jc w:val="center"/>
                              <w:rPr>
                                <w:i/>
                                <w:iCs/>
                                <w:sz w:val="10"/>
                                <w:szCs w:val="10"/>
                              </w:rPr>
                            </w:pPr>
                          </w:p>
                        </w:txbxContent>
                      </v:textbox>
                    </v:shape>
                  </w:pict>
                </mc:Fallback>
              </mc:AlternateContent>
            </w:r>
          </w:p>
        </w:tc>
      </w:tr>
      <w:tr w:rsidR="001E54D4" w14:paraId="2A0253C4" w14:textId="77777777" w:rsidTr="00A87572">
        <w:tblPrEx>
          <w:tblBorders>
            <w:top w:val="single" w:sz="5" w:space="0" w:color="E9DDFF"/>
            <w:left w:val="single" w:sz="5" w:space="0" w:color="E9DDFF"/>
            <w:bottom w:val="single" w:sz="5" w:space="0" w:color="E9DDFF"/>
            <w:right w:val="single" w:sz="5" w:space="0" w:color="E9DDFF"/>
            <w:insideH w:val="single" w:sz="5" w:space="0" w:color="E9DDFF"/>
            <w:insideV w:val="single" w:sz="5" w:space="0" w:color="E9DDFF"/>
          </w:tblBorders>
        </w:tblPrEx>
        <w:trPr>
          <w:cantSplit/>
        </w:trPr>
        <w:tc>
          <w:tcPr>
            <w:tcW w:w="5580" w:type="dxa"/>
            <w:tcMar>
              <w:top w:w="65" w:type="dxa"/>
              <w:left w:w="80" w:type="dxa"/>
              <w:bottom w:w="65" w:type="dxa"/>
              <w:right w:w="80" w:type="dxa"/>
            </w:tcMar>
          </w:tcPr>
          <w:p w14:paraId="753D5881" w14:textId="77777777" w:rsidR="001E54D4" w:rsidRDefault="00525F87">
            <w:r>
              <w:rPr>
                <w:b/>
                <w:sz w:val="17"/>
              </w:rPr>
              <w:t>Legal, court, probation, or workplace requirements</w:t>
            </w:r>
          </w:p>
        </w:tc>
        <w:tc>
          <w:tcPr>
            <w:tcW w:w="810" w:type="dxa"/>
            <w:tcMar>
              <w:top w:w="65" w:type="dxa"/>
              <w:left w:w="40" w:type="dxa"/>
              <w:bottom w:w="65" w:type="dxa"/>
              <w:right w:w="40" w:type="dxa"/>
            </w:tcMar>
          </w:tcPr>
          <w:p w14:paraId="7298436F" w14:textId="29C907AD" w:rsidR="001E54D4" w:rsidRDefault="0079432B">
            <w:pPr>
              <w:jc w:val="center"/>
            </w:pPr>
            <w:r>
              <w:rPr>
                <w:noProof/>
              </w:rPr>
              <mc:AlternateContent>
                <mc:Choice Requires="wps">
                  <w:drawing>
                    <wp:anchor distT="45720" distB="45720" distL="114300" distR="114300" simplePos="0" relativeHeight="251675648" behindDoc="0" locked="0" layoutInCell="1" allowOverlap="1" wp14:anchorId="203842B4" wp14:editId="2963B87A">
                      <wp:simplePos x="0" y="0"/>
                      <wp:positionH relativeFrom="column">
                        <wp:posOffset>-3810</wp:posOffset>
                      </wp:positionH>
                      <wp:positionV relativeFrom="paragraph">
                        <wp:posOffset>47625</wp:posOffset>
                      </wp:positionV>
                      <wp:extent cx="208915" cy="166370"/>
                      <wp:effectExtent l="0" t="0" r="19685" b="24130"/>
                      <wp:wrapNone/>
                      <wp:docPr id="3207388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915" cy="166370"/>
                              </a:xfrm>
                              <a:prstGeom prst="rect">
                                <a:avLst/>
                              </a:prstGeom>
                              <a:solidFill>
                                <a:srgbClr val="FFFFFF"/>
                              </a:solidFill>
                              <a:ln w="9525">
                                <a:solidFill>
                                  <a:srgbClr val="B77FED"/>
                                </a:solidFill>
                                <a:miter lim="800000"/>
                                <a:headEnd/>
                                <a:tailEnd/>
                              </a:ln>
                            </wps:spPr>
                            <wps:txbx>
                              <w:txbxContent>
                                <w:p w14:paraId="694E0E2F" w14:textId="77777777" w:rsidR="0079432B" w:rsidRPr="007A2E54" w:rsidRDefault="0079432B" w:rsidP="0079432B">
                                  <w:pPr>
                                    <w:jc w:val="center"/>
                                    <w:rPr>
                                      <w:i/>
                                      <w:iCs/>
                                      <w:sz w:val="10"/>
                                      <w:szCs w:val="1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3842B4" id="_x0000_s1058" type="#_x0000_t202" style="position:absolute;left:0;text-align:left;margin-left:-.3pt;margin-top:3.75pt;width:16.45pt;height:13.1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" strokecolor="#b77fed">
                      <v:textbox>
                        <w:txbxContent>
                          <w:p w14:paraId="694E0E2F" w14:textId="77777777" w:rsidR="0079432B" w:rsidRPr="007A2E54" w:rsidRDefault="0079432B" w:rsidP="0079432B">
                            <w:pPr>
                              <w:jc w:val="center"/>
                              <w:rPr>
                                <w:i/>
                                <w:iCs/>
                                <w:sz w:val="10"/>
                                <w:szCs w:val="10"/>
                              </w:rPr>
                            </w:pPr>
                          </w:p>
                        </w:txbxContent>
                      </v:textbox>
                    </v:shape>
                  </w:pict>
                </mc:Fallback>
              </mc:AlternateContent>
            </w:r>
          </w:p>
        </w:tc>
        <w:tc>
          <w:tcPr>
            <w:tcW w:w="810" w:type="dxa"/>
            <w:tcMar>
              <w:top w:w="65" w:type="dxa"/>
              <w:left w:w="40" w:type="dxa"/>
              <w:bottom w:w="65" w:type="dxa"/>
              <w:right w:w="40" w:type="dxa"/>
            </w:tcMar>
          </w:tcPr>
          <w:p w14:paraId="7A405A29" w14:textId="704189B1" w:rsidR="001E54D4" w:rsidRDefault="0079432B">
            <w:pPr>
              <w:jc w:val="center"/>
            </w:pPr>
            <w:r>
              <w:rPr>
                <w:noProof/>
              </w:rPr>
              <mc:AlternateContent>
                <mc:Choice Requires="wps">
                  <w:drawing>
                    <wp:anchor distT="45720" distB="45720" distL="114300" distR="114300" simplePos="0" relativeHeight="251696128" behindDoc="0" locked="0" layoutInCell="1" allowOverlap="1" wp14:anchorId="1D4C35A0" wp14:editId="0FB20B60">
                      <wp:simplePos x="0" y="0"/>
                      <wp:positionH relativeFrom="column">
                        <wp:posOffset>-3810</wp:posOffset>
                      </wp:positionH>
                      <wp:positionV relativeFrom="paragraph">
                        <wp:posOffset>47625</wp:posOffset>
                      </wp:positionV>
                      <wp:extent cx="208915" cy="166370"/>
                      <wp:effectExtent l="0" t="0" r="19685" b="24130"/>
                      <wp:wrapNone/>
                      <wp:docPr id="14099127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915" cy="166370"/>
                              </a:xfrm>
                              <a:prstGeom prst="rect">
                                <a:avLst/>
                              </a:prstGeom>
                              <a:solidFill>
                                <a:srgbClr val="FFFFFF"/>
                              </a:solidFill>
                              <a:ln w="9525">
                                <a:solidFill>
                                  <a:srgbClr val="B77FED"/>
                                </a:solidFill>
                                <a:miter lim="800000"/>
                                <a:headEnd/>
                                <a:tailEnd/>
                              </a:ln>
                            </wps:spPr>
                            <wps:txbx>
                              <w:txbxContent>
                                <w:p w14:paraId="54A262FB" w14:textId="77777777" w:rsidR="0079432B" w:rsidRPr="007A2E54" w:rsidRDefault="0079432B" w:rsidP="0079432B">
                                  <w:pPr>
                                    <w:jc w:val="center"/>
                                    <w:rPr>
                                      <w:i/>
                                      <w:iCs/>
                                      <w:sz w:val="10"/>
                                      <w:szCs w:val="1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4C35A0" id="_x0000_s1059" type="#_x0000_t202" style="position:absolute;left:0;text-align:left;margin-left:-.3pt;margin-top:3.75pt;width:16.45pt;height:13.1pt;z-index:2516961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" strokecolor="#b77fed">
                      <v:textbox>
                        <w:txbxContent>
                          <w:p w14:paraId="54A262FB" w14:textId="77777777" w:rsidR="0079432B" w:rsidRPr="007A2E54" w:rsidRDefault="0079432B" w:rsidP="0079432B">
                            <w:pPr>
                              <w:jc w:val="center"/>
                              <w:rPr>
                                <w:i/>
                                <w:iCs/>
                                <w:sz w:val="10"/>
                                <w:szCs w:val="10"/>
                              </w:rPr>
                            </w:pPr>
                          </w:p>
                        </w:txbxContent>
                      </v:textbox>
                    </v:shape>
                  </w:pict>
                </mc:Fallback>
              </mc:AlternateContent>
            </w:r>
          </w:p>
        </w:tc>
        <w:tc>
          <w:tcPr>
            <w:tcW w:w="720" w:type="dxa"/>
            <w:tcMar>
              <w:top w:w="65" w:type="dxa"/>
              <w:left w:w="40" w:type="dxa"/>
              <w:bottom w:w="65" w:type="dxa"/>
              <w:right w:w="40" w:type="dxa"/>
            </w:tcMar>
          </w:tcPr>
          <w:p w14:paraId="454A1EBC" w14:textId="3A1EF8CE" w:rsidR="001E54D4" w:rsidRDefault="0079432B">
            <w:pPr>
              <w:jc w:val="center"/>
            </w:pPr>
            <w:r>
              <w:rPr>
                <w:noProof/>
              </w:rPr>
              <mc:AlternateContent>
                <mc:Choice Requires="wps">
                  <w:drawing>
                    <wp:anchor distT="45720" distB="45720" distL="114300" distR="114300" simplePos="0" relativeHeight="251716608" behindDoc="0" locked="0" layoutInCell="1" allowOverlap="1" wp14:anchorId="513BC3F0" wp14:editId="7CD8A480">
                      <wp:simplePos x="0" y="0"/>
                      <wp:positionH relativeFrom="column">
                        <wp:posOffset>-3810</wp:posOffset>
                      </wp:positionH>
                      <wp:positionV relativeFrom="paragraph">
                        <wp:posOffset>47625</wp:posOffset>
                      </wp:positionV>
                      <wp:extent cx="208915" cy="166370"/>
                      <wp:effectExtent l="0" t="0" r="19685" b="24130"/>
                      <wp:wrapNone/>
                      <wp:docPr id="12971034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915" cy="166370"/>
                              </a:xfrm>
                              <a:prstGeom prst="rect">
                                <a:avLst/>
                              </a:prstGeom>
                              <a:solidFill>
                                <a:srgbClr val="FFFFFF"/>
                              </a:solidFill>
                              <a:ln w="9525">
                                <a:solidFill>
                                  <a:srgbClr val="B77FED"/>
                                </a:solidFill>
                                <a:miter lim="800000"/>
                                <a:headEnd/>
                                <a:tailEnd/>
                              </a:ln>
                            </wps:spPr>
                            <wps:txbx>
                              <w:txbxContent>
                                <w:p w14:paraId="0D032191" w14:textId="77777777" w:rsidR="0079432B" w:rsidRPr="007A2E54" w:rsidRDefault="0079432B" w:rsidP="0079432B">
                                  <w:pPr>
                                    <w:jc w:val="center"/>
                                    <w:rPr>
                                      <w:i/>
                                      <w:iCs/>
                                      <w:sz w:val="10"/>
                                      <w:szCs w:val="1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13BC3F0" id="_x0000_s1060" type="#_x0000_t202" style="position:absolute;left:0;text-align:left;margin-left:-.3pt;margin-top:3.75pt;width:16.45pt;height:13.1pt;z-index:2517166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" strokecolor="#b77fed">
                      <v:textbox>
                        <w:txbxContent>
                          <w:p w14:paraId="0D032191" w14:textId="77777777" w:rsidR="0079432B" w:rsidRPr="007A2E54" w:rsidRDefault="0079432B" w:rsidP="0079432B">
                            <w:pPr>
                              <w:jc w:val="center"/>
                              <w:rPr>
                                <w:i/>
                                <w:iCs/>
                                <w:sz w:val="10"/>
                                <w:szCs w:val="10"/>
                              </w:rPr>
                            </w:pPr>
                          </w:p>
                        </w:txbxContent>
                      </v:textbox>
                    </v:shape>
                  </w:pict>
                </mc:Fallback>
              </mc:AlternateContent>
            </w:r>
          </w:p>
        </w:tc>
        <w:tc>
          <w:tcPr>
            <w:tcW w:w="635" w:type="dxa"/>
            <w:gridSpan w:val="2"/>
            <w:tcMar>
              <w:top w:w="65" w:type="dxa"/>
              <w:left w:w="40" w:type="dxa"/>
              <w:bottom w:w="65" w:type="dxa"/>
              <w:right w:w="40" w:type="dxa"/>
            </w:tcMar>
          </w:tcPr>
          <w:p w14:paraId="4B93547F" w14:textId="1D3E8137" w:rsidR="001E54D4" w:rsidRDefault="0079432B">
            <w:pPr>
              <w:jc w:val="center"/>
            </w:pPr>
            <w:r>
              <w:rPr>
                <w:noProof/>
              </w:rPr>
              <mc:AlternateContent>
                <mc:Choice Requires="wps">
                  <w:drawing>
                    <wp:anchor distT="45720" distB="45720" distL="114300" distR="114300" simplePos="0" relativeHeight="251737088" behindDoc="0" locked="0" layoutInCell="1" allowOverlap="1" wp14:anchorId="01EFE577" wp14:editId="6B42BF79">
                      <wp:simplePos x="0" y="0"/>
                      <wp:positionH relativeFrom="column">
                        <wp:posOffset>-3810</wp:posOffset>
                      </wp:positionH>
                      <wp:positionV relativeFrom="paragraph">
                        <wp:posOffset>46990</wp:posOffset>
                      </wp:positionV>
                      <wp:extent cx="208915" cy="166370"/>
                      <wp:effectExtent l="0" t="0" r="19685" b="24130"/>
                      <wp:wrapNone/>
                      <wp:docPr id="20031186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915" cy="166370"/>
                              </a:xfrm>
                              <a:prstGeom prst="rect">
                                <a:avLst/>
                              </a:prstGeom>
                              <a:solidFill>
                                <a:srgbClr val="FFFFFF"/>
                              </a:solidFill>
                              <a:ln w="9525">
                                <a:solidFill>
                                  <a:srgbClr val="B77FED"/>
                                </a:solidFill>
                                <a:miter lim="800000"/>
                                <a:headEnd/>
                                <a:tailEnd/>
                              </a:ln>
                            </wps:spPr>
                            <wps:txbx>
                              <w:txbxContent>
                                <w:p w14:paraId="1CB91008" w14:textId="77777777" w:rsidR="0079432B" w:rsidRPr="007A2E54" w:rsidRDefault="0079432B" w:rsidP="0079432B">
                                  <w:pPr>
                                    <w:jc w:val="center"/>
                                    <w:rPr>
                                      <w:i/>
                                      <w:iCs/>
                                      <w:sz w:val="10"/>
                                      <w:szCs w:val="1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EFE577" id="_x0000_s1061" type="#_x0000_t202" style="position:absolute;left:0;text-align:left;margin-left:-.3pt;margin-top:3.7pt;width:16.45pt;height:13.1pt;z-index:2517370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" strokecolor="#b77fed">
                      <v:textbox>
                        <w:txbxContent>
                          <w:p w14:paraId="1CB91008" w14:textId="77777777" w:rsidR="0079432B" w:rsidRPr="007A2E54" w:rsidRDefault="0079432B" w:rsidP="0079432B">
                            <w:pPr>
                              <w:jc w:val="center"/>
                              <w:rPr>
                                <w:i/>
                                <w:iCs/>
                                <w:sz w:val="10"/>
                                <w:szCs w:val="10"/>
                              </w:rPr>
                            </w:pPr>
                          </w:p>
                        </w:txbxContent>
                      </v:textbox>
                    </v:shape>
                  </w:pict>
                </mc:Fallback>
              </mc:AlternateContent>
            </w:r>
          </w:p>
        </w:tc>
      </w:tr>
      <w:tr w:rsidR="001E54D4" w14:paraId="1DFA1A98" w14:textId="77777777" w:rsidTr="00A87572">
        <w:tblPrEx>
          <w:tblBorders>
            <w:top w:val="single" w:sz="5" w:space="0" w:color="E9DDFF"/>
            <w:left w:val="single" w:sz="5" w:space="0" w:color="E9DDFF"/>
            <w:bottom w:val="single" w:sz="5" w:space="0" w:color="E9DDFF"/>
            <w:right w:val="single" w:sz="5" w:space="0" w:color="E9DDFF"/>
            <w:insideH w:val="single" w:sz="5" w:space="0" w:color="E9DDFF"/>
            <w:insideV w:val="single" w:sz="5" w:space="0" w:color="E9DDFF"/>
          </w:tblBorders>
        </w:tblPrEx>
        <w:trPr>
          <w:cantSplit/>
        </w:trPr>
        <w:tc>
          <w:tcPr>
            <w:tcW w:w="5580" w:type="dxa"/>
            <w:tcMar>
              <w:top w:w="65" w:type="dxa"/>
              <w:left w:w="80" w:type="dxa"/>
              <w:bottom w:w="65" w:type="dxa"/>
              <w:right w:w="80" w:type="dxa"/>
            </w:tcMar>
          </w:tcPr>
          <w:p w14:paraId="61894773" w14:textId="77777777" w:rsidR="001E54D4" w:rsidRDefault="00525F87">
            <w:r>
              <w:rPr>
                <w:b/>
                <w:sz w:val="17"/>
              </w:rPr>
              <w:t>Stress management, sleep, health habits, or self-care</w:t>
            </w:r>
          </w:p>
        </w:tc>
        <w:tc>
          <w:tcPr>
            <w:tcW w:w="810" w:type="dxa"/>
            <w:tcMar>
              <w:top w:w="65" w:type="dxa"/>
              <w:left w:w="40" w:type="dxa"/>
              <w:bottom w:w="65" w:type="dxa"/>
              <w:right w:w="40" w:type="dxa"/>
            </w:tcMar>
          </w:tcPr>
          <w:p w14:paraId="477B1590" w14:textId="4BC59C31" w:rsidR="001E54D4" w:rsidRDefault="0079432B">
            <w:pPr>
              <w:jc w:val="center"/>
            </w:pPr>
            <w:r>
              <w:rPr>
                <w:noProof/>
              </w:rPr>
              <mc:AlternateContent>
                <mc:Choice Requires="wps">
                  <w:drawing>
                    <wp:anchor distT="45720" distB="45720" distL="114300" distR="114300" simplePos="0" relativeHeight="251677696" behindDoc="0" locked="0" layoutInCell="1" allowOverlap="1" wp14:anchorId="7705EE6C" wp14:editId="39989148">
                      <wp:simplePos x="0" y="0"/>
                      <wp:positionH relativeFrom="column">
                        <wp:posOffset>-3810</wp:posOffset>
                      </wp:positionH>
                      <wp:positionV relativeFrom="paragraph">
                        <wp:posOffset>45720</wp:posOffset>
                      </wp:positionV>
                      <wp:extent cx="208915" cy="166370"/>
                      <wp:effectExtent l="0" t="0" r="19685" b="24130"/>
                      <wp:wrapNone/>
                      <wp:docPr id="4950669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915" cy="166370"/>
                              </a:xfrm>
                              <a:prstGeom prst="rect">
                                <a:avLst/>
                              </a:prstGeom>
                              <a:solidFill>
                                <a:srgbClr val="FFFFFF"/>
                              </a:solidFill>
                              <a:ln w="9525">
                                <a:solidFill>
                                  <a:srgbClr val="B77FED"/>
                                </a:solidFill>
                                <a:miter lim="800000"/>
                                <a:headEnd/>
                                <a:tailEnd/>
                              </a:ln>
                            </wps:spPr>
                            <wps:txbx>
                              <w:txbxContent>
                                <w:p w14:paraId="19AB5755" w14:textId="77777777" w:rsidR="0079432B" w:rsidRPr="007A2E54" w:rsidRDefault="0079432B" w:rsidP="0079432B">
                                  <w:pPr>
                                    <w:jc w:val="center"/>
                                    <w:rPr>
                                      <w:i/>
                                      <w:iCs/>
                                      <w:sz w:val="10"/>
                                      <w:szCs w:val="1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05EE6C" id="_x0000_s1062" type="#_x0000_t202" style="position:absolute;left:0;text-align:left;margin-left:-.3pt;margin-top:3.6pt;width:16.45pt;height:13.1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" strokecolor="#b77fed">
                      <v:textbox>
                        <w:txbxContent>
                          <w:p w14:paraId="19AB5755" w14:textId="77777777" w:rsidR="0079432B" w:rsidRPr="007A2E54" w:rsidRDefault="0079432B" w:rsidP="0079432B">
                            <w:pPr>
                              <w:jc w:val="center"/>
                              <w:rPr>
                                <w:i/>
                                <w:iCs/>
                                <w:sz w:val="10"/>
                                <w:szCs w:val="10"/>
                              </w:rPr>
                            </w:pPr>
                          </w:p>
                        </w:txbxContent>
                      </v:textbox>
                    </v:shape>
                  </w:pict>
                </mc:Fallback>
              </mc:AlternateContent>
            </w:r>
          </w:p>
        </w:tc>
        <w:tc>
          <w:tcPr>
            <w:tcW w:w="810" w:type="dxa"/>
            <w:tcMar>
              <w:top w:w="65" w:type="dxa"/>
              <w:left w:w="40" w:type="dxa"/>
              <w:bottom w:w="65" w:type="dxa"/>
              <w:right w:w="40" w:type="dxa"/>
            </w:tcMar>
          </w:tcPr>
          <w:p w14:paraId="0FC51D56" w14:textId="5E0E0E56" w:rsidR="001E54D4" w:rsidRDefault="0079432B">
            <w:pPr>
              <w:jc w:val="center"/>
            </w:pPr>
            <w:r>
              <w:rPr>
                <w:noProof/>
              </w:rPr>
              <mc:AlternateContent>
                <mc:Choice Requires="wps">
                  <w:drawing>
                    <wp:anchor distT="45720" distB="45720" distL="114300" distR="114300" simplePos="0" relativeHeight="251698176" behindDoc="0" locked="0" layoutInCell="1" allowOverlap="1" wp14:anchorId="5C48EE34" wp14:editId="74E72F7B">
                      <wp:simplePos x="0" y="0"/>
                      <wp:positionH relativeFrom="column">
                        <wp:posOffset>-3810</wp:posOffset>
                      </wp:positionH>
                      <wp:positionV relativeFrom="paragraph">
                        <wp:posOffset>45720</wp:posOffset>
                      </wp:positionV>
                      <wp:extent cx="208915" cy="166370"/>
                      <wp:effectExtent l="0" t="0" r="19685" b="24130"/>
                      <wp:wrapNone/>
                      <wp:docPr id="5887471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915" cy="166370"/>
                              </a:xfrm>
                              <a:prstGeom prst="rect">
                                <a:avLst/>
                              </a:prstGeom>
                              <a:solidFill>
                                <a:srgbClr val="FFFFFF"/>
                              </a:solidFill>
                              <a:ln w="9525">
                                <a:solidFill>
                                  <a:srgbClr val="B77FED"/>
                                </a:solidFill>
                                <a:miter lim="800000"/>
                                <a:headEnd/>
                                <a:tailEnd/>
                              </a:ln>
                            </wps:spPr>
                            <wps:txbx>
                              <w:txbxContent>
                                <w:p w14:paraId="078FA88F" w14:textId="77777777" w:rsidR="0079432B" w:rsidRPr="007A2E54" w:rsidRDefault="0079432B" w:rsidP="0079432B">
                                  <w:pPr>
                                    <w:jc w:val="center"/>
                                    <w:rPr>
                                      <w:i/>
                                      <w:iCs/>
                                      <w:sz w:val="10"/>
                                      <w:szCs w:val="1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48EE34" id="_x0000_s1063" type="#_x0000_t202" style="position:absolute;left:0;text-align:left;margin-left:-.3pt;margin-top:3.6pt;width:16.45pt;height:13.1pt;z-index:2516981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" strokecolor="#b77fed">
                      <v:textbox>
                        <w:txbxContent>
                          <w:p w14:paraId="078FA88F" w14:textId="77777777" w:rsidR="0079432B" w:rsidRPr="007A2E54" w:rsidRDefault="0079432B" w:rsidP="0079432B">
                            <w:pPr>
                              <w:jc w:val="center"/>
                              <w:rPr>
                                <w:i/>
                                <w:iCs/>
                                <w:sz w:val="10"/>
                                <w:szCs w:val="10"/>
                              </w:rPr>
                            </w:pPr>
                          </w:p>
                        </w:txbxContent>
                      </v:textbox>
                    </v:shape>
                  </w:pict>
                </mc:Fallback>
              </mc:AlternateContent>
            </w:r>
          </w:p>
        </w:tc>
        <w:tc>
          <w:tcPr>
            <w:tcW w:w="720" w:type="dxa"/>
            <w:tcMar>
              <w:top w:w="65" w:type="dxa"/>
              <w:left w:w="40" w:type="dxa"/>
              <w:bottom w:w="65" w:type="dxa"/>
              <w:right w:w="40" w:type="dxa"/>
            </w:tcMar>
          </w:tcPr>
          <w:p w14:paraId="70A9DF91" w14:textId="2E03747A" w:rsidR="001E54D4" w:rsidRDefault="0079432B">
            <w:pPr>
              <w:jc w:val="center"/>
            </w:pPr>
            <w:r>
              <w:rPr>
                <w:noProof/>
              </w:rPr>
              <mc:AlternateContent>
                <mc:Choice Requires="wps">
                  <w:drawing>
                    <wp:anchor distT="45720" distB="45720" distL="114300" distR="114300" simplePos="0" relativeHeight="251718656" behindDoc="0" locked="0" layoutInCell="1" allowOverlap="1" wp14:anchorId="55983A9F" wp14:editId="4C0DB87B">
                      <wp:simplePos x="0" y="0"/>
                      <wp:positionH relativeFrom="column">
                        <wp:posOffset>-3810</wp:posOffset>
                      </wp:positionH>
                      <wp:positionV relativeFrom="paragraph">
                        <wp:posOffset>45720</wp:posOffset>
                      </wp:positionV>
                      <wp:extent cx="208915" cy="166370"/>
                      <wp:effectExtent l="0" t="0" r="19685" b="24130"/>
                      <wp:wrapNone/>
                      <wp:docPr id="2802606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915" cy="166370"/>
                              </a:xfrm>
                              <a:prstGeom prst="rect">
                                <a:avLst/>
                              </a:prstGeom>
                              <a:solidFill>
                                <a:srgbClr val="FFFFFF"/>
                              </a:solidFill>
                              <a:ln w="9525">
                                <a:solidFill>
                                  <a:srgbClr val="B77FED"/>
                                </a:solidFill>
                                <a:miter lim="800000"/>
                                <a:headEnd/>
                                <a:tailEnd/>
                              </a:ln>
                            </wps:spPr>
                            <wps:txbx>
                              <w:txbxContent>
                                <w:p w14:paraId="27516FCA" w14:textId="77777777" w:rsidR="0079432B" w:rsidRPr="007A2E54" w:rsidRDefault="0079432B" w:rsidP="0079432B">
                                  <w:pPr>
                                    <w:jc w:val="center"/>
                                    <w:rPr>
                                      <w:i/>
                                      <w:iCs/>
                                      <w:sz w:val="10"/>
                                      <w:szCs w:val="1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983A9F" id="_x0000_s1064" type="#_x0000_t202" style="position:absolute;left:0;text-align:left;margin-left:-.3pt;margin-top:3.6pt;width:16.45pt;height:13.1pt;z-index:2517186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" strokecolor="#b77fed">
                      <v:textbox>
                        <w:txbxContent>
                          <w:p w14:paraId="27516FCA" w14:textId="77777777" w:rsidR="0079432B" w:rsidRPr="007A2E54" w:rsidRDefault="0079432B" w:rsidP="0079432B">
                            <w:pPr>
                              <w:jc w:val="center"/>
                              <w:rPr>
                                <w:i/>
                                <w:iCs/>
                                <w:sz w:val="10"/>
                                <w:szCs w:val="10"/>
                              </w:rPr>
                            </w:pPr>
                          </w:p>
                        </w:txbxContent>
                      </v:textbox>
                    </v:shape>
                  </w:pict>
                </mc:Fallback>
              </mc:AlternateContent>
            </w:r>
          </w:p>
        </w:tc>
        <w:tc>
          <w:tcPr>
            <w:tcW w:w="635" w:type="dxa"/>
            <w:gridSpan w:val="2"/>
            <w:tcMar>
              <w:top w:w="65" w:type="dxa"/>
              <w:left w:w="40" w:type="dxa"/>
              <w:bottom w:w="65" w:type="dxa"/>
              <w:right w:w="40" w:type="dxa"/>
            </w:tcMar>
          </w:tcPr>
          <w:p w14:paraId="2C107575" w14:textId="6F3D5437" w:rsidR="001E54D4" w:rsidRDefault="0079432B">
            <w:pPr>
              <w:jc w:val="center"/>
            </w:pPr>
            <w:r>
              <w:rPr>
                <w:noProof/>
              </w:rPr>
              <mc:AlternateContent>
                <mc:Choice Requires="wps">
                  <w:drawing>
                    <wp:anchor distT="45720" distB="45720" distL="114300" distR="114300" simplePos="0" relativeHeight="251739136" behindDoc="0" locked="0" layoutInCell="1" allowOverlap="1" wp14:anchorId="1ED4B4FF" wp14:editId="61306D95">
                      <wp:simplePos x="0" y="0"/>
                      <wp:positionH relativeFrom="column">
                        <wp:posOffset>-3810</wp:posOffset>
                      </wp:positionH>
                      <wp:positionV relativeFrom="paragraph">
                        <wp:posOffset>44450</wp:posOffset>
                      </wp:positionV>
                      <wp:extent cx="208915" cy="166370"/>
                      <wp:effectExtent l="0" t="0" r="19685" b="24130"/>
                      <wp:wrapNone/>
                      <wp:docPr id="5634223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915" cy="166370"/>
                              </a:xfrm>
                              <a:prstGeom prst="rect">
                                <a:avLst/>
                              </a:prstGeom>
                              <a:solidFill>
                                <a:srgbClr val="FFFFFF"/>
                              </a:solidFill>
                              <a:ln w="9525">
                                <a:solidFill>
                                  <a:srgbClr val="B77FED"/>
                                </a:solidFill>
                                <a:miter lim="800000"/>
                                <a:headEnd/>
                                <a:tailEnd/>
                              </a:ln>
                            </wps:spPr>
                            <wps:txbx>
                              <w:txbxContent>
                                <w:p w14:paraId="01AE191B" w14:textId="77777777" w:rsidR="0079432B" w:rsidRPr="007A2E54" w:rsidRDefault="0079432B" w:rsidP="0079432B">
                                  <w:pPr>
                                    <w:jc w:val="center"/>
                                    <w:rPr>
                                      <w:i/>
                                      <w:iCs/>
                                      <w:sz w:val="10"/>
                                      <w:szCs w:val="1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D4B4FF" id="_x0000_s1065" type="#_x0000_t202" style="position:absolute;left:0;text-align:left;margin-left:-.3pt;margin-top:3.5pt;width:16.45pt;height:13.1pt;z-index:2517391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" strokecolor="#b77fed">
                      <v:textbox>
                        <w:txbxContent>
                          <w:p w14:paraId="01AE191B" w14:textId="77777777" w:rsidR="0079432B" w:rsidRPr="007A2E54" w:rsidRDefault="0079432B" w:rsidP="0079432B">
                            <w:pPr>
                              <w:jc w:val="center"/>
                              <w:rPr>
                                <w:i/>
                                <w:iCs/>
                                <w:sz w:val="10"/>
                                <w:szCs w:val="10"/>
                              </w:rPr>
                            </w:pPr>
                          </w:p>
                        </w:txbxContent>
                      </v:textbox>
                    </v:shape>
                  </w:pict>
                </mc:Fallback>
              </mc:AlternateContent>
            </w:r>
          </w:p>
        </w:tc>
      </w:tr>
    </w:tbl>
    <w:p w14:paraId="3C278BD5" w14:textId="77777777" w:rsidR="001E54D4" w:rsidRDefault="00525F87">
      <w:pPr>
        <w:spacing w:before="60"/>
      </w:pPr>
      <w:r>
        <w:rPr>
          <w:b/>
          <w:color w:val="4E2E86"/>
        </w:rPr>
        <w:t>What are the three most important changes you want coaching to help you make?</w:t>
      </w:r>
    </w:p>
    <w:tbl>
      <w:tblPr>
        <w:tblW w:w="0" w:type="auto"/>
        <w:tblLook w:val="04A0" w:firstRow="1" w:lastRow="0" w:firstColumn="1" w:lastColumn="0" w:noHBand="0" w:noVBand="1"/>
      </w:tblPr>
      <w:tblGrid>
        <w:gridCol w:w="10368"/>
      </w:tblGrid>
      <w:tr w:rsidR="001E54D4" w14:paraId="53128261" w14:textId="77777777">
        <w:tc>
          <w:tcPr>
            <w:tcW w:w="10368" w:type="dxa"/>
            <w:tcBorders>
              <w:bottom w:val="single" w:sz="8" w:space="0" w:color="E9DDFF"/>
            </w:tcBorders>
            <w:tcMar>
              <w:top w:w="15" w:type="dxa"/>
              <w:left w:w="20" w:type="dxa"/>
              <w:bottom w:w="55" w:type="dxa"/>
              <w:right w:w="20" w:type="dxa"/>
            </w:tcMar>
          </w:tcPr>
          <w:p w14:paraId="62486C05" w14:textId="351A09BD" w:rsidR="001E54D4" w:rsidRDefault="001E54D4"/>
        </w:tc>
      </w:tr>
      <w:tr w:rsidR="001E54D4" w14:paraId="4101652C" w14:textId="77777777">
        <w:tc>
          <w:tcPr>
            <w:tcW w:w="10368" w:type="dxa"/>
            <w:tcBorders>
              <w:bottom w:val="single" w:sz="8" w:space="0" w:color="E9DDFF"/>
            </w:tcBorders>
            <w:tcMar>
              <w:top w:w="15" w:type="dxa"/>
              <w:left w:w="20" w:type="dxa"/>
              <w:bottom w:w="55" w:type="dxa"/>
              <w:right w:w="20" w:type="dxa"/>
            </w:tcMar>
          </w:tcPr>
          <w:p w14:paraId="4B99056E" w14:textId="3C624E32" w:rsidR="001E54D4" w:rsidRDefault="001E54D4"/>
        </w:tc>
      </w:tr>
      <w:tr w:rsidR="001E54D4" w14:paraId="1299C43A" w14:textId="77777777">
        <w:tc>
          <w:tcPr>
            <w:tcW w:w="10368" w:type="dxa"/>
            <w:tcBorders>
              <w:bottom w:val="single" w:sz="8" w:space="0" w:color="E9DDFF"/>
            </w:tcBorders>
            <w:tcMar>
              <w:top w:w="15" w:type="dxa"/>
              <w:left w:w="20" w:type="dxa"/>
              <w:bottom w:w="55" w:type="dxa"/>
              <w:right w:w="20" w:type="dxa"/>
            </w:tcMar>
          </w:tcPr>
          <w:p w14:paraId="4DDBEF00" w14:textId="77777777" w:rsidR="001E54D4" w:rsidRDefault="001E54D4"/>
        </w:tc>
      </w:tr>
    </w:tbl>
    <w:p w14:paraId="41C98040" w14:textId="77777777" w:rsidR="001E54D4" w:rsidRDefault="00525F87">
      <w:pPr>
        <w:spacing w:before="60"/>
      </w:pPr>
      <w:r>
        <w:rPr>
          <w:b/>
          <w:color w:val="4E2E86"/>
        </w:rPr>
        <w:t>What strengths, interests, personal values, or past successes can support your progress?</w:t>
      </w:r>
    </w:p>
    <w:tbl>
      <w:tblPr>
        <w:tblW w:w="0" w:type="auto"/>
        <w:tblLook w:val="04A0" w:firstRow="1" w:lastRow="0" w:firstColumn="1" w:lastColumn="0" w:noHBand="0" w:noVBand="1"/>
      </w:tblPr>
      <w:tblGrid>
        <w:gridCol w:w="10368"/>
      </w:tblGrid>
      <w:tr w:rsidR="001E54D4" w14:paraId="3461D779" w14:textId="77777777">
        <w:tc>
          <w:tcPr>
            <w:tcW w:w="10368" w:type="dxa"/>
            <w:tcBorders>
              <w:bottom w:val="single" w:sz="8" w:space="0" w:color="E9DDFF"/>
            </w:tcBorders>
            <w:tcMar>
              <w:top w:w="15" w:type="dxa"/>
              <w:left w:w="20" w:type="dxa"/>
              <w:bottom w:w="55" w:type="dxa"/>
              <w:right w:w="20" w:type="dxa"/>
            </w:tcMar>
          </w:tcPr>
          <w:p w14:paraId="3CF2D8B6" w14:textId="77777777" w:rsidR="001E54D4" w:rsidRDefault="001E54D4"/>
        </w:tc>
      </w:tr>
      <w:tr w:rsidR="001E54D4" w14:paraId="0FB78278" w14:textId="77777777">
        <w:tc>
          <w:tcPr>
            <w:tcW w:w="10368" w:type="dxa"/>
            <w:tcBorders>
              <w:bottom w:val="single" w:sz="8" w:space="0" w:color="E9DDFF"/>
            </w:tcBorders>
            <w:tcMar>
              <w:top w:w="15" w:type="dxa"/>
              <w:left w:w="20" w:type="dxa"/>
              <w:bottom w:w="55" w:type="dxa"/>
              <w:right w:w="20" w:type="dxa"/>
            </w:tcMar>
          </w:tcPr>
          <w:p w14:paraId="1FC39945" w14:textId="77777777" w:rsidR="001E54D4" w:rsidRDefault="001E54D4"/>
        </w:tc>
      </w:tr>
    </w:tbl>
    <w:p w14:paraId="7F81C312" w14:textId="77777777" w:rsidR="001E54D4" w:rsidRDefault="00525F87">
      <w:pPr>
        <w:spacing w:before="60"/>
      </w:pPr>
      <w:r>
        <w:rPr>
          <w:b/>
          <w:color w:val="4E2E86"/>
        </w:rPr>
        <w:t>What has helped in the past? What approaches have not worked well?</w:t>
      </w:r>
    </w:p>
    <w:tbl>
      <w:tblPr>
        <w:tblW w:w="0" w:type="auto"/>
        <w:tblLook w:val="04A0" w:firstRow="1" w:lastRow="0" w:firstColumn="1" w:lastColumn="0" w:noHBand="0" w:noVBand="1"/>
      </w:tblPr>
      <w:tblGrid>
        <w:gridCol w:w="10259"/>
        <w:gridCol w:w="109"/>
      </w:tblGrid>
      <w:tr w:rsidR="001E54D4" w14:paraId="0562CB0E" w14:textId="77777777">
        <w:tc>
          <w:tcPr>
            <w:tcW w:w="10368" w:type="dxa"/>
            <w:gridSpan w:val="2"/>
            <w:tcBorders>
              <w:bottom w:val="single" w:sz="8" w:space="0" w:color="E9DDFF"/>
            </w:tcBorders>
            <w:tcMar>
              <w:top w:w="15" w:type="dxa"/>
              <w:left w:w="20" w:type="dxa"/>
              <w:bottom w:w="55" w:type="dxa"/>
              <w:right w:w="20" w:type="dxa"/>
            </w:tcMar>
          </w:tcPr>
          <w:p w14:paraId="34CE0A41" w14:textId="77777777" w:rsidR="001E54D4" w:rsidRDefault="001E54D4"/>
        </w:tc>
      </w:tr>
      <w:tr w:rsidR="001E54D4" w14:paraId="62EBF3C5" w14:textId="77777777">
        <w:tc>
          <w:tcPr>
            <w:tcW w:w="10368" w:type="dxa"/>
            <w:gridSpan w:val="2"/>
            <w:tcBorders>
              <w:bottom w:val="single" w:sz="8" w:space="0" w:color="E9DDFF"/>
            </w:tcBorders>
            <w:tcMar>
              <w:top w:w="15" w:type="dxa"/>
              <w:left w:w="20" w:type="dxa"/>
              <w:bottom w:w="55" w:type="dxa"/>
              <w:right w:w="20" w:type="dxa"/>
            </w:tcMar>
          </w:tcPr>
          <w:p w14:paraId="6D98A12B" w14:textId="77777777" w:rsidR="001E54D4" w:rsidRDefault="001E54D4"/>
        </w:tc>
      </w:tr>
      <w:tr w:rsidR="001E54D4" w14:paraId="500D4D14" w14:textId="77777777">
        <w:tblPrEx>
          <w:tblBorders>
            <w:top w:val="single" w:sz="4" w:space="0" w:color="4E2E86"/>
            <w:left w:val="single" w:sz="4" w:space="0" w:color="4E2E86"/>
            <w:bottom w:val="single" w:sz="4" w:space="0" w:color="4E2E86"/>
            <w:right w:val="single" w:sz="4" w:space="0" w:color="4E2E86"/>
            <w:insideH w:val="single" w:sz="4" w:space="0" w:color="4E2E86"/>
            <w:insideV w:val="single" w:sz="4" w:space="0" w:color="4E2E86"/>
          </w:tblBorders>
        </w:tblPrEx>
        <w:trPr>
          <w:gridAfter w:val="1"/>
          <w:wAfter w:w="110" w:type="dxa"/>
        </w:trPr>
        <w:tc>
          <w:tcPr>
            <w:tcW w:w="10368" w:type="dxa"/>
            <w:shd w:val="clear" w:color="auto" w:fill="4E2E86"/>
            <w:tcMar>
              <w:top w:w="70" w:type="dxa"/>
              <w:left w:w="130" w:type="dxa"/>
              <w:bottom w:w="70" w:type="dxa"/>
              <w:right w:w="130" w:type="dxa"/>
            </w:tcMar>
          </w:tcPr>
          <w:p w14:paraId="520467DA" w14:textId="1254D951" w:rsidR="001E54D4" w:rsidRDefault="00525F87">
            <w:pPr>
              <w:spacing w:after="0"/>
            </w:pPr>
            <w:r>
              <w:rPr>
                <w:rFonts w:ascii="Aptos Display" w:hAnsi="Aptos Display"/>
                <w:b/>
                <w:color w:val="FFFFFF"/>
                <w:sz w:val="21"/>
              </w:rPr>
              <w:t>5. ANGER MANAGEMENT &amp; SAFETY SCREEN</w:t>
            </w:r>
            <w:r w:rsidR="0079432B">
              <w:rPr>
                <w:rFonts w:ascii="Aptos Display" w:hAnsi="Aptos Display"/>
                <w:b/>
                <w:color w:val="FFFFFF"/>
                <w:sz w:val="21"/>
              </w:rPr>
              <w:t xml:space="preserve"> </w:t>
            </w:r>
            <w:r w:rsidR="0079432B" w:rsidRPr="0079432B">
              <w:rPr>
                <w:rFonts w:ascii="Aptos Display" w:hAnsi="Aptos Display"/>
                <w:bCs/>
                <w:i/>
                <w:iCs/>
                <w:color w:val="FFFFFF"/>
                <w:sz w:val="21"/>
              </w:rPr>
              <w:t>(select all that apply)</w:t>
            </w:r>
          </w:p>
        </w:tc>
      </w:tr>
    </w:tbl>
    <w:tbl>
      <w:tblPr>
        <w:tblW w:w="0" w:type="auto"/>
        <w:tblLayout w:type="fixed"/>
        <w:tblLook w:val="04A0" w:firstRow="1" w:lastRow="0" w:firstColumn="1" w:lastColumn="0" w:noHBand="0" w:noVBand="1"/>
      </w:tblPr>
      <w:tblGrid>
        <w:gridCol w:w="10368"/>
      </w:tblGrid>
      <w:tr w:rsidR="001E54D4" w14:paraId="4F48A2FD" w14:textId="77777777">
        <w:tc>
          <w:tcPr>
            <w:tcW w:w="10368" w:type="dxa"/>
            <w:tcMar>
              <w:top w:w="35" w:type="dxa"/>
              <w:left w:w="65" w:type="dxa"/>
              <w:bottom w:w="35" w:type="dxa"/>
              <w:right w:w="65" w:type="dxa"/>
            </w:tcMar>
          </w:tcPr>
          <w:p w14:paraId="2B38F75E" w14:textId="5552B0D8" w:rsidR="001E54D4" w:rsidRDefault="0069624A">
            <w:r>
              <w:t>___</w:t>
            </w:r>
            <w:r w:rsidR="00525F87">
              <w:t xml:space="preserve"> Not applicable to my coaching goals</w:t>
            </w:r>
          </w:p>
        </w:tc>
      </w:tr>
      <w:tr w:rsidR="001E54D4" w14:paraId="6DCFBCBC" w14:textId="77777777">
        <w:tc>
          <w:tcPr>
            <w:tcW w:w="10368" w:type="dxa"/>
            <w:tcMar>
              <w:top w:w="35" w:type="dxa"/>
              <w:left w:w="65" w:type="dxa"/>
              <w:bottom w:w="35" w:type="dxa"/>
              <w:right w:w="65" w:type="dxa"/>
            </w:tcMar>
          </w:tcPr>
          <w:p w14:paraId="11A0E344" w14:textId="290D3E20" w:rsidR="001E54D4" w:rsidRDefault="0069624A">
            <w:r>
              <w:t>___</w:t>
            </w:r>
            <w:r w:rsidR="00525F87">
              <w:t xml:space="preserve"> Frequent arguments or verbal escalation</w:t>
            </w:r>
          </w:p>
        </w:tc>
      </w:tr>
      <w:tr w:rsidR="001E54D4" w14:paraId="13DDB141" w14:textId="77777777">
        <w:tc>
          <w:tcPr>
            <w:tcW w:w="10368" w:type="dxa"/>
            <w:tcMar>
              <w:top w:w="35" w:type="dxa"/>
              <w:left w:w="65" w:type="dxa"/>
              <w:bottom w:w="35" w:type="dxa"/>
              <w:right w:w="65" w:type="dxa"/>
            </w:tcMar>
          </w:tcPr>
          <w:p w14:paraId="25D2F89B" w14:textId="24920443" w:rsidR="001E54D4" w:rsidRDefault="0069624A">
            <w:r>
              <w:t>___</w:t>
            </w:r>
            <w:r w:rsidR="00525F87">
              <w:t xml:space="preserve"> Difficulty calming down after conflict</w:t>
            </w:r>
          </w:p>
        </w:tc>
      </w:tr>
      <w:tr w:rsidR="001E54D4" w14:paraId="3A0ED118" w14:textId="77777777">
        <w:tc>
          <w:tcPr>
            <w:tcW w:w="10368" w:type="dxa"/>
            <w:tcMar>
              <w:top w:w="35" w:type="dxa"/>
              <w:left w:w="65" w:type="dxa"/>
              <w:bottom w:w="35" w:type="dxa"/>
              <w:right w:w="65" w:type="dxa"/>
            </w:tcMar>
          </w:tcPr>
          <w:p w14:paraId="11AF632E" w14:textId="2893FE61" w:rsidR="001E54D4" w:rsidRDefault="0069624A">
            <w:r>
              <w:t>___</w:t>
            </w:r>
            <w:r w:rsidR="00525F87">
              <w:t xml:space="preserve"> Property damage or aggressive behavior</w:t>
            </w:r>
          </w:p>
        </w:tc>
      </w:tr>
      <w:tr w:rsidR="001E54D4" w14:paraId="2B2D5199" w14:textId="77777777">
        <w:tc>
          <w:tcPr>
            <w:tcW w:w="10368" w:type="dxa"/>
            <w:tcMar>
              <w:top w:w="35" w:type="dxa"/>
              <w:left w:w="65" w:type="dxa"/>
              <w:bottom w:w="35" w:type="dxa"/>
              <w:right w:w="65" w:type="dxa"/>
            </w:tcMar>
          </w:tcPr>
          <w:p w14:paraId="13C599FF" w14:textId="0FEC9DA4" w:rsidR="001E54D4" w:rsidRDefault="0069624A">
            <w:r>
              <w:t>___</w:t>
            </w:r>
            <w:r w:rsidR="00525F87">
              <w:t xml:space="preserve"> Work, school, family, or legal consequences related to anger</w:t>
            </w:r>
          </w:p>
        </w:tc>
      </w:tr>
      <w:tr w:rsidR="001E54D4" w14:paraId="2645FB15" w14:textId="77777777">
        <w:tc>
          <w:tcPr>
            <w:tcW w:w="10368" w:type="dxa"/>
            <w:tcMar>
              <w:top w:w="35" w:type="dxa"/>
              <w:left w:w="65" w:type="dxa"/>
              <w:bottom w:w="35" w:type="dxa"/>
              <w:right w:w="65" w:type="dxa"/>
            </w:tcMar>
          </w:tcPr>
          <w:p w14:paraId="29018C21" w14:textId="0AB7645B" w:rsidR="001E54D4" w:rsidRDefault="0069624A">
            <w:r>
              <w:t>___</w:t>
            </w:r>
            <w:r w:rsidR="00525F87">
              <w:t xml:space="preserve"> Concern about harming myself or another person</w:t>
            </w:r>
          </w:p>
        </w:tc>
      </w:tr>
      <w:tr w:rsidR="001E54D4" w14:paraId="1200DD35" w14:textId="77777777">
        <w:tc>
          <w:tcPr>
            <w:tcW w:w="10368" w:type="dxa"/>
            <w:tcMar>
              <w:top w:w="35" w:type="dxa"/>
              <w:left w:w="65" w:type="dxa"/>
              <w:bottom w:w="35" w:type="dxa"/>
              <w:right w:w="65" w:type="dxa"/>
            </w:tcMar>
          </w:tcPr>
          <w:p w14:paraId="51A3F099" w14:textId="1418B57A" w:rsidR="001E54D4" w:rsidRDefault="0069624A">
            <w:r>
              <w:t>___</w:t>
            </w:r>
            <w:r w:rsidR="00525F87">
              <w:t xml:space="preserve"> Prefer to discuss privately with the coach</w:t>
            </w:r>
          </w:p>
        </w:tc>
      </w:tr>
    </w:tbl>
    <w:p w14:paraId="5BD2B569" w14:textId="77777777" w:rsidR="001E54D4" w:rsidRDefault="00525F87">
      <w:pPr>
        <w:spacing w:before="60"/>
      </w:pPr>
      <w:r>
        <w:rPr>
          <w:b/>
          <w:color w:val="4E2E86"/>
        </w:rPr>
        <w:t>Describe common triggers, warning signs, and strategies that help you de-escalate:</w:t>
      </w:r>
    </w:p>
    <w:tbl>
      <w:tblPr>
        <w:tblW w:w="0" w:type="auto"/>
        <w:tblLook w:val="04A0" w:firstRow="1" w:lastRow="0" w:firstColumn="1" w:lastColumn="0" w:noHBand="0" w:noVBand="1"/>
      </w:tblPr>
      <w:tblGrid>
        <w:gridCol w:w="10259"/>
        <w:gridCol w:w="109"/>
      </w:tblGrid>
      <w:tr w:rsidR="001E54D4" w14:paraId="2946DB82" w14:textId="77777777">
        <w:tc>
          <w:tcPr>
            <w:tcW w:w="10368" w:type="dxa"/>
            <w:gridSpan w:val="2"/>
            <w:tcBorders>
              <w:bottom w:val="single" w:sz="8" w:space="0" w:color="E9DDFF"/>
            </w:tcBorders>
            <w:tcMar>
              <w:top w:w="15" w:type="dxa"/>
              <w:left w:w="20" w:type="dxa"/>
              <w:bottom w:w="55" w:type="dxa"/>
              <w:right w:w="20" w:type="dxa"/>
            </w:tcMar>
          </w:tcPr>
          <w:p w14:paraId="5997CC1D" w14:textId="77777777" w:rsidR="001E54D4" w:rsidRDefault="001E54D4"/>
        </w:tc>
      </w:tr>
      <w:tr w:rsidR="001E54D4" w14:paraId="110FFD37" w14:textId="77777777">
        <w:tc>
          <w:tcPr>
            <w:tcW w:w="10368" w:type="dxa"/>
            <w:gridSpan w:val="2"/>
            <w:tcBorders>
              <w:bottom w:val="single" w:sz="8" w:space="0" w:color="E9DDFF"/>
            </w:tcBorders>
            <w:tcMar>
              <w:top w:w="15" w:type="dxa"/>
              <w:left w:w="20" w:type="dxa"/>
              <w:bottom w:w="55" w:type="dxa"/>
              <w:right w:w="20" w:type="dxa"/>
            </w:tcMar>
          </w:tcPr>
          <w:p w14:paraId="6B699379" w14:textId="77777777" w:rsidR="001E54D4" w:rsidRDefault="001E54D4"/>
        </w:tc>
      </w:tr>
      <w:tr w:rsidR="001E54D4" w14:paraId="3FE9F23F" w14:textId="77777777">
        <w:tc>
          <w:tcPr>
            <w:tcW w:w="10368" w:type="dxa"/>
            <w:gridSpan w:val="2"/>
            <w:tcBorders>
              <w:bottom w:val="single" w:sz="8" w:space="0" w:color="E9DDFF"/>
            </w:tcBorders>
            <w:tcMar>
              <w:top w:w="15" w:type="dxa"/>
              <w:left w:w="20" w:type="dxa"/>
              <w:bottom w:w="55" w:type="dxa"/>
              <w:right w:w="20" w:type="dxa"/>
            </w:tcMar>
          </w:tcPr>
          <w:p w14:paraId="1F72F646" w14:textId="77777777" w:rsidR="001E54D4" w:rsidRDefault="001E54D4"/>
        </w:tc>
      </w:tr>
      <w:tr w:rsidR="001E54D4" w14:paraId="51EE4B0B" w14:textId="77777777">
        <w:tblPrEx>
          <w:tblBorders>
            <w:top w:val="single" w:sz="4" w:space="0" w:color="4E2E86"/>
            <w:left w:val="single" w:sz="4" w:space="0" w:color="4E2E86"/>
            <w:bottom w:val="single" w:sz="4" w:space="0" w:color="4E2E86"/>
            <w:right w:val="single" w:sz="4" w:space="0" w:color="4E2E86"/>
            <w:insideH w:val="single" w:sz="4" w:space="0" w:color="4E2E86"/>
            <w:insideV w:val="single" w:sz="4" w:space="0" w:color="4E2E86"/>
          </w:tblBorders>
        </w:tblPrEx>
        <w:trPr>
          <w:gridAfter w:val="1"/>
          <w:wAfter w:w="110" w:type="dxa"/>
        </w:trPr>
        <w:tc>
          <w:tcPr>
            <w:tcW w:w="10368" w:type="dxa"/>
            <w:shd w:val="clear" w:color="auto" w:fill="4E2E86"/>
            <w:tcMar>
              <w:top w:w="70" w:type="dxa"/>
              <w:left w:w="130" w:type="dxa"/>
              <w:bottom w:w="70" w:type="dxa"/>
              <w:right w:w="130" w:type="dxa"/>
            </w:tcMar>
          </w:tcPr>
          <w:p w14:paraId="7A7F14EF" w14:textId="77777777" w:rsidR="001E54D4" w:rsidRDefault="00525F87">
            <w:pPr>
              <w:spacing w:after="0"/>
            </w:pPr>
            <w:r>
              <w:rPr>
                <w:rFonts w:ascii="Aptos Display" w:hAnsi="Aptos Display"/>
                <w:b/>
                <w:color w:val="FFFFFF"/>
                <w:sz w:val="21"/>
              </w:rPr>
              <w:t>6. SUBSTANCE USE &amp; RECOVERY SUPPORT SCREEN</w:t>
            </w:r>
          </w:p>
        </w:tc>
      </w:tr>
    </w:tbl>
    <w:tbl>
      <w:tblPr>
        <w:tblW w:w="0" w:type="auto"/>
        <w:tblLayout w:type="fixed"/>
        <w:tblLook w:val="04A0" w:firstRow="1" w:lastRow="0" w:firstColumn="1" w:lastColumn="0" w:noHBand="0" w:noVBand="1"/>
      </w:tblPr>
      <w:tblGrid>
        <w:gridCol w:w="10368"/>
      </w:tblGrid>
      <w:tr w:rsidR="001E54D4" w14:paraId="40AA635A" w14:textId="77777777">
        <w:tc>
          <w:tcPr>
            <w:tcW w:w="10368" w:type="dxa"/>
            <w:tcMar>
              <w:top w:w="35" w:type="dxa"/>
              <w:left w:w="65" w:type="dxa"/>
              <w:bottom w:w="35" w:type="dxa"/>
              <w:right w:w="65" w:type="dxa"/>
            </w:tcMar>
          </w:tcPr>
          <w:p w14:paraId="128C1FD1" w14:textId="23576561" w:rsidR="001E54D4" w:rsidRDefault="0079432B">
            <w:r>
              <w:t>___</w:t>
            </w:r>
            <w:r w:rsidR="00525F87">
              <w:t xml:space="preserve"> Not applicable to my coaching goals</w:t>
            </w:r>
          </w:p>
        </w:tc>
      </w:tr>
      <w:tr w:rsidR="001E54D4" w14:paraId="3AE9925E" w14:textId="77777777">
        <w:tc>
          <w:tcPr>
            <w:tcW w:w="10368" w:type="dxa"/>
            <w:tcMar>
              <w:top w:w="35" w:type="dxa"/>
              <w:left w:w="65" w:type="dxa"/>
              <w:bottom w:w="35" w:type="dxa"/>
              <w:right w:w="65" w:type="dxa"/>
            </w:tcMar>
          </w:tcPr>
          <w:p w14:paraId="105BAB7D" w14:textId="341AD36C" w:rsidR="001E54D4" w:rsidRDefault="0079432B">
            <w:r>
              <w:t>___</w:t>
            </w:r>
            <w:r w:rsidR="00525F87">
              <w:t xml:space="preserve"> Currently abstinent</w:t>
            </w:r>
          </w:p>
        </w:tc>
      </w:tr>
      <w:tr w:rsidR="001E54D4" w14:paraId="78F45A9B" w14:textId="77777777">
        <w:tc>
          <w:tcPr>
            <w:tcW w:w="10368" w:type="dxa"/>
            <w:tcMar>
              <w:top w:w="35" w:type="dxa"/>
              <w:left w:w="65" w:type="dxa"/>
              <w:bottom w:w="35" w:type="dxa"/>
              <w:right w:w="65" w:type="dxa"/>
            </w:tcMar>
          </w:tcPr>
          <w:p w14:paraId="1CBCEC65" w14:textId="2B251DD1" w:rsidR="001E54D4" w:rsidRDefault="0079432B">
            <w:r>
              <w:t>___</w:t>
            </w:r>
            <w:r w:rsidR="00525F87">
              <w:t xml:space="preserve"> Working toward reduced use or harm reduction</w:t>
            </w:r>
          </w:p>
        </w:tc>
      </w:tr>
      <w:tr w:rsidR="001E54D4" w14:paraId="60C2D41C" w14:textId="77777777">
        <w:tc>
          <w:tcPr>
            <w:tcW w:w="10368" w:type="dxa"/>
            <w:tcMar>
              <w:top w:w="35" w:type="dxa"/>
              <w:left w:w="65" w:type="dxa"/>
              <w:bottom w:w="35" w:type="dxa"/>
              <w:right w:w="65" w:type="dxa"/>
            </w:tcMar>
          </w:tcPr>
          <w:p w14:paraId="2CB65A5D" w14:textId="6C55C4A5" w:rsidR="001E54D4" w:rsidRDefault="0079432B">
            <w:r>
              <w:t>___</w:t>
            </w:r>
            <w:r w:rsidR="00525F87">
              <w:t xml:space="preserve"> Currently in treatment or a recovery program</w:t>
            </w:r>
          </w:p>
        </w:tc>
      </w:tr>
      <w:tr w:rsidR="001E54D4" w14:paraId="413447BB" w14:textId="77777777">
        <w:tc>
          <w:tcPr>
            <w:tcW w:w="10368" w:type="dxa"/>
            <w:tcMar>
              <w:top w:w="35" w:type="dxa"/>
              <w:left w:w="65" w:type="dxa"/>
              <w:bottom w:w="35" w:type="dxa"/>
              <w:right w:w="65" w:type="dxa"/>
            </w:tcMar>
          </w:tcPr>
          <w:p w14:paraId="598BD2C8" w14:textId="1718A8CA" w:rsidR="001E54D4" w:rsidRDefault="0079432B">
            <w:r>
              <w:t>___</w:t>
            </w:r>
            <w:r w:rsidR="00525F87">
              <w:t xml:space="preserve"> History of </w:t>
            </w:r>
            <w:proofErr w:type="gramStart"/>
            <w:r w:rsidR="00525F87">
              <w:t>relapse</w:t>
            </w:r>
            <w:proofErr w:type="gramEnd"/>
            <w:r w:rsidR="00525F87">
              <w:t xml:space="preserve"> or return to use</w:t>
            </w:r>
          </w:p>
        </w:tc>
      </w:tr>
      <w:tr w:rsidR="001E54D4" w14:paraId="7A564E7B" w14:textId="77777777">
        <w:tc>
          <w:tcPr>
            <w:tcW w:w="10368" w:type="dxa"/>
            <w:tcMar>
              <w:top w:w="35" w:type="dxa"/>
              <w:left w:w="65" w:type="dxa"/>
              <w:bottom w:w="35" w:type="dxa"/>
              <w:right w:w="65" w:type="dxa"/>
            </w:tcMar>
          </w:tcPr>
          <w:p w14:paraId="1A19D578" w14:textId="43979A33" w:rsidR="001E54D4" w:rsidRDefault="0079432B">
            <w:r>
              <w:t>___</w:t>
            </w:r>
            <w:r w:rsidR="00525F87">
              <w:t xml:space="preserve"> Concern about withdrawal, overdose, or immediate medical risk</w:t>
            </w:r>
          </w:p>
        </w:tc>
      </w:tr>
      <w:tr w:rsidR="001E54D4" w14:paraId="542A1018" w14:textId="77777777">
        <w:tc>
          <w:tcPr>
            <w:tcW w:w="10368" w:type="dxa"/>
            <w:tcMar>
              <w:top w:w="35" w:type="dxa"/>
              <w:left w:w="65" w:type="dxa"/>
              <w:bottom w:w="35" w:type="dxa"/>
              <w:right w:w="65" w:type="dxa"/>
            </w:tcMar>
          </w:tcPr>
          <w:p w14:paraId="3BF47734" w14:textId="61432CE2" w:rsidR="001E54D4" w:rsidRDefault="0079432B">
            <w:r>
              <w:t>___</w:t>
            </w:r>
            <w:r w:rsidR="00525F87">
              <w:t xml:space="preserve"> Prefer to discuss privately with the coach</w:t>
            </w:r>
          </w:p>
        </w:tc>
      </w:tr>
    </w:tbl>
    <w:p w14:paraId="0300075D" w14:textId="77777777" w:rsidR="001E54D4" w:rsidRDefault="00525F87">
      <w:pPr>
        <w:spacing w:before="60"/>
      </w:pPr>
      <w:r>
        <w:rPr>
          <w:b/>
          <w:color w:val="4E2E86"/>
        </w:rPr>
        <w:t>If relevant, identify substances, current recovery goals, triggers, and supports:</w:t>
      </w:r>
    </w:p>
    <w:tbl>
      <w:tblPr>
        <w:tblW w:w="0" w:type="auto"/>
        <w:tblLook w:val="04A0" w:firstRow="1" w:lastRow="0" w:firstColumn="1" w:lastColumn="0" w:noHBand="0" w:noVBand="1"/>
      </w:tblPr>
      <w:tblGrid>
        <w:gridCol w:w="10259"/>
        <w:gridCol w:w="109"/>
      </w:tblGrid>
      <w:tr w:rsidR="001E54D4" w14:paraId="08CE6F91" w14:textId="77777777">
        <w:tc>
          <w:tcPr>
            <w:tcW w:w="10368" w:type="dxa"/>
            <w:gridSpan w:val="2"/>
            <w:tcBorders>
              <w:bottom w:val="single" w:sz="8" w:space="0" w:color="E9DDFF"/>
            </w:tcBorders>
            <w:tcMar>
              <w:top w:w="15" w:type="dxa"/>
              <w:left w:w="20" w:type="dxa"/>
              <w:bottom w:w="55" w:type="dxa"/>
              <w:right w:w="20" w:type="dxa"/>
            </w:tcMar>
          </w:tcPr>
          <w:p w14:paraId="61CDCEAD" w14:textId="77777777" w:rsidR="001E54D4" w:rsidRDefault="001E54D4"/>
        </w:tc>
      </w:tr>
      <w:tr w:rsidR="001E54D4" w14:paraId="6BB9E253" w14:textId="77777777">
        <w:tc>
          <w:tcPr>
            <w:tcW w:w="10368" w:type="dxa"/>
            <w:gridSpan w:val="2"/>
            <w:tcBorders>
              <w:bottom w:val="single" w:sz="8" w:space="0" w:color="E9DDFF"/>
            </w:tcBorders>
            <w:tcMar>
              <w:top w:w="15" w:type="dxa"/>
              <w:left w:w="20" w:type="dxa"/>
              <w:bottom w:w="55" w:type="dxa"/>
              <w:right w:w="20" w:type="dxa"/>
            </w:tcMar>
          </w:tcPr>
          <w:p w14:paraId="23DE523C" w14:textId="77777777" w:rsidR="001E54D4" w:rsidRDefault="001E54D4"/>
        </w:tc>
      </w:tr>
      <w:tr w:rsidR="001E54D4" w14:paraId="52E56223" w14:textId="77777777">
        <w:tc>
          <w:tcPr>
            <w:tcW w:w="10368" w:type="dxa"/>
            <w:gridSpan w:val="2"/>
            <w:tcBorders>
              <w:bottom w:val="single" w:sz="8" w:space="0" w:color="E9DDFF"/>
            </w:tcBorders>
            <w:tcMar>
              <w:top w:w="15" w:type="dxa"/>
              <w:left w:w="20" w:type="dxa"/>
              <w:bottom w:w="55" w:type="dxa"/>
              <w:right w:w="20" w:type="dxa"/>
            </w:tcMar>
          </w:tcPr>
          <w:p w14:paraId="07547A01" w14:textId="77777777" w:rsidR="001E54D4" w:rsidRDefault="001E54D4"/>
        </w:tc>
      </w:tr>
      <w:tr w:rsidR="001E54D4" w14:paraId="262C6A4F" w14:textId="77777777">
        <w:tblPrEx>
          <w:tblBorders>
            <w:top w:val="single" w:sz="7" w:space="0" w:color="E9DDFF"/>
            <w:left w:val="single" w:sz="7" w:space="0" w:color="E9DDFF"/>
            <w:bottom w:val="single" w:sz="7" w:space="0" w:color="E9DDFF"/>
            <w:right w:val="single" w:sz="7" w:space="0" w:color="E9DDFF"/>
            <w:insideH w:val="single" w:sz="7" w:space="0" w:color="E9DDFF"/>
            <w:insideV w:val="single" w:sz="7" w:space="0" w:color="E9DDFF"/>
          </w:tblBorders>
        </w:tblPrEx>
        <w:trPr>
          <w:gridAfter w:val="1"/>
          <w:wAfter w:w="120" w:type="dxa"/>
        </w:trPr>
        <w:tc>
          <w:tcPr>
            <w:tcW w:w="10368" w:type="dxa"/>
            <w:shd w:val="clear" w:color="auto" w:fill="F7F4FF"/>
            <w:tcMar>
              <w:top w:w="100" w:type="dxa"/>
              <w:left w:w="140" w:type="dxa"/>
              <w:bottom w:w="100" w:type="dxa"/>
              <w:right w:w="140" w:type="dxa"/>
            </w:tcMar>
          </w:tcPr>
          <w:p w14:paraId="4EBF349D" w14:textId="77777777" w:rsidR="001E54D4" w:rsidRDefault="00525F87">
            <w:r>
              <w:rPr>
                <w:b/>
                <w:color w:val="4E2E86"/>
              </w:rPr>
              <w:t xml:space="preserve">Important: </w:t>
            </w:r>
            <w:r>
              <w:rPr>
                <w:i/>
                <w:color w:val="66616D"/>
              </w:rPr>
              <w:t>If there is an immediate threat of harm, overdose, severe withdrawal, or other medical emergency, contact emergency services or an appropriate licensed crisis or medical provider. Coaching sessions are not emergency services.</w:t>
            </w:r>
          </w:p>
        </w:tc>
      </w:tr>
      <w:tr w:rsidR="001E54D4" w14:paraId="09D09956" w14:textId="77777777">
        <w:tblPrEx>
          <w:tblBorders>
            <w:top w:val="single" w:sz="4" w:space="0" w:color="4E2E86"/>
            <w:left w:val="single" w:sz="4" w:space="0" w:color="4E2E86"/>
            <w:bottom w:val="single" w:sz="4" w:space="0" w:color="4E2E86"/>
            <w:right w:val="single" w:sz="4" w:space="0" w:color="4E2E86"/>
            <w:insideH w:val="single" w:sz="4" w:space="0" w:color="4E2E86"/>
            <w:insideV w:val="single" w:sz="4" w:space="0" w:color="4E2E86"/>
          </w:tblBorders>
        </w:tblPrEx>
        <w:trPr>
          <w:gridAfter w:val="1"/>
          <w:wAfter w:w="110" w:type="dxa"/>
        </w:trPr>
        <w:tc>
          <w:tcPr>
            <w:tcW w:w="10368" w:type="dxa"/>
            <w:shd w:val="clear" w:color="auto" w:fill="4E2E86"/>
            <w:tcMar>
              <w:top w:w="70" w:type="dxa"/>
              <w:left w:w="130" w:type="dxa"/>
              <w:bottom w:w="70" w:type="dxa"/>
              <w:right w:w="130" w:type="dxa"/>
            </w:tcMar>
          </w:tcPr>
          <w:p w14:paraId="6A19A5CC" w14:textId="77777777" w:rsidR="001E54D4" w:rsidRDefault="00525F87">
            <w:pPr>
              <w:spacing w:after="0"/>
            </w:pPr>
            <w:r>
              <w:rPr>
                <w:rFonts w:ascii="Aptos Display" w:hAnsi="Aptos Display"/>
                <w:b/>
                <w:color w:val="FFFFFF"/>
                <w:sz w:val="21"/>
              </w:rPr>
              <w:t>7. COACHING READINESS &amp; PREFERENCES</w:t>
            </w:r>
          </w:p>
        </w:tc>
      </w:tr>
    </w:tbl>
    <w:tbl>
      <w:tblPr>
        <w:tblW w:w="0" w:type="auto"/>
        <w:tblLayout w:type="fixed"/>
        <w:tblLook w:val="04A0" w:firstRow="1" w:lastRow="0" w:firstColumn="1" w:lastColumn="0" w:noHBand="0" w:noVBand="1"/>
      </w:tblPr>
      <w:tblGrid>
        <w:gridCol w:w="10368"/>
      </w:tblGrid>
      <w:tr w:rsidR="001E54D4" w14:paraId="2993B02E" w14:textId="77777777">
        <w:tc>
          <w:tcPr>
            <w:tcW w:w="10368" w:type="dxa"/>
            <w:tcMar>
              <w:top w:w="35" w:type="dxa"/>
              <w:left w:w="65" w:type="dxa"/>
              <w:bottom w:w="35" w:type="dxa"/>
              <w:right w:w="65" w:type="dxa"/>
            </w:tcMar>
          </w:tcPr>
          <w:p w14:paraId="478382D1" w14:textId="04AE334C" w:rsidR="001E54D4" w:rsidRDefault="00A87572">
            <w:r>
              <w:t>___</w:t>
            </w:r>
            <w:r w:rsidR="00525F87">
              <w:t xml:space="preserve"> I am ready to set specific goals</w:t>
            </w:r>
          </w:p>
        </w:tc>
      </w:tr>
      <w:tr w:rsidR="001E54D4" w14:paraId="70896692" w14:textId="77777777">
        <w:tc>
          <w:tcPr>
            <w:tcW w:w="10368" w:type="dxa"/>
            <w:tcMar>
              <w:top w:w="35" w:type="dxa"/>
              <w:left w:w="65" w:type="dxa"/>
              <w:bottom w:w="35" w:type="dxa"/>
              <w:right w:w="65" w:type="dxa"/>
            </w:tcMar>
          </w:tcPr>
          <w:p w14:paraId="654D9EC6" w14:textId="37258D59" w:rsidR="001E54D4" w:rsidRDefault="00A87572">
            <w:r>
              <w:t>___</w:t>
            </w:r>
            <w:r w:rsidR="00525F87">
              <w:t xml:space="preserve"> I am willing to practice skills between sessions</w:t>
            </w:r>
          </w:p>
        </w:tc>
      </w:tr>
      <w:tr w:rsidR="001E54D4" w14:paraId="6B18C722" w14:textId="77777777">
        <w:tc>
          <w:tcPr>
            <w:tcW w:w="10368" w:type="dxa"/>
            <w:tcMar>
              <w:top w:w="35" w:type="dxa"/>
              <w:left w:w="65" w:type="dxa"/>
              <w:bottom w:w="35" w:type="dxa"/>
              <w:right w:w="65" w:type="dxa"/>
            </w:tcMar>
          </w:tcPr>
          <w:p w14:paraId="63FD399F" w14:textId="5261090E" w:rsidR="001E54D4" w:rsidRDefault="00A87572">
            <w:r>
              <w:t>___</w:t>
            </w:r>
            <w:r w:rsidR="00525F87">
              <w:t xml:space="preserve"> I would benefit from reminders or written action steps</w:t>
            </w:r>
          </w:p>
        </w:tc>
      </w:tr>
      <w:tr w:rsidR="001E54D4" w14:paraId="4AC3337A" w14:textId="77777777">
        <w:tc>
          <w:tcPr>
            <w:tcW w:w="10368" w:type="dxa"/>
            <w:tcMar>
              <w:top w:w="35" w:type="dxa"/>
              <w:left w:w="65" w:type="dxa"/>
              <w:bottom w:w="35" w:type="dxa"/>
              <w:right w:w="65" w:type="dxa"/>
            </w:tcMar>
          </w:tcPr>
          <w:p w14:paraId="06836E50" w14:textId="166A082C" w:rsidR="001E54D4" w:rsidRDefault="00A87572">
            <w:r>
              <w:t>___</w:t>
            </w:r>
            <w:r w:rsidR="00525F87">
              <w:t xml:space="preserve"> I prefer visual tools, checklists, or worksheets</w:t>
            </w:r>
          </w:p>
        </w:tc>
      </w:tr>
      <w:tr w:rsidR="001E54D4" w14:paraId="0CDEDBCA" w14:textId="77777777">
        <w:tc>
          <w:tcPr>
            <w:tcW w:w="10368" w:type="dxa"/>
            <w:tcMar>
              <w:top w:w="35" w:type="dxa"/>
              <w:left w:w="65" w:type="dxa"/>
              <w:bottom w:w="35" w:type="dxa"/>
              <w:right w:w="65" w:type="dxa"/>
            </w:tcMar>
          </w:tcPr>
          <w:p w14:paraId="10D1FA00" w14:textId="5A7E6813" w:rsidR="001E54D4" w:rsidRDefault="00A87572">
            <w:r>
              <w:t>___</w:t>
            </w:r>
            <w:r w:rsidR="00525F87">
              <w:t xml:space="preserve"> I prefer direct accountability</w:t>
            </w:r>
          </w:p>
        </w:tc>
      </w:tr>
      <w:tr w:rsidR="001E54D4" w14:paraId="76215765" w14:textId="77777777">
        <w:tc>
          <w:tcPr>
            <w:tcW w:w="10368" w:type="dxa"/>
            <w:tcMar>
              <w:top w:w="35" w:type="dxa"/>
              <w:left w:w="65" w:type="dxa"/>
              <w:bottom w:w="35" w:type="dxa"/>
              <w:right w:w="65" w:type="dxa"/>
            </w:tcMar>
          </w:tcPr>
          <w:p w14:paraId="3356802E" w14:textId="497253C8" w:rsidR="001E54D4" w:rsidRDefault="00A87572">
            <w:r>
              <w:t>___</w:t>
            </w:r>
            <w:r w:rsidR="00525F87">
              <w:t xml:space="preserve"> I prefer a slower, supportive pace</w:t>
            </w:r>
          </w:p>
        </w:tc>
      </w:tr>
      <w:tr w:rsidR="001E54D4" w14:paraId="708FBE3D" w14:textId="77777777">
        <w:tc>
          <w:tcPr>
            <w:tcW w:w="10368" w:type="dxa"/>
            <w:tcMar>
              <w:top w:w="35" w:type="dxa"/>
              <w:left w:w="65" w:type="dxa"/>
              <w:bottom w:w="35" w:type="dxa"/>
              <w:right w:w="65" w:type="dxa"/>
            </w:tcMar>
          </w:tcPr>
          <w:p w14:paraId="57855428" w14:textId="490AB5EB" w:rsidR="001E54D4" w:rsidRDefault="00A87572">
            <w:r>
              <w:t>___</w:t>
            </w:r>
            <w:r w:rsidR="00525F87">
              <w:t xml:space="preserve"> I may need accessibility or communication accommodations</w:t>
            </w:r>
          </w:p>
        </w:tc>
      </w:tr>
    </w:tbl>
    <w:p w14:paraId="1B20E41F" w14:textId="77777777" w:rsidR="001E54D4" w:rsidRDefault="00525F87">
      <w:pPr>
        <w:spacing w:before="60"/>
      </w:pPr>
      <w:r>
        <w:rPr>
          <w:b/>
          <w:color w:val="4E2E86"/>
        </w:rPr>
        <w:t>Describe preferred communication style, accommodations, scheduling needs, or accountability preferences:</w:t>
      </w:r>
    </w:p>
    <w:tbl>
      <w:tblPr>
        <w:tblW w:w="0" w:type="auto"/>
        <w:tblLook w:val="04A0" w:firstRow="1" w:lastRow="0" w:firstColumn="1" w:lastColumn="0" w:noHBand="0" w:noVBand="1"/>
      </w:tblPr>
      <w:tblGrid>
        <w:gridCol w:w="10259"/>
        <w:gridCol w:w="109"/>
      </w:tblGrid>
      <w:tr w:rsidR="001E54D4" w14:paraId="5043CB0F" w14:textId="77777777">
        <w:tc>
          <w:tcPr>
            <w:tcW w:w="10368" w:type="dxa"/>
            <w:gridSpan w:val="2"/>
            <w:tcBorders>
              <w:bottom w:val="single" w:sz="8" w:space="0" w:color="E9DDFF"/>
            </w:tcBorders>
            <w:tcMar>
              <w:top w:w="15" w:type="dxa"/>
              <w:left w:w="20" w:type="dxa"/>
              <w:bottom w:w="55" w:type="dxa"/>
              <w:right w:w="20" w:type="dxa"/>
            </w:tcMar>
          </w:tcPr>
          <w:p w14:paraId="07459315" w14:textId="77777777" w:rsidR="001E54D4" w:rsidRDefault="001E54D4"/>
        </w:tc>
      </w:tr>
      <w:tr w:rsidR="00A87572" w14:paraId="5F1D2F41" w14:textId="77777777">
        <w:tc>
          <w:tcPr>
            <w:tcW w:w="10368" w:type="dxa"/>
            <w:gridSpan w:val="2"/>
            <w:tcBorders>
              <w:bottom w:val="single" w:sz="8" w:space="0" w:color="E9DDFF"/>
            </w:tcBorders>
            <w:tcMar>
              <w:top w:w="15" w:type="dxa"/>
              <w:left w:w="20" w:type="dxa"/>
              <w:bottom w:w="55" w:type="dxa"/>
              <w:right w:w="20" w:type="dxa"/>
            </w:tcMar>
          </w:tcPr>
          <w:p w14:paraId="1B7EA618" w14:textId="77777777" w:rsidR="00A87572" w:rsidRDefault="00A87572"/>
          <w:p w14:paraId="55D81EA9" w14:textId="77777777" w:rsidR="00A87572" w:rsidRDefault="00A87572"/>
        </w:tc>
      </w:tr>
      <w:tr w:rsidR="001E54D4" w14:paraId="4EB8552B" w14:textId="77777777" w:rsidTr="00A87572">
        <w:tblPrEx>
          <w:tblBorders>
            <w:top w:val="single" w:sz="4" w:space="0" w:color="4E2E86"/>
            <w:left w:val="single" w:sz="4" w:space="0" w:color="4E2E86"/>
            <w:bottom w:val="single" w:sz="4" w:space="0" w:color="4E2E86"/>
            <w:right w:val="single" w:sz="4" w:space="0" w:color="4E2E86"/>
            <w:insideH w:val="single" w:sz="4" w:space="0" w:color="4E2E86"/>
            <w:insideV w:val="single" w:sz="4" w:space="0" w:color="4E2E86"/>
          </w:tblBorders>
        </w:tblPrEx>
        <w:trPr>
          <w:gridAfter w:val="1"/>
          <w:wAfter w:w="109" w:type="dxa"/>
        </w:trPr>
        <w:tc>
          <w:tcPr>
            <w:tcW w:w="10259" w:type="dxa"/>
            <w:shd w:val="clear" w:color="auto" w:fill="4E2E86"/>
            <w:tcMar>
              <w:top w:w="70" w:type="dxa"/>
              <w:left w:w="130" w:type="dxa"/>
              <w:bottom w:w="70" w:type="dxa"/>
              <w:right w:w="130" w:type="dxa"/>
            </w:tcMar>
          </w:tcPr>
          <w:p w14:paraId="36D2A4BD" w14:textId="77777777" w:rsidR="001E54D4" w:rsidRDefault="00525F87">
            <w:pPr>
              <w:spacing w:after="0"/>
            </w:pPr>
            <w:r>
              <w:rPr>
                <w:rFonts w:ascii="Aptos Display" w:hAnsi="Aptos Display"/>
                <w:b/>
                <w:color w:val="FFFFFF"/>
                <w:sz w:val="21"/>
              </w:rPr>
              <w:t>8. INITIAL GOALS &amp; ACTION PLAN</w:t>
            </w:r>
          </w:p>
        </w:tc>
      </w:tr>
    </w:tbl>
    <w:tbl>
      <w:tblPr>
        <w:tblW w:w="0" w:type="auto"/>
        <w:jc w:val="center"/>
        <w:tblBorders>
          <w:top w:val="single" w:sz="5" w:space="0" w:color="E9DDFF"/>
          <w:left w:val="single" w:sz="5" w:space="0" w:color="E9DDFF"/>
          <w:bottom w:val="single" w:sz="5" w:space="0" w:color="E9DDFF"/>
          <w:right w:val="single" w:sz="5" w:space="0" w:color="E9DDFF"/>
          <w:insideH w:val="single" w:sz="5" w:space="0" w:color="E9DDFF"/>
          <w:insideV w:val="single" w:sz="5" w:space="0" w:color="E9DDFF"/>
        </w:tblBorders>
        <w:tblLayout w:type="fixed"/>
        <w:tblLook w:val="04A0" w:firstRow="1" w:lastRow="0" w:firstColumn="1" w:lastColumn="0" w:noHBand="0" w:noVBand="1"/>
      </w:tblPr>
      <w:tblGrid>
        <w:gridCol w:w="10368"/>
      </w:tblGrid>
      <w:tr w:rsidR="001E54D4" w14:paraId="02E4B735" w14:textId="77777777">
        <w:trPr>
          <w:jc w:val="center"/>
        </w:trPr>
        <w:tc>
          <w:tcPr>
            <w:tcW w:w="10368" w:type="dxa"/>
            <w:tcBorders>
              <w:bottom w:val="single" w:sz="8" w:space="0" w:color="7C59D7"/>
            </w:tcBorders>
            <w:tcMar>
              <w:top w:w="85" w:type="dxa"/>
              <w:left w:w="100" w:type="dxa"/>
              <w:bottom w:w="120" w:type="dxa"/>
              <w:right w:w="100" w:type="dxa"/>
            </w:tcMar>
          </w:tcPr>
          <w:p w14:paraId="6A3246E7" w14:textId="77777777" w:rsidR="001E54D4" w:rsidRDefault="00525F87">
            <w:r>
              <w:rPr>
                <w:b/>
              </w:rPr>
              <w:t>Primary Goal</w:t>
            </w:r>
          </w:p>
          <w:p w14:paraId="70DF9E56" w14:textId="77777777" w:rsidR="001E54D4" w:rsidRDefault="001E54D4"/>
        </w:tc>
      </w:tr>
      <w:tr w:rsidR="001E54D4" w14:paraId="140D3BBE" w14:textId="77777777">
        <w:trPr>
          <w:jc w:val="center"/>
        </w:trPr>
        <w:tc>
          <w:tcPr>
            <w:tcW w:w="10368" w:type="dxa"/>
            <w:tcBorders>
              <w:bottom w:val="single" w:sz="8" w:space="0" w:color="7C59D7"/>
            </w:tcBorders>
            <w:tcMar>
              <w:top w:w="85" w:type="dxa"/>
              <w:left w:w="100" w:type="dxa"/>
              <w:bottom w:w="120" w:type="dxa"/>
              <w:right w:w="100" w:type="dxa"/>
            </w:tcMar>
          </w:tcPr>
          <w:p w14:paraId="0D3C10A1" w14:textId="77777777" w:rsidR="001E54D4" w:rsidRDefault="00525F87">
            <w:r>
              <w:rPr>
                <w:b/>
              </w:rPr>
              <w:t>Target Date</w:t>
            </w:r>
          </w:p>
          <w:p w14:paraId="44E871BC" w14:textId="77777777" w:rsidR="001E54D4" w:rsidRDefault="001E54D4"/>
        </w:tc>
      </w:tr>
      <w:tr w:rsidR="001E54D4" w14:paraId="7510FB12" w14:textId="77777777">
        <w:trPr>
          <w:jc w:val="center"/>
        </w:trPr>
        <w:tc>
          <w:tcPr>
            <w:tcW w:w="10368" w:type="dxa"/>
            <w:tcBorders>
              <w:bottom w:val="single" w:sz="8" w:space="0" w:color="7C59D7"/>
            </w:tcBorders>
            <w:tcMar>
              <w:top w:w="85" w:type="dxa"/>
              <w:left w:w="100" w:type="dxa"/>
              <w:bottom w:w="120" w:type="dxa"/>
              <w:right w:w="100" w:type="dxa"/>
            </w:tcMar>
          </w:tcPr>
          <w:p w14:paraId="581D140F" w14:textId="77777777" w:rsidR="001E54D4" w:rsidRDefault="00525F87">
            <w:r>
              <w:rPr>
                <w:b/>
              </w:rPr>
              <w:t>First Small Step</w:t>
            </w:r>
          </w:p>
          <w:p w14:paraId="144A5D23" w14:textId="77777777" w:rsidR="001E54D4" w:rsidRDefault="001E54D4"/>
        </w:tc>
      </w:tr>
      <w:tr w:rsidR="001E54D4" w14:paraId="5E808B54" w14:textId="77777777">
        <w:trPr>
          <w:jc w:val="center"/>
        </w:trPr>
        <w:tc>
          <w:tcPr>
            <w:tcW w:w="10368" w:type="dxa"/>
            <w:tcBorders>
              <w:bottom w:val="single" w:sz="8" w:space="0" w:color="7C59D7"/>
            </w:tcBorders>
            <w:tcMar>
              <w:top w:w="85" w:type="dxa"/>
              <w:left w:w="100" w:type="dxa"/>
              <w:bottom w:w="120" w:type="dxa"/>
              <w:right w:w="100" w:type="dxa"/>
            </w:tcMar>
          </w:tcPr>
          <w:p w14:paraId="7AAE7FC5" w14:textId="77777777" w:rsidR="001E54D4" w:rsidRDefault="00525F87">
            <w:r>
              <w:rPr>
                <w:b/>
              </w:rPr>
              <w:lastRenderedPageBreak/>
              <w:t>Support or Resource Needed</w:t>
            </w:r>
          </w:p>
          <w:p w14:paraId="738610EB" w14:textId="77777777" w:rsidR="001E54D4" w:rsidRDefault="001E54D4"/>
        </w:tc>
      </w:tr>
    </w:tbl>
    <w:p w14:paraId="182B5BBD" w14:textId="31406032" w:rsidR="001E54D4" w:rsidRDefault="00525F87">
      <w:pPr>
        <w:spacing w:before="60"/>
      </w:pPr>
      <w:r>
        <w:rPr>
          <w:b/>
          <w:color w:val="4E2E86"/>
        </w:rPr>
        <w:t xml:space="preserve">How will you know coaching </w:t>
      </w:r>
      <w:r w:rsidR="00A87572">
        <w:rPr>
          <w:b/>
          <w:color w:val="4E2E86"/>
        </w:rPr>
        <w:t>is personally helping you</w:t>
      </w:r>
      <w:r>
        <w:rPr>
          <w:b/>
          <w:color w:val="4E2E86"/>
        </w:rPr>
        <w:t>?</w:t>
      </w:r>
    </w:p>
    <w:tbl>
      <w:tblPr>
        <w:tblW w:w="0" w:type="auto"/>
        <w:tblLook w:val="04A0" w:firstRow="1" w:lastRow="0" w:firstColumn="1" w:lastColumn="0" w:noHBand="0" w:noVBand="1"/>
      </w:tblPr>
      <w:tblGrid>
        <w:gridCol w:w="10368"/>
      </w:tblGrid>
      <w:tr w:rsidR="001E54D4" w14:paraId="637805D2" w14:textId="77777777">
        <w:tc>
          <w:tcPr>
            <w:tcW w:w="10368" w:type="dxa"/>
            <w:tcBorders>
              <w:bottom w:val="single" w:sz="8" w:space="0" w:color="E9DDFF"/>
            </w:tcBorders>
            <w:tcMar>
              <w:top w:w="15" w:type="dxa"/>
              <w:left w:w="20" w:type="dxa"/>
              <w:bottom w:w="55" w:type="dxa"/>
              <w:right w:w="20" w:type="dxa"/>
            </w:tcMar>
          </w:tcPr>
          <w:p w14:paraId="463F29E8" w14:textId="77777777" w:rsidR="001E54D4" w:rsidRDefault="001E54D4"/>
        </w:tc>
      </w:tr>
    </w:tbl>
    <w:p w14:paraId="3648AD46" w14:textId="77777777" w:rsidR="001E54D4" w:rsidRDefault="00525F87">
      <w:pPr>
        <w:spacing w:before="60"/>
      </w:pPr>
      <w:r>
        <w:rPr>
          <w:b/>
          <w:color w:val="4E2E86"/>
        </w:rPr>
        <w:t>What barriers may interfere with attendance, participation, or follow-through?</w:t>
      </w:r>
    </w:p>
    <w:tbl>
      <w:tblPr>
        <w:tblW w:w="0" w:type="auto"/>
        <w:tblLook w:val="04A0" w:firstRow="1" w:lastRow="0" w:firstColumn="1" w:lastColumn="0" w:noHBand="0" w:noVBand="1"/>
      </w:tblPr>
      <w:tblGrid>
        <w:gridCol w:w="10368"/>
      </w:tblGrid>
      <w:tr w:rsidR="001E54D4" w14:paraId="3B7B4B86" w14:textId="77777777">
        <w:tc>
          <w:tcPr>
            <w:tcW w:w="10368" w:type="dxa"/>
            <w:tcBorders>
              <w:bottom w:val="single" w:sz="8" w:space="0" w:color="E9DDFF"/>
            </w:tcBorders>
            <w:tcMar>
              <w:top w:w="15" w:type="dxa"/>
              <w:left w:w="20" w:type="dxa"/>
              <w:bottom w:w="55" w:type="dxa"/>
              <w:right w:w="20" w:type="dxa"/>
            </w:tcMar>
          </w:tcPr>
          <w:p w14:paraId="3A0FF5F2" w14:textId="77777777" w:rsidR="001E54D4" w:rsidRDefault="001E54D4"/>
        </w:tc>
      </w:tr>
      <w:tr w:rsidR="001E54D4" w14:paraId="241C5DEA" w14:textId="77777777" w:rsidTr="00A87572">
        <w:tblPrEx>
          <w:tblBorders>
            <w:top w:val="single" w:sz="4" w:space="0" w:color="4E2E86"/>
            <w:left w:val="single" w:sz="4" w:space="0" w:color="4E2E86"/>
            <w:bottom w:val="single" w:sz="4" w:space="0" w:color="4E2E86"/>
            <w:right w:val="single" w:sz="4" w:space="0" w:color="4E2E86"/>
            <w:insideH w:val="single" w:sz="4" w:space="0" w:color="4E2E86"/>
            <w:insideV w:val="single" w:sz="4" w:space="0" w:color="4E2E86"/>
          </w:tblBorders>
        </w:tblPrEx>
        <w:tc>
          <w:tcPr>
            <w:tcW w:w="10358" w:type="dxa"/>
            <w:shd w:val="clear" w:color="auto" w:fill="4E2E86"/>
            <w:tcMar>
              <w:top w:w="70" w:type="dxa"/>
              <w:left w:w="130" w:type="dxa"/>
              <w:bottom w:w="70" w:type="dxa"/>
              <w:right w:w="130" w:type="dxa"/>
            </w:tcMar>
          </w:tcPr>
          <w:p w14:paraId="7A2D72EF" w14:textId="40F8FC03" w:rsidR="001E54D4" w:rsidRDefault="00525F87">
            <w:pPr>
              <w:spacing w:after="0"/>
            </w:pPr>
            <w:r>
              <w:br w:type="page"/>
            </w:r>
            <w:r>
              <w:rPr>
                <w:rFonts w:ascii="Aptos Display" w:hAnsi="Aptos Display"/>
                <w:b/>
                <w:color w:val="FFFFFF"/>
                <w:sz w:val="21"/>
              </w:rPr>
              <w:t>9. INFORMED ACKNOWLEDGMENT</w:t>
            </w:r>
          </w:p>
        </w:tc>
      </w:tr>
    </w:tbl>
    <w:p w14:paraId="2229C749" w14:textId="77777777" w:rsidR="001E54D4" w:rsidRDefault="00525F87">
      <w:pPr>
        <w:ind w:left="317" w:hanging="317"/>
      </w:pPr>
      <w:r>
        <w:rPr>
          <w:b/>
          <w:color w:val="9966FF"/>
        </w:rPr>
        <w:t xml:space="preserve">1. </w:t>
      </w:r>
      <w:r>
        <w:t>Coaching focuses on education, skill-building, goal setting, accountability, behavior change, and forward-looking action. Coaching does not diagnose or treat mental health or substance use disorders.</w:t>
      </w:r>
    </w:p>
    <w:p w14:paraId="705BCA3D" w14:textId="77777777" w:rsidR="001E54D4" w:rsidRDefault="00525F87">
      <w:pPr>
        <w:ind w:left="317" w:hanging="317"/>
      </w:pPr>
      <w:r>
        <w:rPr>
          <w:b/>
          <w:color w:val="9966FF"/>
        </w:rPr>
        <w:t xml:space="preserve">2. </w:t>
      </w:r>
      <w:r>
        <w:t>I remain responsible for my choices, safety, healthcare, treatment decisions, and use of emergency or licensed professional services when needed.</w:t>
      </w:r>
    </w:p>
    <w:p w14:paraId="156B695F" w14:textId="77777777" w:rsidR="001E54D4" w:rsidRDefault="00525F87">
      <w:pPr>
        <w:ind w:left="317" w:hanging="317"/>
      </w:pPr>
      <w:r>
        <w:rPr>
          <w:b/>
          <w:color w:val="9966FF"/>
        </w:rPr>
        <w:t xml:space="preserve">3. </w:t>
      </w:r>
      <w:r>
        <w:t>Information shared in coaching is handled privately, subject to applicable law and safety-related reporting obligations. Group, court, employer, or third-party reporting expectations must be discussed in writing.</w:t>
      </w:r>
    </w:p>
    <w:p w14:paraId="65CA4B13" w14:textId="77777777" w:rsidR="001E54D4" w:rsidRDefault="00525F87">
      <w:pPr>
        <w:ind w:left="317" w:hanging="317"/>
      </w:pPr>
      <w:r>
        <w:rPr>
          <w:b/>
          <w:color w:val="9966FF"/>
        </w:rPr>
        <w:t xml:space="preserve">4. </w:t>
      </w:r>
      <w:r>
        <w:t>I understand that participation, scheduling, fees, cancellations, communication, and confidentiality will also be governed by the applicable coaching agreement and program policies.</w:t>
      </w:r>
    </w:p>
    <w:tbl>
      <w:tblPr>
        <w:tblW w:w="0" w:type="auto"/>
        <w:tblLayout w:type="fixed"/>
        <w:tblLook w:val="04A0" w:firstRow="1" w:lastRow="0" w:firstColumn="1" w:lastColumn="0" w:noHBand="0" w:noVBand="1"/>
      </w:tblPr>
      <w:tblGrid>
        <w:gridCol w:w="3456"/>
        <w:gridCol w:w="3456"/>
        <w:gridCol w:w="3456"/>
        <w:gridCol w:w="129"/>
      </w:tblGrid>
      <w:tr w:rsidR="001E54D4" w14:paraId="4A23B3F1" w14:textId="77777777">
        <w:tc>
          <w:tcPr>
            <w:tcW w:w="10368" w:type="dxa"/>
            <w:gridSpan w:val="4"/>
            <w:tcMar>
              <w:top w:w="35" w:type="dxa"/>
              <w:left w:w="65" w:type="dxa"/>
              <w:bottom w:w="35" w:type="dxa"/>
              <w:right w:w="65" w:type="dxa"/>
            </w:tcMar>
          </w:tcPr>
          <w:p w14:paraId="56D65E63" w14:textId="6EB84DC8" w:rsidR="001E54D4" w:rsidRDefault="0079432B">
            <w:r>
              <w:t>___</w:t>
            </w:r>
            <w:r w:rsidR="00525F87">
              <w:t xml:space="preserve"> I have reviewed and </w:t>
            </w:r>
            <w:proofErr w:type="gramStart"/>
            <w:r w:rsidR="00525F87">
              <w:t>understand</w:t>
            </w:r>
            <w:proofErr w:type="gramEnd"/>
            <w:r w:rsidR="00525F87">
              <w:t xml:space="preserve"> the statements above.</w:t>
            </w:r>
          </w:p>
        </w:tc>
      </w:tr>
      <w:tr w:rsidR="001E54D4" w14:paraId="4297A16F" w14:textId="77777777">
        <w:tc>
          <w:tcPr>
            <w:tcW w:w="10368" w:type="dxa"/>
            <w:gridSpan w:val="4"/>
            <w:tcMar>
              <w:top w:w="35" w:type="dxa"/>
              <w:left w:w="65" w:type="dxa"/>
              <w:bottom w:w="35" w:type="dxa"/>
              <w:right w:w="65" w:type="dxa"/>
            </w:tcMar>
          </w:tcPr>
          <w:p w14:paraId="0E049861" w14:textId="65F9586D" w:rsidR="001E54D4" w:rsidRDefault="0079432B">
            <w:r>
              <w:t>___</w:t>
            </w:r>
            <w:r w:rsidR="00525F87">
              <w:t xml:space="preserve"> I confirm that the information provided is accurate to the best of my knowledge.</w:t>
            </w:r>
          </w:p>
        </w:tc>
      </w:tr>
      <w:tr w:rsidR="001E54D4" w14:paraId="1CF1E673" w14:textId="77777777">
        <w:trPr>
          <w:gridAfter w:val="1"/>
          <w:wAfter w:w="129" w:type="dxa"/>
        </w:trPr>
        <w:tc>
          <w:tcPr>
            <w:tcW w:w="3456" w:type="dxa"/>
            <w:tcMar>
              <w:top w:w="70" w:type="dxa"/>
              <w:left w:w="50" w:type="dxa"/>
              <w:bottom w:w="40" w:type="dxa"/>
              <w:right w:w="50" w:type="dxa"/>
            </w:tcMar>
          </w:tcPr>
          <w:p w14:paraId="3F41D1E1" w14:textId="77777777" w:rsidR="00A87572" w:rsidRDefault="00A87572">
            <w:pPr>
              <w:rPr>
                <w:b/>
                <w:color w:val="4E2E86"/>
                <w:sz w:val="17"/>
              </w:rPr>
            </w:pPr>
          </w:p>
          <w:p w14:paraId="3124A688" w14:textId="2AE8C7B2" w:rsidR="001E54D4" w:rsidRDefault="00525F87">
            <w:r>
              <w:rPr>
                <w:b/>
                <w:color w:val="4E2E86"/>
                <w:sz w:val="17"/>
              </w:rPr>
              <w:t>Client / Representative Signature</w:t>
            </w:r>
          </w:p>
        </w:tc>
        <w:tc>
          <w:tcPr>
            <w:tcW w:w="3456" w:type="dxa"/>
            <w:tcMar>
              <w:top w:w="70" w:type="dxa"/>
              <w:left w:w="50" w:type="dxa"/>
              <w:bottom w:w="40" w:type="dxa"/>
              <w:right w:w="50" w:type="dxa"/>
            </w:tcMar>
          </w:tcPr>
          <w:p w14:paraId="61829076" w14:textId="77777777" w:rsidR="001E54D4" w:rsidRDefault="001E54D4"/>
        </w:tc>
        <w:tc>
          <w:tcPr>
            <w:tcW w:w="3456" w:type="dxa"/>
            <w:tcMar>
              <w:top w:w="70" w:type="dxa"/>
              <w:left w:w="50" w:type="dxa"/>
              <w:bottom w:w="40" w:type="dxa"/>
              <w:right w:w="50" w:type="dxa"/>
            </w:tcMar>
          </w:tcPr>
          <w:p w14:paraId="13CD599E" w14:textId="77777777" w:rsidR="00A87572" w:rsidRDefault="00A87572">
            <w:pPr>
              <w:rPr>
                <w:b/>
                <w:color w:val="4E2E86"/>
                <w:sz w:val="17"/>
              </w:rPr>
            </w:pPr>
          </w:p>
          <w:p w14:paraId="491072FA" w14:textId="5B1D72E3" w:rsidR="001E54D4" w:rsidRDefault="00525F87">
            <w:r>
              <w:rPr>
                <w:b/>
                <w:color w:val="4E2E86"/>
                <w:sz w:val="17"/>
              </w:rPr>
              <w:t>Date</w:t>
            </w:r>
          </w:p>
        </w:tc>
      </w:tr>
      <w:tr w:rsidR="001E54D4" w14:paraId="2BA226A1" w14:textId="77777777">
        <w:trPr>
          <w:gridAfter w:val="1"/>
          <w:wAfter w:w="129" w:type="dxa"/>
        </w:trPr>
        <w:tc>
          <w:tcPr>
            <w:tcW w:w="3456" w:type="dxa"/>
            <w:tcBorders>
              <w:bottom w:val="single" w:sz="8" w:space="0" w:color="7C59D7"/>
            </w:tcBorders>
            <w:tcMar>
              <w:top w:w="70" w:type="dxa"/>
              <w:left w:w="50" w:type="dxa"/>
              <w:bottom w:w="40" w:type="dxa"/>
              <w:right w:w="50" w:type="dxa"/>
            </w:tcMar>
          </w:tcPr>
          <w:p w14:paraId="17AD93B2" w14:textId="77777777" w:rsidR="001E54D4" w:rsidRPr="0079432B" w:rsidRDefault="001E54D4">
            <w:pPr>
              <w:rPr>
                <w:rFonts w:ascii="Rastanty Cortez" w:hAnsi="Rastanty Cortez"/>
              </w:rPr>
            </w:pPr>
          </w:p>
        </w:tc>
        <w:tc>
          <w:tcPr>
            <w:tcW w:w="3456" w:type="dxa"/>
            <w:tcBorders>
              <w:bottom w:val="single" w:sz="8" w:space="0" w:color="7C59D7"/>
            </w:tcBorders>
            <w:tcMar>
              <w:top w:w="70" w:type="dxa"/>
              <w:left w:w="50" w:type="dxa"/>
              <w:bottom w:w="40" w:type="dxa"/>
              <w:right w:w="50" w:type="dxa"/>
            </w:tcMar>
          </w:tcPr>
          <w:p w14:paraId="0DE4B5B7" w14:textId="77777777" w:rsidR="001E54D4" w:rsidRDefault="001E54D4"/>
        </w:tc>
        <w:tc>
          <w:tcPr>
            <w:tcW w:w="3456" w:type="dxa"/>
            <w:tcBorders>
              <w:bottom w:val="single" w:sz="8" w:space="0" w:color="7C59D7"/>
            </w:tcBorders>
            <w:tcMar>
              <w:top w:w="70" w:type="dxa"/>
              <w:left w:w="50" w:type="dxa"/>
              <w:bottom w:w="40" w:type="dxa"/>
              <w:right w:w="50" w:type="dxa"/>
            </w:tcMar>
          </w:tcPr>
          <w:p w14:paraId="66204FF1" w14:textId="77777777" w:rsidR="001E54D4" w:rsidRDefault="001E54D4"/>
        </w:tc>
      </w:tr>
      <w:tr w:rsidR="001E54D4" w14:paraId="0DA182B5" w14:textId="77777777">
        <w:trPr>
          <w:gridAfter w:val="1"/>
          <w:wAfter w:w="129" w:type="dxa"/>
        </w:trPr>
        <w:tc>
          <w:tcPr>
            <w:tcW w:w="3456" w:type="dxa"/>
            <w:tcMar>
              <w:top w:w="70" w:type="dxa"/>
              <w:left w:w="50" w:type="dxa"/>
              <w:bottom w:w="40" w:type="dxa"/>
              <w:right w:w="50" w:type="dxa"/>
            </w:tcMar>
          </w:tcPr>
          <w:p w14:paraId="6336AC00" w14:textId="77777777" w:rsidR="001E54D4" w:rsidRDefault="00525F87">
            <w:r>
              <w:rPr>
                <w:b/>
                <w:color w:val="4E2E86"/>
                <w:sz w:val="17"/>
              </w:rPr>
              <w:t>Assigned Coach Signature</w:t>
            </w:r>
          </w:p>
        </w:tc>
        <w:tc>
          <w:tcPr>
            <w:tcW w:w="3456" w:type="dxa"/>
            <w:tcMar>
              <w:top w:w="70" w:type="dxa"/>
              <w:left w:w="50" w:type="dxa"/>
              <w:bottom w:w="40" w:type="dxa"/>
              <w:right w:w="50" w:type="dxa"/>
            </w:tcMar>
          </w:tcPr>
          <w:p w14:paraId="2DBF0D7D" w14:textId="77777777" w:rsidR="001E54D4" w:rsidRDefault="001E54D4"/>
        </w:tc>
        <w:tc>
          <w:tcPr>
            <w:tcW w:w="3456" w:type="dxa"/>
            <w:tcMar>
              <w:top w:w="70" w:type="dxa"/>
              <w:left w:w="50" w:type="dxa"/>
              <w:bottom w:w="40" w:type="dxa"/>
              <w:right w:w="50" w:type="dxa"/>
            </w:tcMar>
          </w:tcPr>
          <w:p w14:paraId="5F3F821A" w14:textId="77777777" w:rsidR="001E54D4" w:rsidRDefault="00525F87">
            <w:r>
              <w:rPr>
                <w:b/>
                <w:color w:val="4E2E86"/>
                <w:sz w:val="17"/>
              </w:rPr>
              <w:t>Date</w:t>
            </w:r>
          </w:p>
        </w:tc>
      </w:tr>
      <w:tr w:rsidR="001E54D4" w14:paraId="6B62F1B3" w14:textId="77777777">
        <w:trPr>
          <w:gridAfter w:val="1"/>
          <w:wAfter w:w="129" w:type="dxa"/>
        </w:trPr>
        <w:tc>
          <w:tcPr>
            <w:tcW w:w="3456" w:type="dxa"/>
            <w:tcBorders>
              <w:bottom w:val="single" w:sz="8" w:space="0" w:color="7C59D7"/>
            </w:tcBorders>
            <w:tcMar>
              <w:top w:w="70" w:type="dxa"/>
              <w:left w:w="50" w:type="dxa"/>
              <w:bottom w:w="40" w:type="dxa"/>
              <w:right w:w="50" w:type="dxa"/>
            </w:tcMar>
          </w:tcPr>
          <w:p w14:paraId="02F2C34E" w14:textId="77777777" w:rsidR="001E54D4" w:rsidRPr="0079432B" w:rsidRDefault="001E54D4">
            <w:pPr>
              <w:rPr>
                <w:rFonts w:ascii="Dreaming Outloud Script Pro" w:hAnsi="Dreaming Outloud Script Pro" w:cs="Dreaming Outloud Script Pro"/>
              </w:rPr>
            </w:pPr>
          </w:p>
        </w:tc>
        <w:tc>
          <w:tcPr>
            <w:tcW w:w="3456" w:type="dxa"/>
            <w:tcBorders>
              <w:bottom w:val="single" w:sz="8" w:space="0" w:color="7C59D7"/>
            </w:tcBorders>
            <w:tcMar>
              <w:top w:w="70" w:type="dxa"/>
              <w:left w:w="50" w:type="dxa"/>
              <w:bottom w:w="40" w:type="dxa"/>
              <w:right w:w="50" w:type="dxa"/>
            </w:tcMar>
          </w:tcPr>
          <w:p w14:paraId="680A4E5D" w14:textId="77777777" w:rsidR="001E54D4" w:rsidRDefault="001E54D4"/>
        </w:tc>
        <w:tc>
          <w:tcPr>
            <w:tcW w:w="3456" w:type="dxa"/>
            <w:tcBorders>
              <w:bottom w:val="single" w:sz="8" w:space="0" w:color="7C59D7"/>
            </w:tcBorders>
            <w:tcMar>
              <w:top w:w="70" w:type="dxa"/>
              <w:left w:w="50" w:type="dxa"/>
              <w:bottom w:w="40" w:type="dxa"/>
              <w:right w:w="50" w:type="dxa"/>
            </w:tcMar>
          </w:tcPr>
          <w:p w14:paraId="19219836" w14:textId="77777777" w:rsidR="001E54D4" w:rsidRDefault="001E54D4"/>
        </w:tc>
      </w:tr>
    </w:tbl>
    <w:p w14:paraId="124B346A" w14:textId="77777777" w:rsidR="0079432B" w:rsidRDefault="0079432B">
      <w:pPr>
        <w:jc w:val="center"/>
        <w:rPr>
          <w:b/>
          <w:color w:val="7C59D7"/>
        </w:rPr>
      </w:pPr>
    </w:p>
    <w:p w14:paraId="601CF5FC" w14:textId="77777777" w:rsidR="0079432B" w:rsidRDefault="0079432B">
      <w:pPr>
        <w:jc w:val="center"/>
        <w:rPr>
          <w:b/>
          <w:color w:val="7C59D7"/>
        </w:rPr>
      </w:pPr>
    </w:p>
    <w:p w14:paraId="5523EB53" w14:textId="6A26732A" w:rsidR="001E54D4" w:rsidRDefault="00525F87">
      <w:pPr>
        <w:jc w:val="center"/>
      </w:pPr>
      <w:r>
        <w:rPr>
          <w:b/>
          <w:color w:val="7C59D7"/>
        </w:rPr>
        <w:t>Email completed intake to: leadingwithlovecareservices@gmail.com</w:t>
      </w:r>
    </w:p>
    <w:sectPr w:rsidR="001E54D4" w:rsidSect="00034616">
      <w:headerReference w:type="default" r:id="rId8"/>
      <w:footerReference w:type="default" r:id="rId9"/>
      <w:pgSz w:w="12240" w:h="15840"/>
      <w:pgMar w:top="691" w:right="936" w:bottom="720" w:left="936" w:header="259" w:footer="3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C5F20B" w14:textId="77777777" w:rsidR="00517144" w:rsidRDefault="00517144">
      <w:pPr>
        <w:spacing w:after="0" w:line="240" w:lineRule="auto"/>
      </w:pPr>
      <w:r>
        <w:separator/>
      </w:r>
    </w:p>
  </w:endnote>
  <w:endnote w:type="continuationSeparator" w:id="0">
    <w:p w14:paraId="4525B173" w14:textId="77777777" w:rsidR="00517144" w:rsidRDefault="005171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Rastanty Cortez">
    <w:charset w:val="00"/>
    <w:family w:val="auto"/>
    <w:pitch w:val="variable"/>
    <w:sig w:usb0="80000027" w:usb1="1000004A" w:usb2="00000000" w:usb3="00000000" w:csb0="00000001" w:csb1="00000000"/>
  </w:font>
  <w:font w:name="Dreaming Outloud Script Pro">
    <w:charset w:val="00"/>
    <w:family w:val="script"/>
    <w:pitch w:val="variable"/>
    <w:sig w:usb0="800000EF" w:usb1="0000000A" w:usb2="00000008"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D0D3C" w14:textId="77777777" w:rsidR="001E54D4" w:rsidRDefault="001E54D4">
    <w:pPr>
      <w:pStyle w:val="Footer"/>
    </w:pPr>
  </w:p>
  <w:tbl>
    <w:tblPr>
      <w:tblW w:w="0" w:type="auto"/>
      <w:tblLook w:val="04A0" w:firstRow="1" w:lastRow="0" w:firstColumn="1" w:lastColumn="0" w:noHBand="0" w:noVBand="1"/>
    </w:tblPr>
    <w:tblGrid>
      <w:gridCol w:w="5184"/>
      <w:gridCol w:w="5184"/>
    </w:tblGrid>
    <w:tr w:rsidR="001E54D4" w14:paraId="159694F7" w14:textId="77777777">
      <w:tc>
        <w:tcPr>
          <w:tcW w:w="5184" w:type="dxa"/>
        </w:tcPr>
        <w:p w14:paraId="20409D02" w14:textId="77777777" w:rsidR="001E54D4" w:rsidRDefault="00525F87">
          <w:r>
            <w:rPr>
              <w:color w:val="66616D"/>
              <w:sz w:val="16"/>
            </w:rPr>
            <w:t>Leading with Love Care Services | Confidential Intake</w:t>
          </w:r>
        </w:p>
      </w:tc>
      <w:tc>
        <w:tcPr>
          <w:tcW w:w="5184" w:type="dxa"/>
        </w:tcPr>
        <w:p w14:paraId="5B241EEE" w14:textId="5B149B5B" w:rsidR="001E54D4" w:rsidRDefault="00525F87">
          <w:pPr>
            <w:jc w:val="right"/>
          </w:pPr>
          <w:r>
            <w:rPr>
              <w:color w:val="66616D"/>
              <w:sz w:val="16"/>
            </w:rPr>
            <w:t xml:space="preserve">Page </w:t>
          </w:r>
          <w:r>
            <w:rPr>
              <w:color w:val="66616D"/>
              <w:sz w:val="16"/>
            </w:rPr>
            <w:fldChar w:fldCharType="begin"/>
          </w:r>
          <w:r>
            <w:rPr>
              <w:color w:val="66616D"/>
              <w:sz w:val="16"/>
            </w:rPr>
            <w:instrText xml:space="preserve"> PAGE </w:instrText>
          </w:r>
          <w:r>
            <w:rPr>
              <w:color w:val="66616D"/>
              <w:sz w:val="16"/>
            </w:rPr>
            <w:fldChar w:fldCharType="separate"/>
          </w:r>
          <w:r>
            <w:rPr>
              <w:noProof/>
              <w:color w:val="66616D"/>
              <w:sz w:val="16"/>
            </w:rPr>
            <w:t>1</w:t>
          </w:r>
          <w:r>
            <w:rPr>
              <w:color w:val="66616D"/>
              <w:sz w:val="16"/>
            </w:rP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BDEEB1" w14:textId="77777777" w:rsidR="00517144" w:rsidRDefault="00517144">
      <w:pPr>
        <w:spacing w:after="0" w:line="240" w:lineRule="auto"/>
      </w:pPr>
      <w:r>
        <w:separator/>
      </w:r>
    </w:p>
  </w:footnote>
  <w:footnote w:type="continuationSeparator" w:id="0">
    <w:p w14:paraId="741D0444" w14:textId="77777777" w:rsidR="00517144" w:rsidRDefault="005171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FEF7D" w14:textId="45A3D5E5" w:rsidR="001E54D4" w:rsidRDefault="00A87572">
    <w:pPr>
      <w:pStyle w:val="Header"/>
    </w:pPr>
    <w:r>
      <w:rPr>
        <w:noProof/>
      </w:rPr>
      <w:drawing>
        <wp:anchor distT="0" distB="0" distL="114300" distR="114300" simplePos="0" relativeHeight="251658240" behindDoc="1" locked="0" layoutInCell="1" allowOverlap="1" wp14:anchorId="15E7C316" wp14:editId="56216C0D">
          <wp:simplePos x="0" y="0"/>
          <wp:positionH relativeFrom="column">
            <wp:posOffset>3630295</wp:posOffset>
          </wp:positionH>
          <wp:positionV relativeFrom="paragraph">
            <wp:posOffset>-54927</wp:posOffset>
          </wp:positionV>
          <wp:extent cx="786384" cy="545987"/>
          <wp:effectExtent l="0" t="0" r="0" b="698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1"/>
                  <a:stretch>
                    <a:fillRect/>
                  </a:stretch>
                </pic:blipFill>
                <pic:spPr>
                  <a:xfrm>
                    <a:off x="0" y="0"/>
                    <a:ext cx="786384" cy="545987"/>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Layout w:type="fixed"/>
      <w:tblLook w:val="04A0" w:firstRow="1" w:lastRow="0" w:firstColumn="1" w:lastColumn="0" w:noHBand="0" w:noVBand="1"/>
    </w:tblPr>
    <w:tblGrid>
      <w:gridCol w:w="5184"/>
      <w:gridCol w:w="5184"/>
    </w:tblGrid>
    <w:tr w:rsidR="001E54D4" w14:paraId="7A09B084" w14:textId="77777777">
      <w:tc>
        <w:tcPr>
          <w:tcW w:w="5184" w:type="dxa"/>
        </w:tcPr>
        <w:p w14:paraId="7194DBDC" w14:textId="34874D0E" w:rsidR="001E54D4" w:rsidRDefault="001E54D4"/>
      </w:tc>
      <w:tc>
        <w:tcPr>
          <w:tcW w:w="5184" w:type="dxa"/>
        </w:tcPr>
        <w:p w14:paraId="23475461" w14:textId="77777777" w:rsidR="001E54D4" w:rsidRDefault="00525F87">
          <w:pPr>
            <w:jc w:val="right"/>
          </w:pPr>
          <w:r>
            <w:rPr>
              <w:rFonts w:ascii="Aptos Display" w:hAnsi="Aptos Display"/>
              <w:b/>
              <w:color w:val="4E2E86"/>
              <w:sz w:val="19"/>
            </w:rPr>
            <w:t>LEADING WITH LOVE CARE SERVICES</w:t>
          </w:r>
        </w:p>
        <w:p w14:paraId="4E44D054" w14:textId="77777777" w:rsidR="001E54D4" w:rsidRDefault="00525F87">
          <w:pPr>
            <w:jc w:val="right"/>
            <w:rPr>
              <w:b/>
              <w:color w:val="7C59D7"/>
              <w:sz w:val="16"/>
            </w:rPr>
          </w:pPr>
          <w:r>
            <w:rPr>
              <w:b/>
              <w:color w:val="7C59D7"/>
              <w:sz w:val="16"/>
            </w:rPr>
            <w:t>COACHING SERVICES | INITIAL CLIENT INTAKE</w:t>
          </w:r>
        </w:p>
        <w:p w14:paraId="70F6C5E9" w14:textId="77777777" w:rsidR="00A87572" w:rsidRDefault="00A87572">
          <w:pPr>
            <w:jc w:val="right"/>
          </w:pP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61249156">
    <w:abstractNumId w:val="8"/>
  </w:num>
  <w:num w:numId="2" w16cid:durableId="1012532554">
    <w:abstractNumId w:val="6"/>
  </w:num>
  <w:num w:numId="3" w16cid:durableId="1518888761">
    <w:abstractNumId w:val="5"/>
  </w:num>
  <w:num w:numId="4" w16cid:durableId="1816488374">
    <w:abstractNumId w:val="4"/>
  </w:num>
  <w:num w:numId="5" w16cid:durableId="1398168558">
    <w:abstractNumId w:val="7"/>
  </w:num>
  <w:num w:numId="6" w16cid:durableId="749815881">
    <w:abstractNumId w:val="3"/>
  </w:num>
  <w:num w:numId="7" w16cid:durableId="66540374">
    <w:abstractNumId w:val="2"/>
  </w:num>
  <w:num w:numId="8" w16cid:durableId="143860828">
    <w:abstractNumId w:val="1"/>
  </w:num>
  <w:num w:numId="9" w16cid:durableId="21174777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E54D4"/>
    <w:rsid w:val="0029639D"/>
    <w:rsid w:val="00326F90"/>
    <w:rsid w:val="003C3EE7"/>
    <w:rsid w:val="004E653B"/>
    <w:rsid w:val="00517144"/>
    <w:rsid w:val="00525F87"/>
    <w:rsid w:val="0069624A"/>
    <w:rsid w:val="0079432B"/>
    <w:rsid w:val="00A87572"/>
    <w:rsid w:val="00AA1D8D"/>
    <w:rsid w:val="00B13477"/>
    <w:rsid w:val="00B47730"/>
    <w:rsid w:val="00CB0664"/>
    <w:rsid w:val="00FC693F"/>
    <w:rsid w:val="61ABC16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062061"/>
  <w14:defaultImageDpi w14:val="300"/>
  <w15:docId w15:val="{476D9AAF-8C51-4327-BA7E-98E4CE29A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pPr>
    <w:rPr>
      <w:rFonts w:ascii="Aptos" w:hAnsi="Aptos"/>
      <w:color w:val="082737"/>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b/>
      <w:color w:val="9966FF"/>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696</Words>
  <Characters>4643</Characters>
  <Application>Microsoft Office Word</Application>
  <DocSecurity>0</DocSecurity>
  <Lines>178</Lines>
  <Paragraphs>97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5242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Quiona Bryant Love</dc:creator>
  <cp:keywords/>
  <dc:description>generated by python-docx</dc:description>
  <cp:lastModifiedBy>Quiona Bryant Love</cp:lastModifiedBy>
  <cp:revision>2</cp:revision>
  <dcterms:created xsi:type="dcterms:W3CDTF">2026-09-07T22:39:00Z</dcterms:created>
  <dcterms:modified xsi:type="dcterms:W3CDTF">2026-09-07T22:39:00Z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0b638e0-f50f-48bd-992f-bcb55031a99f_Enabled">
    <vt:lpwstr>true</vt:lpwstr>
  </property>
  <property fmtid="{D5CDD505-2E9C-101B-9397-08002B2CF9AE}" pid="3" name="MSIP_Label_b0b638e0-f50f-48bd-992f-bcb55031a99f_SetDate">
    <vt:lpwstr>2026-09-07T22:02:42Z</vt:lpwstr>
  </property>
  <property fmtid="{D5CDD505-2E9C-101B-9397-08002B2CF9AE}" pid="4" name="MSIP_Label_b0b638e0-f50f-48bd-992f-bcb55031a99f_Method">
    <vt:lpwstr>Standard</vt:lpwstr>
  </property>
  <property fmtid="{D5CDD505-2E9C-101B-9397-08002B2CF9AE}" pid="5" name="MSIP_Label_b0b638e0-f50f-48bd-992f-bcb55031a99f_Name">
    <vt:lpwstr>Confidential Default</vt:lpwstr>
  </property>
  <property fmtid="{D5CDD505-2E9C-101B-9397-08002B2CF9AE}" pid="6" name="MSIP_Label_b0b638e0-f50f-48bd-992f-bcb55031a99f_SiteId">
    <vt:lpwstr>f45ccc07-e57e-4d15-bf6f-f6cbccd2d395</vt:lpwstr>
  </property>
  <property fmtid="{D5CDD505-2E9C-101B-9397-08002B2CF9AE}" pid="7" name="MSIP_Label_b0b638e0-f50f-48bd-992f-bcb55031a99f_ActionId">
    <vt:lpwstr>8c973c04-ff52-4c2a-b83a-cc7c44573efb</vt:lpwstr>
  </property>
  <property fmtid="{D5CDD505-2E9C-101B-9397-08002B2CF9AE}" pid="8" name="MSIP_Label_b0b638e0-f50f-48bd-992f-bcb55031a99f_ContentBits">
    <vt:lpwstr>0</vt:lpwstr>
  </property>
  <property fmtid="{D5CDD505-2E9C-101B-9397-08002B2CF9AE}" pid="9" name="MSIP_Label_b0b638e0-f50f-48bd-992f-bcb55031a99f_Tag">
    <vt:lpwstr>10, 3, 0, 2</vt:lpwstr>
  </property>
</Properties>
</file>